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Portland Events This Week: Summer Festivals, Pop Stars and Pride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live music, outdoor theatre, Pride celebrations and quirky local festivals across Portland this week , from Hilary Duff’s pop comeback to campfire‑adjacent folk fests, bike rides to food carts, and free jazz under the St. Johns Bridge; here’s what to see, when, and why it matters.</w:t>
      </w:r>
      <w:r/>
    </w:p>
    <w:p>
      <w:r/>
      <w:r>
        <w:t>Essential Takeaways</w:t>
      </w:r>
      <w:r/>
      <w:r/>
    </w:p>
    <w:p>
      <w:pPr>
        <w:pStyle w:val="ListBullet"/>
        <w:spacing w:line="240" w:lineRule="auto"/>
        <w:ind w:left="720"/>
      </w:pPr>
      <w:r/>
      <w:r>
        <w:rPr>
          <w:b/>
        </w:rPr>
        <w:t>Big names land nearby:</w:t>
      </w:r>
      <w:r>
        <w:t xml:space="preserve"> Hilary Duff and Joji play arena and amphitheatre shows with polished production and strong pop vibes.</w:t>
      </w:r>
      <w:r/>
    </w:p>
    <w:p>
      <w:pPr>
        <w:pStyle w:val="ListBullet"/>
        <w:spacing w:line="240" w:lineRule="auto"/>
        <w:ind w:left="720"/>
      </w:pPr>
      <w:r/>
      <w:r>
        <w:rPr>
          <w:b/>
        </w:rPr>
        <w:t>Free and family-friendly:</w:t>
      </w:r>
      <w:r>
        <w:t xml:space="preserve"> Outdoor events like Cathedral Park Jazz and Original Practice Shakespeare offer low‑cost ways to enjoy summer.</w:t>
      </w:r>
      <w:r/>
    </w:p>
    <w:p>
      <w:pPr>
        <w:pStyle w:val="ListBullet"/>
        <w:spacing w:line="240" w:lineRule="auto"/>
        <w:ind w:left="720"/>
      </w:pPr>
      <w:r/>
      <w:r>
        <w:rPr>
          <w:b/>
        </w:rPr>
        <w:t>Community energy:</w:t>
      </w:r>
      <w:r>
        <w:t xml:space="preserve"> Portland Pride Parade and Waterfront Festival draw huge crowds and colourful programming all weekend.</w:t>
      </w:r>
      <w:r/>
    </w:p>
    <w:p>
      <w:pPr>
        <w:pStyle w:val="ListBullet"/>
        <w:spacing w:line="240" w:lineRule="auto"/>
        <w:ind w:left="720"/>
      </w:pPr>
      <w:r/>
      <w:r>
        <w:rPr>
          <w:b/>
        </w:rPr>
        <w:t>Local flavour:</w:t>
      </w:r>
      <w:r>
        <w:t xml:space="preserve"> Bike rides, food‑cart crawls, Fuji to Hood beer collabs and camping festivals keep things delightfully Portland , eclectic, tasty, and outdoorsy.</w:t>
      </w:r>
      <w:r/>
    </w:p>
    <w:p>
      <w:pPr>
        <w:pStyle w:val="ListBullet"/>
        <w:spacing w:line="240" w:lineRule="auto"/>
        <w:ind w:left="720"/>
      </w:pPr>
      <w:r/>
      <w:r>
        <w:rPr>
          <w:b/>
        </w:rPr>
        <w:t>Late‑night stargazing:</w:t>
      </w:r>
      <w:r>
        <w:t xml:space="preserve"> OMSI star parties bring telescopes and meteor‑shower viewing for an easy, awe‑filled escape.</w:t>
      </w:r>
      <w:r/>
      <w:r/>
    </w:p>
    <w:p>
      <w:pPr>
        <w:pStyle w:val="Heading2"/>
      </w:pPr>
      <w:r>
        <w:t>A pop comeback worth the trek: Hilary Duff at Cascades Amphitheater</w:t>
      </w:r>
      <w:r/>
    </w:p>
    <w:p>
      <w:r/>
      <w:r>
        <w:t>If you’re into bright, stadium‑ready pop, Hilary Duff’s return to the road is a full‑on production with La Roux and rising queer Canadian act Jade LeMac opening. The setlist leans on glossy hooks and confessional lyrics, so bring friends who like singalongs and a sturdy pair of shoes for standing. Tickets can run high for amphitheatre shows, but it’s the kind of evening where the spectacle matches the singalong payoff.</w:t>
      </w:r>
      <w:r/>
    </w:p>
    <w:p>
      <w:pPr>
        <w:pStyle w:val="Heading2"/>
      </w:pPr>
      <w:r>
        <w:t>Pride takes over the waterfront , colourful, loud and full of heart</w:t>
      </w:r>
      <w:r/>
    </w:p>
    <w:p>
      <w:r/>
      <w:r>
        <w:t>Portland Pride’s Parade and Waterfront Festival remain the city’s biggest Pride weekend, packed with stages, makers’ markets, food and plenty of theatrical flair. It’s a people‑watcher’s dream and an inclusive scene for families or late‑night revelry. Arrive early for parade viewing, carry water and a foldable chair, and remember transit or bike parking will be jammed , plan routes in advance.</w:t>
      </w:r>
      <w:r/>
    </w:p>
    <w:p>
      <w:pPr>
        <w:pStyle w:val="Heading2"/>
      </w:pPr>
      <w:r>
        <w:t>Festivals for every mood: Shady Pines, Fuji to Hood and cathedral jazz</w:t>
      </w:r>
      <w:r/>
    </w:p>
    <w:p>
      <w:r/>
      <w:r>
        <w:t>From the intimate, campsite camaraderie of Shady Pines to Fuji to Hood’s inventive Japan‑Oregon brew mash‑ups, there’s a festival energy that feels handmade rather than corporate. Cathedral Park Jazz is the quintessential free summer ritual , grab a blanket, a picnic and let the St. Johns Bridge frame the sunset. If you want something less crowded, day passes and VIP options at the larger events let you tailor the experience.</w:t>
      </w:r>
      <w:r/>
    </w:p>
    <w:p>
      <w:pPr>
        <w:pStyle w:val="Heading2"/>
      </w:pPr>
      <w:r>
        <w:t>Food, bikes and soft serve: The Mercury’s Get Out &amp; Eat ride is pure local joy</w:t>
      </w:r>
      <w:r/>
    </w:p>
    <w:p>
      <w:r/>
      <w:r>
        <w:t>If you like your culture on two wheels, the Mercury’s food issue bike ride mixes soft‑serve diplomacy with food‑cart scouting and boozy slush options for adults. It’s friendly, low‑pressure and a lovely way to sample neighbourhood flavours while meeting other riders. Wear sunscreen, bring a bike lock and a backpack for tiny takeaways.</w:t>
      </w:r>
      <w:r/>
    </w:p>
    <w:p>
      <w:pPr>
        <w:pStyle w:val="Heading2"/>
      </w:pPr>
      <w:r>
        <w:t>Late nights and niche delights: metal, lo‑fi R&amp;B and backyard Shakespeare</w:t>
      </w:r>
      <w:r/>
    </w:p>
    <w:p>
      <w:r/>
      <w:r>
        <w:t>Portland’s music calendar still favours variety: Corrosion of Conformity brings heavy riffs to Hawthorne Theatre, while Joji’s crooning fills the Moda Center with melancholic hooks. For theatre lovers, the Original Practice Shakespeare Festival stages brisk, on‑stage‑prompted productions across parks , raw, playful and mobile. These events prove Portland’s scene can be both loud and quietly inventive in the same week.</w:t>
      </w:r>
      <w:r/>
    </w:p>
    <w:p>
      <w:pPr>
        <w:pStyle w:val="Heading2"/>
      </w:pPr>
      <w:r>
        <w:t>Stargazing and small wonders: OMSI star parties and community exhibits</w:t>
      </w:r>
      <w:r/>
    </w:p>
    <w:p>
      <w:r/>
      <w:r>
        <w:t>If the city heat gets old, head for darker skies at L.L. Stub Stewart or Rooster Rock for OMSI’s star parties , telescopes, astronomy volunteers and, later, Perseid meteor‑shower viewings. For culture at street level, pop into rotating museum shows like the Harriet Tubman Center collaboration at the Portland Art Museum to see work shaped by young curators and multigenerational voices.</w:t>
      </w:r>
      <w:r/>
    </w:p>
    <w:p>
      <w:r/>
      <w:r>
        <w:t>It's a small change that can make your summer weekends feel fuller , pick a thing, grab a friend, and go.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https://www.portlandmercury.com/do-this-do-that/the-mercurys-do-this-do-that-your-top-events-for-july-13-19/</w:t>
        </w:r>
      </w:hyperlink>
      <w:r>
        <w:t xml:space="preserve"> - Please view link - unable to able to access data</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p>
      <w:pPr>
        <w:pStyle w:val="ListNumber"/>
        <w:spacing w:line="240" w:lineRule="auto"/>
        <w:ind w:left="720"/>
      </w:pPr>
      <w:r/>
      <w:hyperlink r:id="rId9">
        <w:r>
          <w:rPr>
            <w:color w:val="0000EE"/>
            <w:u w:val="single"/>
          </w:rPr>
          <w:t>https://www.portlandmercury.com/do-this-do-that/the-mercurys-do-this-do-that-your-top-events-for-july-13-19/</w:t>
        </w:r>
      </w:hyperlink>
      <w:r>
        <w:t xml:space="preserve"> - The Portland Mercury's 'Do This, Do That' article highlights top events in Portland for July 13-19, 2026. It features Hilary Duff's 'lucky me tour' on July 14 at the Cascades Amphitheater in Ridgefield, WA, marking her return to live music after 18 years. The article also mentions the Portland Pride Parade and Waterfront Festival, scheduled for July 18-19 at Tom McCall Waterfront Park, one of the largest LGBTQIA2S+ Pride events on the West Coast. Additionally, it covers the Hollywood Theatre's 100th anniversary celebrations, including special screenings and a complimentary cake day slice on July 17.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rtlandmercury.com/do-this-do-that/the-mercurys-do-this-do-that-your-top-events-for-july-13-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