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New Queer Short Films: Why Aaron Goldenberg’s In Between Matters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flocking to queer shorts with personality , and Aaron Goldenberg’s new film In Between proves why. The comedian-actor brings laugh-out-loud energy and real-world body confidence to a short that mixes adult humour with heavy themes, making it a summer festival standout for gay audiences.</w:t>
      </w:r>
      <w:r/>
    </w:p>
    <w:p>
      <w:r/>
      <w:r>
        <w:t>Essential Takeaways</w:t>
      </w:r>
      <w:r/>
      <w:r/>
    </w:p>
    <w:p>
      <w:pPr>
        <w:pStyle w:val="ListBullet"/>
        <w:spacing w:line="240" w:lineRule="auto"/>
        <w:ind w:left="720"/>
      </w:pPr>
      <w:r/>
      <w:r>
        <w:rPr>
          <w:b/>
        </w:rPr>
        <w:t>Bold lead:</w:t>
      </w:r>
      <w:r>
        <w:t xml:space="preserve"> Aaron Goldenberg heads In Between as Wes, a confident, funny presence who challenges gay beauty norms.</w:t>
      </w:r>
      <w:r/>
    </w:p>
    <w:p>
      <w:pPr>
        <w:pStyle w:val="ListBullet"/>
        <w:spacing w:line="240" w:lineRule="auto"/>
        <w:ind w:left="720"/>
      </w:pPr>
      <w:r/>
      <w:r>
        <w:rPr>
          <w:b/>
        </w:rPr>
        <w:t>Tone:</w:t>
      </w:r>
      <w:r>
        <w:t xml:space="preserve"> The film blends unapologetic gay humour with honest takes on body image, insecurity and relationships.</w:t>
      </w:r>
      <w:r/>
    </w:p>
    <w:p>
      <w:pPr>
        <w:pStyle w:val="ListBullet"/>
        <w:spacing w:line="240" w:lineRule="auto"/>
        <w:ind w:left="720"/>
      </w:pPr>
      <w:r/>
      <w:r>
        <w:rPr>
          <w:b/>
        </w:rPr>
        <w:t>Performance feel:</w:t>
      </w:r>
      <w:r>
        <w:t xml:space="preserve"> Goldenberg’s comic timing and onscreen chemistry with Nicole Sky deliver a warm, risqué vibe.</w:t>
      </w:r>
      <w:r/>
    </w:p>
    <w:p>
      <w:pPr>
        <w:pStyle w:val="ListBullet"/>
        <w:spacing w:line="240" w:lineRule="auto"/>
        <w:ind w:left="720"/>
      </w:pPr>
      <w:r/>
      <w:r>
        <w:rPr>
          <w:b/>
        </w:rPr>
        <w:t>Audience reaction:</w:t>
      </w:r>
      <w:r>
        <w:t xml:space="preserve"> Expect laughs, knowing nods and a sense of relief , the film normalises bodies that aren’t “pornstar-perfect.”</w:t>
      </w:r>
      <w:r/>
    </w:p>
    <w:p>
      <w:pPr>
        <w:pStyle w:val="ListBullet"/>
        <w:spacing w:line="240" w:lineRule="auto"/>
        <w:ind w:left="720"/>
      </w:pPr>
      <w:r/>
      <w:r>
        <w:rPr>
          <w:b/>
        </w:rPr>
        <w:t>Where to watch:</w:t>
      </w:r>
      <w:r>
        <w:t xml:space="preserve"> In Between is playing at film festivals now; check the official festival listings for screenings.</w:t>
      </w:r>
      <w:r/>
      <w:r/>
    </w:p>
    <w:p>
      <w:pPr>
        <w:pStyle w:val="Heading2"/>
      </w:pPr>
      <w:r>
        <w:t>A lead performance that’s equal parts cheeky and compassionate</w:t>
      </w:r>
      <w:r/>
    </w:p>
    <w:p>
      <w:r/>
      <w:r>
        <w:t>Aaron Goldenberg opens the film with a relaxed, skin‑forward energy that’s both playful and grounded. You can almost hear the crowd chuckling before he says anything; his Wes is the kind of friend who makes you laugh and feel seen at the same time. According to interviews, Goldenberg was drawn to the script because it’s a queer story we haven’t seen enough: funny, frank and focused on how bodies shape our emotional lives. For viewers hungry for representation beyond glossy ideals, Wes is a breath of salty sea air.</w:t>
      </w:r>
      <w:r/>
    </w:p>
    <w:p>
      <w:pPr>
        <w:pStyle w:val="Heading2"/>
      </w:pPr>
      <w:r>
        <w:t>Why the movie’s mix of adult comedy and heart lands</w:t>
      </w:r>
      <w:r/>
    </w:p>
    <w:p>
      <w:r/>
      <w:r>
        <w:t>In Between pairs Goldenberg with Nicole Sky and leans into a kind of “platonic horny” chemistry that’s delightfully inappropriate in all the right ways. The film uses raunchy banter to open up conversations about self-worth and the pressures within the gay community to look a certain way. Festival audiences have been responding to that honesty , and to the fact the comedy never undercuts the emotional stakes. If you like your queer cinema with a wink and a conscience, this one delivers.</w:t>
      </w:r>
      <w:r/>
    </w:p>
    <w:p>
      <w:pPr>
        <w:pStyle w:val="Heading2"/>
      </w:pPr>
      <w:r>
        <w:t>A broader conversation about body image in queer culture</w:t>
      </w:r>
      <w:r/>
    </w:p>
    <w:p>
      <w:r/>
      <w:r>
        <w:t>Goldenberg’s offscreen approach mirrors Wes: he’s stopped policing his body to fit a stereotype and instead listens to what his day-to-day needs are. That’s a small but meaningful cultural shift. Industry coverage and panel discussions at queer festivals have increasingly highlighted how narrow ideals damage mental health and relationships; this film joins that conversation by showing a character who’s comfortable with fluctuation, food joy and occasional rest. Practical takeaway: representation like this makes room for more realistic, healthier role models.</w:t>
      </w:r>
      <w:r/>
    </w:p>
    <w:p>
      <w:pPr>
        <w:pStyle w:val="Heading2"/>
      </w:pPr>
      <w:r>
        <w:t>Festival buzz and where to catch it</w:t>
      </w:r>
      <w:r/>
    </w:p>
    <w:p>
      <w:r/>
      <w:r>
        <w:t>In Between is on the festival circuit now, with screenings listed on the film’s official site and festival platforms. Festival webpages typically include runtime, booking details and Q&amp;A schedules, so check those if you want a post‑screening chat with the cast or crew. If you’re planning a visit, arrive early , short programs often pair several films, and the communal laugh when Wes appears is part of the fun.</w:t>
      </w:r>
      <w:r/>
    </w:p>
    <w:p>
      <w:pPr>
        <w:pStyle w:val="Heading2"/>
      </w:pPr>
      <w:r>
        <w:t>What this means for queer comedy on screen</w:t>
      </w:r>
      <w:r/>
    </w:p>
    <w:p>
      <w:r/>
      <w:r>
        <w:t>The success of a short like In Between suggests audiences are eager for queer stories that hold both levity and nuance. Goldenberg’s rising profile , bolstered by a social‑media audience of over a million who follow his skits and projects , helps bring indie shorts into wider view. Expect more filmmakers to foreground friendship, body positivity and adult humour in future queer comedies. And yes, you’ll probably see more tiny swimwear and confident wardrobe choices on actors’ feeds this summer.</w:t>
      </w:r>
      <w:r/>
    </w:p>
    <w:p>
      <w:r/>
      <w:r>
        <w:t>It's a small change that can make every laugh feel more honest.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9">
        <w:r>
          <w:rPr>
            <w:color w:val="0000EE"/>
            <w:u w:val="single"/>
          </w:rPr>
          <w:t>[2]</w:t>
        </w:r>
      </w:hyperlink>
      <w:r>
        <w:t xml:space="preserve">, </w:t>
      </w:r>
      <w:hyperlink r:id="rId11">
        <w:r>
          <w:rPr>
            <w:color w:val="0000EE"/>
            <w:u w:val="single"/>
          </w:rPr>
          <w:t>[4]</w:t>
        </w:r>
      </w:hyperlink>
      <w:r>
        <w:t xml:space="preserve">- Paragraph 3: </w:t>
      </w:r>
      <w:hyperlink r:id="rId9">
        <w:r>
          <w:rPr>
            <w:color w:val="0000EE"/>
            <w:u w:val="single"/>
          </w:rPr>
          <w:t>[2]</w:t>
        </w:r>
      </w:hyperlink>
      <w:r>
        <w:t xml:space="preserve">, </w:t>
      </w:r>
      <w:hyperlink r:id="rId12">
        <w:r>
          <w:rPr>
            <w:color w:val="0000EE"/>
            <w:u w:val="single"/>
          </w:rPr>
          <w:t>[5]</w:t>
        </w:r>
      </w:hyperlink>
      <w:r>
        <w:t xml:space="preserve">- Paragraph 4: </w:t>
      </w:r>
      <w:hyperlink r:id="rId10">
        <w:r>
          <w:rPr>
            <w:color w:val="0000EE"/>
            <w:u w:val="single"/>
          </w:rPr>
          <w:t>[3]</w:t>
        </w:r>
      </w:hyperlink>
      <w:r>
        <w:t xml:space="preserve">, </w:t>
      </w:r>
      <w:hyperlink r:id="rId11">
        <w:r>
          <w:rPr>
            <w:color w:val="0000EE"/>
            <w:u w:val="single"/>
          </w:rPr>
          <w:t>[4]</w:t>
        </w:r>
      </w:hyperlink>
      <w:r>
        <w:t xml:space="preserve">- Paragraph 5: </w:t>
      </w:r>
      <w:hyperlink r:id="rId9">
        <w:r>
          <w:rPr>
            <w:color w:val="0000EE"/>
            <w:u w:val="single"/>
          </w:rPr>
          <w:t>[2]</w:t>
        </w:r>
      </w:hyperlink>
      <w:r>
        <w:t xml:space="preserve">, </w:t>
      </w:r>
      <w:hyperlink r:id="rId10">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https://www.out.com/celebs/aaron-goldenberg-in-between</w:t>
        </w:r>
      </w:hyperlink>
      <w:r>
        <w:t xml:space="preserve"> - Please view link - unable to able to access data</w:t>
      </w:r>
      <w:r/>
    </w:p>
    <w:p>
      <w:pPr>
        <w:pStyle w:val="ListNumber"/>
        <w:spacing w:line="240" w:lineRule="auto"/>
        <w:ind w:left="720"/>
      </w:pPr>
      <w:r/>
      <w:hyperlink r:id="rId9">
        <w:r>
          <w:rPr>
            <w:color w:val="0000EE"/>
            <w:u w:val="single"/>
          </w:rPr>
          <w:t>https://www.out.com/celebs/aaron-goldenberg-in-between</w:t>
        </w:r>
      </w:hyperlink>
      <w:r>
        <w:t xml:space="preserve"> - Aaron Goldenberg, a comedian and actor with over 1 million TikTok followers, stars in the queer short film 'In Between' as Wes, a supportive friend. The film, co-starring transgender actress Nicole Sky as Monica, addresses body image issues and insecurities within the LGBTQ+ community. Goldenberg highlights the unrealistic standards in the gay community and the pressure to conform to certain physical ideals. He also discusses the dynamic between his character and Sky's, emphasizing their platonic yet inappropriate relationship that explores various themes, including body image and self-acceptance.</w:t>
      </w:r>
      <w:r/>
    </w:p>
    <w:p>
      <w:pPr>
        <w:pStyle w:val="ListNumber"/>
        <w:spacing w:line="240" w:lineRule="auto"/>
        <w:ind w:left="720"/>
      </w:pPr>
      <w:r/>
      <w:hyperlink r:id="rId10">
        <w:r>
          <w:rPr>
            <w:color w:val="0000EE"/>
            <w:u w:val="single"/>
          </w:rPr>
          <w:t>https://inbetweenthemovie.com/</w:t>
        </w:r>
      </w:hyperlink>
      <w:r>
        <w:t xml:space="preserve"> - Directed by Nicholas Molencupp, 'In Between' is a queer romantic dramedy that follows Nick, a 'husky' gay man navigating the challenges of self-acceptance and love. The film delves into themes of body image, insecurities, and the complexities of modern relationships, drawing comparisons to films like 'I Feel Pretty' and 'Am I OK?'. It explores the emotional journey of embracing oneself amidst societal pressures and the pursuit of genuine connection.</w:t>
      </w:r>
      <w:r/>
    </w:p>
    <w:p>
      <w:pPr>
        <w:pStyle w:val="ListNumber"/>
        <w:spacing w:line="240" w:lineRule="auto"/>
        <w:ind w:left="720"/>
      </w:pPr>
      <w:r/>
      <w:hyperlink r:id="rId11">
        <w:r>
          <w:rPr>
            <w:color w:val="0000EE"/>
            <w:u w:val="single"/>
          </w:rPr>
          <w:t>https://filmfreeway.com/InBetween637</w:t>
        </w:r>
      </w:hyperlink>
      <w:r>
        <w:t xml:space="preserve"> - 'In Between' is a queer romantic dramedy directed by Nicholas Molencupp, focusing on Nick, a 'husky' gay man confronting his insecurities and the challenges of modern dating. The film addresses issues of body image and self-acceptance, drawing parallels to movies like 'I Feel Pretty' and 'Am I OK?'. It explores the emotional journey of embracing oneself amidst societal pressures and the pursuit of genuine connection.</w:t>
      </w:r>
      <w:r/>
    </w:p>
    <w:p>
      <w:pPr>
        <w:pStyle w:val="ListNumber"/>
        <w:spacing w:line="240" w:lineRule="auto"/>
        <w:ind w:left="720"/>
      </w:pPr>
      <w:r/>
      <w:hyperlink r:id="rId12">
        <w:r>
          <w:rPr>
            <w:color w:val="0000EE"/>
            <w:u w:val="single"/>
          </w:rPr>
          <w:t>https://www.pbs.org/pov/films/betweenearthandsky/</w:t>
        </w:r>
      </w:hyperlink>
      <w:r>
        <w:t xml:space="preserve"> - 'Between Earth &amp; Sky' is a documentary directed by Andrew Nadkarni, featuring renowned ecologist Nalini Nadkarni. The film explores her research on rainforest canopies and her personal journey following a life-threatening fall. It delves into themes of resilience, recovery, and the intersection of personal and professional life, offering insights into the challenges and triumphs of scientific exploration and personal healing.</w:t>
      </w:r>
      <w:r/>
    </w:p>
    <w:p>
      <w:pPr>
        <w:pStyle w:val="ListNumber"/>
        <w:spacing w:line="240" w:lineRule="auto"/>
        <w:ind w:left="720"/>
      </w:pPr>
      <w:r/>
      <w:hyperlink r:id="rId13">
        <w:r>
          <w:rPr>
            <w:color w:val="0000EE"/>
            <w:u w:val="single"/>
          </w:rPr>
          <w:t>https://www.betweenearthandsky.com/</w:t>
        </w:r>
      </w:hyperlink>
      <w:r>
        <w:t xml:space="preserve"> - 'Between Earth &amp; Sky' is a documentary directed by Andrew Nadkarni, featuring renowned ecologist Nalini Nadkarni. The film explores her research on rainforest canopies and her personal journey following a life-threatening fall. It delves into themes of resilience, recovery, and the intersection of personal and professional life, offering insights into the challenges and triumphs of scientific exploration and personal healing.</w:t>
      </w:r>
      <w:r/>
    </w:p>
    <w:p>
      <w:pPr>
        <w:pStyle w:val="ListNumber"/>
        <w:spacing w:line="240" w:lineRule="auto"/>
        <w:ind w:left="720"/>
      </w:pPr>
      <w:r/>
      <w:hyperlink r:id="rId14">
        <w:r>
          <w:rPr>
            <w:color w:val="0000EE"/>
            <w:u w:val="single"/>
          </w:rPr>
          <w:t>https://www.siciliaqueerfilmfest.it/edizioni/sicilia-queer-2020/queer-short-2020/the-distance-between-us-and-the-sky</w:t>
        </w:r>
      </w:hyperlink>
      <w:r>
        <w:t xml:space="preserve"> - 'The Distance Between Us and the Sky' is a 2019 Greek-French short film directed by Vasilis Kekatos. The film won the Short Film Palme d'Or at the 2019 Cannes Film Festival. It tells the story of two unnamed strangers who meet at an old petrol station, exploring themes of connection and human interaction in a brief encounter. The film has been recognized for its storytelling and emotional depth, earning accolades at various film festivals.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out.com/celebs/aaron-goldenberg-in-between" TargetMode="External"/><Relationship Id="rId10" Type="http://schemas.openxmlformats.org/officeDocument/2006/relationships/hyperlink" Target="https://inbetweenthemovie.com/" TargetMode="External"/><Relationship Id="rId11" Type="http://schemas.openxmlformats.org/officeDocument/2006/relationships/hyperlink" Target="https://filmfreeway.com/InBetween637" TargetMode="External"/><Relationship Id="rId12" Type="http://schemas.openxmlformats.org/officeDocument/2006/relationships/hyperlink" Target="https://www.pbs.org/pov/films/betweenearthandsky/" TargetMode="External"/><Relationship Id="rId13" Type="http://schemas.openxmlformats.org/officeDocument/2006/relationships/hyperlink" Target="https://www.betweenearthandsky.com/" TargetMode="External"/><Relationship Id="rId14" Type="http://schemas.openxmlformats.org/officeDocument/2006/relationships/hyperlink" Target="https://www.siciliaqueerfilmfest.it/edizioni/sicilia-queer-2020/queer-short-2020/the-distance-between-us-and-the-sk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