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Los Angeles Events This Week: Live Music, Drag and Sketch Comedy Picks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of experiences are flocking to Los Angeles this week , from intimate indie shows to drag parodies and late-night sketch nights , so here are the best picks for July 13–19 that promise music, laughs and local energy right across the city.</w:t>
      </w:r>
      <w:r/>
    </w:p>
    <w:p>
      <w:r/>
      <w:r>
        <w:t>Essential Takeaways</w:t>
      </w:r>
      <w:r/>
      <w:r/>
    </w:p>
    <w:p>
      <w:pPr>
        <w:pStyle w:val="ListBullet"/>
        <w:spacing w:line="240" w:lineRule="auto"/>
        <w:ind w:left="720"/>
      </w:pPr>
      <w:r/>
      <w:r>
        <w:rPr>
          <w:b/>
        </w:rPr>
        <w:t>Music highlight:</w:t>
      </w:r>
      <w:r>
        <w:t xml:space="preserve"> Chinese American Bear plays The Echoplex on Thursday supporting their new album, Dim Sum &amp; Then Some , expect jangly indie-pop and a cosy venue vibe. </w:t>
      </w:r>
      <w:r/>
    </w:p>
    <w:p>
      <w:pPr>
        <w:pStyle w:val="ListBullet"/>
        <w:spacing w:line="240" w:lineRule="auto"/>
        <w:ind w:left="720"/>
      </w:pPr>
      <w:r/>
      <w:r>
        <w:rPr>
          <w:b/>
        </w:rPr>
        <w:t>Hometown rising star:</w:t>
      </w:r>
      <w:r>
        <w:t xml:space="preserve"> Dolly Ave headlines Moroccan Lounge Thursday with Jiho and Silent Child opening; tickets available via official sellers. </w:t>
      </w:r>
      <w:r/>
    </w:p>
    <w:p>
      <w:pPr>
        <w:pStyle w:val="ListBullet"/>
        <w:spacing w:line="240" w:lineRule="auto"/>
        <w:ind w:left="720"/>
      </w:pPr>
      <w:r/>
      <w:r>
        <w:rPr>
          <w:b/>
        </w:rPr>
        <w:t>Free improv:</w:t>
      </w:r>
      <w:r>
        <w:t xml:space="preserve"> UCB Theatre hosts Friday Block Party, a no-cost showcase of Black and POC improvisers , arrive early for a good seat. </w:t>
      </w:r>
      <w:r/>
    </w:p>
    <w:p>
      <w:pPr>
        <w:pStyle w:val="ListBullet"/>
        <w:spacing w:line="240" w:lineRule="auto"/>
        <w:ind w:left="720"/>
      </w:pPr>
      <w:r/>
      <w:r>
        <w:rPr>
          <w:b/>
        </w:rPr>
        <w:t>Drag theatre:</w:t>
      </w:r>
      <w:r>
        <w:t xml:space="preserve"> Puck Bunnies, a hockey-themed drag musical parody, stages late-night shows at Dynasty Typewriter on Friday and Saturday. </w:t>
      </w:r>
      <w:r/>
    </w:p>
    <w:p>
      <w:pPr>
        <w:pStyle w:val="ListBullet"/>
        <w:spacing w:line="240" w:lineRule="auto"/>
        <w:ind w:left="720"/>
      </w:pPr>
      <w:r/>
      <w:r>
        <w:rPr>
          <w:b/>
        </w:rPr>
        <w:t>Sketch double-bill:</w:t>
      </w:r>
      <w:r>
        <w:t xml:space="preserve"> Darling and Moxie bring sketch teams together at The Pack Theater on Sunday for a varied, fast-paced comedy night.</w:t>
      </w:r>
      <w:r/>
      <w:r/>
    </w:p>
    <w:p>
      <w:pPr>
        <w:pStyle w:val="Heading2"/>
      </w:pPr>
      <w:r>
        <w:t>What to expect at Chinese American Bear’s Echoplex show</w:t>
      </w:r>
      <w:r/>
    </w:p>
    <w:p>
      <w:r/>
      <w:r>
        <w:t>If you like jangly guitar, warm harmonies and songs that feel like a sunlit Sunday, Chinese American Bear’s set at The Echoplex should hit the spot. Their new album Dim Sum &amp; Then Some is the tour focus, so you’ll hear fresh material alongside crowd-pleasers. Tickets are listed for the 7pm doors; The Echoplex’s intimate room makes for a close-up listening experience, so prepare for a friendly, slightly sweaty crowd and good sound. If you haven’t sampled the record yet, a quick stream beforehand will make the lyrics land harder live.</w:t>
      </w:r>
      <w:r/>
    </w:p>
    <w:p>
      <w:pPr>
        <w:pStyle w:val="Heading2"/>
      </w:pPr>
      <w:r>
        <w:t>Dolly Ave at Moroccan Lounge , a local rising-act night</w:t>
      </w:r>
      <w:r/>
    </w:p>
    <w:p>
      <w:r/>
      <w:r>
        <w:t>Dolly Ave returns to her hometown stage at Moroccan Lounge, a compact venue that suits emerging artists well. The show on Thursday features supports Jiho and Silent Child, which means you’ll get a short, varied bill rather than one long headline set. Tickets are available through mainstream sellers , booking ahead avoids disappointment in smaller rooms. This is a great night if you enjoy discovering acts before they break bigger; bring friends and plan for an early start, doors at 6:30pm.</w:t>
      </w:r>
      <w:r/>
    </w:p>
    <w:p>
      <w:pPr>
        <w:pStyle w:val="Heading2"/>
      </w:pPr>
      <w:r>
        <w:t>Free laughs: Friday Block Party at UCB Theatre</w:t>
      </w:r>
      <w:r/>
    </w:p>
    <w:p>
      <w:r/>
      <w:r>
        <w:t>Friday Block Party is the kind of community-minded show that keeps LA’s comedy scene lively. Co-hosted by Sean Williams and Itanza Saraz, it spotlights Black and P.O.C. improvisers and doesn’t charge admission, so it’s an easy, low-stakes night out. Doors open at 5:20pm; get there early for a decent seat because free shows still fill up. If you like improvisation that’s sharp, socially aware and playful, this is a dependable weekly treat.</w:t>
      </w:r>
      <w:r/>
    </w:p>
    <w:p>
      <w:pPr>
        <w:pStyle w:val="Heading2"/>
      </w:pPr>
      <w:r>
        <w:t>Drag meets parody: Puck Bunnies at Dynasty Typewriter</w:t>
      </w:r>
      <w:r/>
    </w:p>
    <w:p>
      <w:r/>
      <w:r>
        <w:t>If drag and musical theatre are your things, Puck Bunnies: A Heated Rivalry Drag Musical Parody promises camp, choreography and a puckish sense of humour. The cast includes a mix of performers and there’s a piano score played live by Tony Gonzalez, which gives it that old-school cabaret energy. Shows run late , 9pm on Friday and a second performance Saturday at 9:30pm , so it’s ideal as a date night or a late outing with friends. The company is taking the show to Edinburgh Fringe next month, so you’re catching it while it’s sharpening up for an international run.</w:t>
      </w:r>
      <w:r/>
    </w:p>
    <w:p>
      <w:pPr>
        <w:pStyle w:val="Heading2"/>
      </w:pPr>
      <w:r>
        <w:t>Sunday sketch double-header at The Pack Theater</w:t>
      </w:r>
      <w:r/>
    </w:p>
    <w:p>
      <w:r/>
      <w:r>
        <w:t>Wrap the week with sketch: Darling and Moxie combine for a Pack Theater evening that promises rapid-fire bits and ensemble work. House teams often experiment with format and character work, so expect surprises and a mix of polished and rough-hewn sketches. Doors are at 8:50pm, and tickets are listed for the show; The Pack’s Los Feliz location makes for a neighbourhood nightcap afterwards. Sketch shows are great for spotting writers and performers who may pop up on bigger comedy platforms later.</w:t>
      </w:r>
      <w:r/>
    </w:p>
    <w:p>
      <w:r/>
      <w:r>
        <w:t>It's a small change to your routine , swap scrolling for a live show , and you might leave with a new favourite band, a laugh that lingers, or a story to tell.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4">
        <w:r>
          <w:rPr>
            <w:color w:val="0000EE"/>
            <w:u w:val="single"/>
          </w:rPr>
          <w:t>[4]</w:t>
        </w:r>
      </w:hyperlink>
      <w:r>
        <w:t xml:space="preserve">, </w:t>
      </w:r>
      <w:hyperlink r:id="rId15">
        <w:r>
          <w:rPr>
            <w:color w:val="0000EE"/>
            <w:u w:val="single"/>
          </w:rPr>
          <w:t>[5]</w:t>
        </w:r>
      </w:hyperlink>
      <w:r>
        <w:t xml:space="preserve">- Paragraph 4: </w:t>
      </w:r>
      <w:hyperlink r:id="rId10">
        <w:r>
          <w:rPr>
            <w:color w:val="0000EE"/>
            <w:u w:val="single"/>
          </w:rPr>
          <w:t>[2]</w:t>
        </w:r>
      </w:hyperlink>
      <w:r>
        <w:t xml:space="preserve">, </w:t>
      </w:r>
      <w:hyperlink r:id="rId11">
        <w:r>
          <w:rPr>
            <w:color w:val="0000EE"/>
            <w:u w:val="single"/>
          </w:rPr>
          <w:t>[6]</w:t>
        </w:r>
      </w:hyperlink>
      <w:r>
        <w:t xml:space="preserve">- Paragraph 5: </w:t>
      </w:r>
      <w:hyperlink r:id="rId12">
        <w:r>
          <w:rPr>
            <w:color w:val="0000EE"/>
            <w:u w:val="single"/>
          </w:rPr>
          <w:t>[3]</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https://mp3sandnpcs.com/home/the-best-los-angeles-events-for-the-week-of-july-13-july-19</w:t>
        </w:r>
      </w:hyperlink>
      <w:r>
        <w:t xml:space="preserve"> - Please view link - unable to able to access data</w:t>
      </w:r>
      <w:r/>
    </w:p>
    <w:p>
      <w:pPr>
        <w:pStyle w:val="ListNumber"/>
        <w:spacing w:line="240" w:lineRule="auto"/>
        <w:ind w:left="720"/>
      </w:pPr>
      <w:r/>
      <w:hyperlink r:id="rId10">
        <w:r>
          <w:rPr>
            <w:color w:val="0000EE"/>
            <w:u w:val="single"/>
          </w:rPr>
          <w:t>https://www.normanrecords.com/records/214107-chinese-american-bear-dim-sum-the-some</w:t>
        </w:r>
      </w:hyperlink>
      <w:r>
        <w:t xml:space="preserve"> - Chinese American Bear's third album, 'Dim Sum &amp; Then Some', is a vibrant and playful set shaped by momentum, humour, and shared inspirations. Released via Moshi Moshi Records, the album captures a period where ideas flowed freely and fun sat at the centre of everything. Drawing on themes like food, small joys, anthems, fairytales, love, and cultural touchstones, the album plays like a colourful snapshot of everyday life, reframed through warmth and lightness. Their sound remains gleefully hard to pin down: psych-pop with a soft-focus glow, bursts of funk, lush arrangements, and melodies that lean into excess with a wink. Often likened to an unlikely meeting point between The Flaming Lips, Dusty Springfield, and The Beach Boys, Chinese American Bear balance comedy and craft with ease. Lyrics celebrate simple pleasures—especially eating well—while the music leans fully into joy, groove, and maximalist charm. 'Dim Sum &amp; Then Some' is a bright, generous listen that prizes positivity without losing personality.</w:t>
      </w:r>
      <w:r/>
    </w:p>
    <w:p>
      <w:pPr>
        <w:pStyle w:val="ListNumber"/>
        <w:spacing w:line="240" w:lineRule="auto"/>
        <w:ind w:left="720"/>
      </w:pPr>
      <w:r/>
      <w:hyperlink r:id="rId12">
        <w:r>
          <w:rPr>
            <w:color w:val="0000EE"/>
            <w:u w:val="single"/>
          </w:rPr>
          <w:t>https://www.ticketmaster.com/dolly-ave-los-angeles-california-07-16-2026/event/090064ABBDFFD95E</w:t>
        </w:r>
      </w:hyperlink>
      <w:r>
        <w:t xml:space="preserve"> - Dolly Ave, a rising Los Angeles artist, is set to perform at The Moroccan Lounge on Thursday, July 16, 2026, at 6:30 PM. The event is co-hosted by Sean Williams and Itanza Saraz, featuring a lineup of black and P.O.C. improvisers delivering laughs for the audience. The show is free, encouraging attendees to come out and enjoy the performance. The Moroccan Lounge is located at 901 1st St, Los Angeles, CA 90012. For any ADA accommodations, please contact the venue directly.</w:t>
      </w:r>
      <w:r/>
    </w:p>
    <w:p>
      <w:pPr>
        <w:pStyle w:val="ListNumber"/>
        <w:spacing w:line="240" w:lineRule="auto"/>
        <w:ind w:left="720"/>
      </w:pPr>
      <w:r/>
      <w:hyperlink r:id="rId14">
        <w:r>
          <w:rPr>
            <w:color w:val="0000EE"/>
            <w:u w:val="single"/>
          </w:rPr>
          <w:t>https://happeningnext.com/event/dolly-ave-jiho-silent-child-in-los-angeles-eid1kbvqarfh9p</w:t>
        </w:r>
      </w:hyperlink>
      <w:r>
        <w:t xml:space="preserve"> - Silent Child, known for chart-topping hits like 'Super Villain', 'ZENLESS', and 'Fuck You', is taking over The Moroccan Lounge in Los Angeles on Thursday, July 16, 2026, at 6:30 PM. The event promises an unforgettable performance featuring all your favourite songs and some surprises. The Moroccan Lounge is located at 901 1st St, Los Angeles, CA 90012. The show is expected to be an ultimate musical experience, where the energy of Silent Child will make attendees dance, sing, and possibly even cry (in a good way).</w:t>
      </w:r>
      <w:r/>
    </w:p>
    <w:p>
      <w:pPr>
        <w:pStyle w:val="ListNumber"/>
        <w:spacing w:line="240" w:lineRule="auto"/>
        <w:ind w:left="720"/>
      </w:pPr>
      <w:r/>
      <w:hyperlink r:id="rId15">
        <w:r>
          <w:rPr>
            <w:color w:val="0000EE"/>
            <w:u w:val="single"/>
          </w:rPr>
          <w:t>https://www.axs.com/events/1451394/dolly-ave-tickets</w:t>
        </w:r>
      </w:hyperlink>
      <w:r>
        <w:t xml:space="preserve"> - Dolly Ave is scheduled to perform at The Moroccan Lounge in Los Angeles on Thursday, July 16, 2026, at 6:30 PM. The venue is located at 901 1st St, Los Angeles, CA 90012. Tickets are available through AXS Marketplace, with prices set by resellers and may be above or below face value. All sales are final, and there are no refunds for postponed events. The Moroccan Lounge is a cashless venue, so attendees should plan accordingly.</w:t>
      </w:r>
      <w:r/>
    </w:p>
    <w:p>
      <w:pPr>
        <w:pStyle w:val="ListNumber"/>
        <w:spacing w:line="240" w:lineRule="auto"/>
        <w:ind w:left="720"/>
      </w:pPr>
      <w:r/>
      <w:hyperlink r:id="rId11">
        <w:r>
          <w:rPr>
            <w:color w:val="0000EE"/>
            <w:u w:val="single"/>
          </w:rPr>
          <w:t>https://chineseamericanbear.bandcamp.com/album/dim-sum-then-some</w:t>
        </w:r>
      </w:hyperlink>
      <w:r>
        <w:t xml:space="preserve"> - Chinese American Bear's third album, 'Dim Sum &amp; Then Some', is available for streaming and purchase on Bandcamp. The album offers a vibrant and playful set shaped by momentum, humour, and shared inspirations. It captures a period where ideas flowed freely and fun sat at the centre of everything. The album is available in digital format, with options for limited edition rosé pink 12" vinyl, hand-signed by the band. The vinyl ships out within 7 days, and the digital album is available in 24-bit/96kHz quality.</w:t>
      </w:r>
      <w:r/>
    </w:p>
    <w:p>
      <w:pPr>
        <w:pStyle w:val="ListNumber"/>
        <w:spacing w:line="240" w:lineRule="auto"/>
        <w:ind w:left="720"/>
      </w:pPr>
      <w:r/>
      <w:hyperlink r:id="rId13">
        <w:r>
          <w:rPr>
            <w:color w:val="0000EE"/>
            <w:u w:val="single"/>
          </w:rPr>
          <w:t>https://www.songkick.com/concerts/43219053-dolly-ave-at-moroccan-lounge</w:t>
        </w:r>
      </w:hyperlink>
      <w:r>
        <w:t xml:space="preserve"> - Dolly Ave and Silent Child are set to perform at The Moroccan Lounge in Los Angeles on Thursday, July 16, 2026. The event is scheduled to begin at 6:30 PM. The Moroccan Lounge is located at 901 E. First St., 90012, Los Angeles, CA, US. Tickets are available through various platforms, including Ticketmaster and SeatGeek. The show is expected to be an exciting performance featuring both artists.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p3sandnpcs.com/home/the-best-los-angeles-events-for-the-week-of-july-13-july-19" TargetMode="External"/><Relationship Id="rId10" Type="http://schemas.openxmlformats.org/officeDocument/2006/relationships/hyperlink" Target="https://www.normanrecords.com/records/214107-chinese-american-bear-dim-sum-the-some" TargetMode="External"/><Relationship Id="rId11" Type="http://schemas.openxmlformats.org/officeDocument/2006/relationships/hyperlink" Target="https://chineseamericanbear.bandcamp.com/album/dim-sum-then-some" TargetMode="External"/><Relationship Id="rId12" Type="http://schemas.openxmlformats.org/officeDocument/2006/relationships/hyperlink" Target="https://www.ticketmaster.com/dolly-ave-los-angeles-california-07-16-2026/event/090064ABBDFFD95E" TargetMode="External"/><Relationship Id="rId13" Type="http://schemas.openxmlformats.org/officeDocument/2006/relationships/hyperlink" Target="https://www.songkick.com/concerts/43219053-dolly-ave-at-moroccan-lounge" TargetMode="External"/><Relationship Id="rId14" Type="http://schemas.openxmlformats.org/officeDocument/2006/relationships/hyperlink" Target="https://happeningnext.com/event/dolly-ave-jiho-silent-child-in-los-angeles-eid1kbvqarfh9p" TargetMode="External"/><Relationship Id="rId15" Type="http://schemas.openxmlformats.org/officeDocument/2006/relationships/hyperlink" Target="https://www.axs.com/events/1451394/dolly-ave-ticke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