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Hotels in Amsterdam 2026 — Where to Stay for Pride and Quiet Escapes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where to sleep, socialise and feel truly welcome in Amsterdam , from lavish canal-house sanctuaries to playful artist-run stays, these hotels deliver inclusive vibes, brilliant locations and practical perks for Pride visitors and year-round travellers.</w:t>
      </w:r>
      <w:r/>
    </w:p>
    <w:p>
      <w:r/>
      <w:r>
        <w:t>Essential takeaways</w:t>
      </w:r>
      <w:r/>
      <w:r/>
    </w:p>
    <w:p>
      <w:pPr>
        <w:pStyle w:val="ListBullet"/>
        <w:spacing w:line="240" w:lineRule="auto"/>
        <w:ind w:left="720"/>
      </w:pPr>
      <w:r/>
      <w:r>
        <w:rPr>
          <w:b/>
        </w:rPr>
        <w:t>Top pick:</w:t>
      </w:r>
      <w:r>
        <w:t xml:space="preserve"> Pulitzer Amsterdam offers restored canal-house charm with quiet garden suites and an active Pride programme. </w:t>
      </w:r>
      <w:r/>
    </w:p>
    <w:p>
      <w:pPr>
        <w:pStyle w:val="ListBullet"/>
        <w:spacing w:line="240" w:lineRule="auto"/>
        <w:ind w:left="720"/>
      </w:pPr>
      <w:r/>
      <w:r>
        <w:rPr>
          <w:b/>
        </w:rPr>
        <w:t>Party and polish:</w:t>
      </w:r>
      <w:r>
        <w:t xml:space="preserve"> W Amsterdam blends bold design with rooftop pool life and Whatever/Whenever service for last-minute glitter. </w:t>
      </w:r>
      <w:r/>
    </w:p>
    <w:p>
      <w:pPr>
        <w:pStyle w:val="ListBullet"/>
        <w:spacing w:line="240" w:lineRule="auto"/>
        <w:ind w:left="720"/>
      </w:pPr>
      <w:r/>
      <w:r>
        <w:rPr>
          <w:b/>
        </w:rPr>
        <w:t>Budget boutique:</w:t>
      </w:r>
      <w:r>
        <w:t xml:space="preserve"> Generator and Hotel Not Hotel give creative, social stays that won’t break the bank. </w:t>
      </w:r>
      <w:r/>
    </w:p>
    <w:p>
      <w:pPr>
        <w:pStyle w:val="ListBullet"/>
        <w:spacing w:line="240" w:lineRule="auto"/>
        <w:ind w:left="720"/>
      </w:pPr>
      <w:r/>
      <w:r>
        <w:rPr>
          <w:b/>
        </w:rPr>
        <w:t>Local warmth:</w:t>
      </w:r>
      <w:r>
        <w:t xml:space="preserve"> Hotel V Nesplein and Hotel Estherea are family-run, cosy choices that feel quietly affirming. </w:t>
      </w:r>
      <w:r/>
    </w:p>
    <w:p>
      <w:pPr>
        <w:pStyle w:val="ListBullet"/>
        <w:spacing w:line="240" w:lineRule="auto"/>
        <w:ind w:left="720"/>
      </w:pPr>
      <w:r/>
      <w:r>
        <w:rPr>
          <w:b/>
        </w:rPr>
        <w:t>Views and vibes:</w:t>
      </w:r>
      <w:r>
        <w:t xml:space="preserve"> Sir Adam in A’dam Tower serves rooftop hangouts and artist-friendly programming for queer creatives.</w:t>
      </w:r>
      <w:r/>
      <w:r/>
    </w:p>
    <w:p>
      <w:pPr>
        <w:pStyle w:val="Heading2"/>
      </w:pPr>
      <w:r>
        <w:t>Why Amsterdam still feels like a homecoming for LGBTQ+ travellers</w:t>
      </w:r>
      <w:r/>
    </w:p>
    <w:p>
      <w:r/>
      <w:r>
        <w:t>Walk into the right hotel in Amsterdam and you’ll breathe easier , there’s a softness to the welcome here that’s hard to fake. The city’s queer history is stitched into its neighbourhoods, from Reguliersdwarsstraat’s nightlife to the calm of canal-side walks. According to local tourism guides, many hotels now lean into that history with genuine programming, not token gestures, which matters if you want a stay that feels authentic. If Pride or the Canal Parade is on your calendar, book early; the city fills fast and the best rooms go first.</w:t>
      </w:r>
      <w:r/>
    </w:p>
    <w:p>
      <w:pPr>
        <w:pStyle w:val="Heading2"/>
      </w:pPr>
      <w:r>
        <w:t>Pulitzer Amsterdam: quiet luxury with a community heartbeat</w:t>
      </w:r>
      <w:r/>
    </w:p>
    <w:p>
      <w:r/>
      <w:r>
        <w:t>Pulitzer is spread across 25 Golden Age canal houses, so expect creaky beams, parquet floors and rooms that each tell a different story. The property’s quieter garden suites are perfect if you’re after a calmer, sensorial stay after a long parade day. Booking platforms and heritage guides praise its thoughtful restoration and steady support of queer cultural events, so this feels like a hotel that understands its role in the local scene. Tip: ask for a canal-facing room for morning light and a gentler wake-up.</w:t>
      </w:r>
      <w:r/>
    </w:p>
    <w:p>
      <w:pPr>
        <w:pStyle w:val="Heading2"/>
      </w:pPr>
      <w:r>
        <w:t>W Amsterdam: for glam rooftop parties and full-service flair</w:t>
      </w:r>
      <w:r/>
    </w:p>
    <w:p>
      <w:r/>
      <w:r>
        <w:t>If you want drama, W Amsterdam delivers it , inside a former bank and telephone exchange that’s been turned into a lively five-star playground. The rooftop Wet Deck becomes a summer magnet for champagne pop-ups and people-watching, while the Whatever/Whenever service is genuinely handy for Pride moments when glitter and midnight snacks are suddenly essential. As part of a larger hotel group, W has the corporate muscle to roll out inclusive hiring and Pride participation, which gives extra reassurance for visitors who prioritise visible allyship.</w:t>
      </w:r>
      <w:r/>
    </w:p>
    <w:p>
      <w:pPr>
        <w:pStyle w:val="Heading2"/>
      </w:pPr>
      <w:r>
        <w:t>The Hoxton and Sir Adam: stylish, social and dog-friendly options</w:t>
      </w:r>
      <w:r/>
    </w:p>
    <w:p>
      <w:r/>
      <w:r>
        <w:t>The Hoxton Herengracht nails that neighbourhood-living-room energy , think parquet floors, blackout blinds and a lobby that’s equal parts café, co‑working spot and meet-cute generator. It’s the sort of place where conversations start over coffee and sometimes become plans for the evening. Over the water, Sir Adam in A’dam Tower trades canal-side cosiness for panoramic views and an artist-friendly roster of events. Rooms come with turntables and curated minibars, so it’s a good pick if culture and creativity are on your itinerary.</w:t>
      </w:r>
      <w:r/>
    </w:p>
    <w:p>
      <w:pPr>
        <w:pStyle w:val="Heading2"/>
      </w:pPr>
      <w:r>
        <w:t>Playful, budget and boutique: Hotel Not Hotel and Generator</w:t>
      </w:r>
      <w:r/>
    </w:p>
    <w:p>
      <w:r/>
      <w:r>
        <w:t>Hotel Not Hotel is properly eccentric: restored tram carts, secret-bookcase rooms and an on-site bar that doubles as a gallery. It’s theatrical, queer-friendly and excellent value for travellers who want something memorable. Generator sits between hostel energy and boutique polish, with social spaces like a converted lecture-hall bar where karaoke and late-night dance moments happen. Both spots are ideal if you want to meet people without sacrificing style or comfort.</w:t>
      </w:r>
      <w:r/>
    </w:p>
    <w:p>
      <w:pPr>
        <w:pStyle w:val="Heading2"/>
      </w:pPr>
      <w:r>
        <w:t>Family-run comfort: Hotel V Nesplein and Hotel Estherea</w:t>
      </w:r>
      <w:r/>
    </w:p>
    <w:p>
      <w:r/>
      <w:r>
        <w:t>If you prefer a quieter, more personal stay, Hotel V Nesplein and Hotel Estherea are reassuring choices. Both are locally run, with warm interiors and a sense of being part of the neighbourhood rather than simply passing through. Estherea’s velvet chairs and crystal chandeliers feel romantic without being performative, while Hotel V’s theatre-inspired design has a friendly, lived-in mood. These hotels often host inclusive events during Pride but don’t rely on spectacle to show they get it.</w:t>
      </w:r>
      <w:r/>
    </w:p>
    <w:p>
      <w:pPr>
        <w:pStyle w:val="Heading2"/>
      </w:pPr>
      <w:r>
        <w:t>Practical tips for booking and staying during Pride</w:t>
      </w:r>
      <w:r/>
    </w:p>
    <w:p>
      <w:r/>
      <w:r>
        <w:t>Plan early: WorldPride and the Canal Parade draw crowds, so reserve rooms and check cancellation policies. Size matters: pick a room large enough to store luggage and parade kit if you plan to change outfits. Location counts: Centrum and Reguliersdwarsstraat put you near nightlife, while the Nine Streets offers quieter canal-side charm. Pack pragmatically: a small travel laundry kit and a lightweight sequinned top will save suitcase space. And finally, ask the hotel what Pride events or safe-spaces they’re running , many venues list events on their websites or through concierge services.</w:t>
      </w:r>
      <w:r/>
    </w:p>
    <w:p>
      <w:r/>
      <w:r>
        <w:t>It’s a small change that can make every stay feel more joyful and safer , choose a hotel that matches your mood, whether you’re after late-night energy or a serene canal view.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9">
        <w:r>
          <w:rPr>
            <w:color w:val="0000EE"/>
            <w:u w:val="single"/>
          </w:rPr>
          <w:t>[2]</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1">
        <w:r>
          <w:rPr>
            <w:color w:val="0000EE"/>
            <w:u w:val="single"/>
          </w:rPr>
          <w:t>[4]</w:t>
        </w:r>
      </w:hyperlink>
      <w:r>
        <w:t xml:space="preserve">- Paragraph 5: </w:t>
      </w:r>
      <w:hyperlink r:id="rId9">
        <w:r>
          <w:rPr>
            <w:color w:val="0000EE"/>
            <w:u w:val="single"/>
          </w:rPr>
          <w:t>[2]</w:t>
        </w:r>
      </w:hyperlink>
      <w:r>
        <w:t xml:space="preserve">, </w:t>
      </w:r>
      <w:hyperlink r:id="rId13">
        <w:r>
          <w:rPr>
            <w:color w:val="0000EE"/>
            <w:u w:val="single"/>
          </w:rPr>
          <w:t>[7]</w:t>
        </w:r>
      </w:hyperlink>
      <w:r>
        <w:t xml:space="preserve">- Paragraph 6: </w:t>
      </w:r>
      <w:hyperlink r:id="rId9">
        <w:r>
          <w:rPr>
            <w:color w:val="0000EE"/>
            <w:u w:val="single"/>
          </w:rPr>
          <w:t>[2]</w:t>
        </w:r>
      </w:hyperlink>
      <w:r>
        <w:t xml:space="preserve">, </w:t>
      </w:r>
      <w:hyperlink r:id="rId14">
        <w:r>
          <w:rPr>
            <w:color w:val="0000EE"/>
            <w:u w:val="single"/>
          </w:rPr>
          <w:t>[5]</w:t>
        </w:r>
      </w:hyperlink>
      <w:r>
        <w:t xml:space="preserve">- Paragraph 7: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https://www.independent.co.uk/travel/europe/netherlands/amsterdam/best-lgbtq-hotels-amsterdam-b2997592.html</w:t>
        </w:r>
      </w:hyperlink>
      <w:r>
        <w:t xml:space="preserve"> - Please view link - unable to able to access data</w:t>
      </w:r>
      <w:r/>
    </w:p>
    <w:p>
      <w:pPr>
        <w:pStyle w:val="ListNumber"/>
        <w:spacing w:line="240" w:lineRule="auto"/>
        <w:ind w:left="720"/>
      </w:pPr>
      <w:r/>
      <w:hyperlink r:id="rId9">
        <w:r>
          <w:rPr>
            <w:color w:val="0000EE"/>
            <w:u w:val="single"/>
          </w:rPr>
          <w:t>https://www.independent.co.uk/travel/europe/netherlands/amsterdam/best-lgbtq-hotels-amsterdam-b2997592.html</w:t>
        </w:r>
      </w:hyperlink>
      <w:r>
        <w:t xml:space="preserve"> - This article from The Independent highlights eight LGBTQ+ friendly hotels in Amsterdam for 2026, including Pulitzer Amsterdam, W Amsterdam, The Hoxton Amsterdam, Hotel Not Hotel, Generator Amsterdam, and Hotel Estherea. Each hotel is described with its unique features, such as Pulitzer Amsterdam's blend of 17th and 18th-century canal houses, W Amsterdam's luxury spa and rooftop pool, The Hoxton Amsterdam's boutique charm, Hotel Not Hotel's artistic flair, Generator Amsterdam's budget-friendly options, and Hotel Estherea's romantic ambiance.</w:t>
      </w:r>
      <w:r/>
    </w:p>
    <w:p>
      <w:pPr>
        <w:pStyle w:val="ListNumber"/>
        <w:spacing w:line="240" w:lineRule="auto"/>
        <w:ind w:left="720"/>
      </w:pPr>
      <w:r/>
      <w:hyperlink r:id="rId10">
        <w:r>
          <w:rPr>
            <w:color w:val="0000EE"/>
            <w:u w:val="single"/>
          </w:rPr>
          <w:t>https://www.iamsterdam.com/en/travel-stay/where-to-stay/lgbtqi-friendly-accommodation-in-amsterdam</w:t>
        </w:r>
      </w:hyperlink>
      <w:r>
        <w:t xml:space="preserve"> - I amsterdam provides a list of LGBTQI+ friendly accommodations in Amsterdam, including W Amsterdam, Sofitel Legend The Grand, and Pulitzer Amsterdam. The article details each hotel's unique offerings, such as W Amsterdam's rooftop pool and Pride events, Sofitel Legend The Grand's royal grandeur and annual Pride Cocktail, and Pulitzer Amsterdam's canal-view rooms and intimate ambiance.</w:t>
      </w:r>
      <w:r/>
    </w:p>
    <w:p>
      <w:pPr>
        <w:pStyle w:val="ListNumber"/>
        <w:spacing w:line="240" w:lineRule="auto"/>
        <w:ind w:left="720"/>
      </w:pPr>
      <w:r/>
      <w:hyperlink r:id="rId11">
        <w:r>
          <w:rPr>
            <w:color w:val="0000EE"/>
            <w:u w:val="single"/>
          </w:rPr>
          <w:t>https://www.booking.com/hotel/nl/pulitzer.html</w:t>
        </w:r>
      </w:hyperlink>
      <w:r>
        <w:t xml:space="preserve"> - Booking.com offers detailed information about Pulitzer Amsterdam, including its location, amenities, and guest reviews. The hotel is praised for its excellent location, comfortable beds, and family-friendly facilities. The property features non-smoking rooms, a spa, fitness center, and private parking, catering to various traveler needs.</w:t>
      </w:r>
      <w:r/>
    </w:p>
    <w:p>
      <w:pPr>
        <w:pStyle w:val="ListNumber"/>
        <w:spacing w:line="240" w:lineRule="auto"/>
        <w:ind w:left="720"/>
      </w:pPr>
      <w:r/>
      <w:hyperlink r:id="rId14">
        <w:r>
          <w:rPr>
            <w:color w:val="0000EE"/>
            <w:u w:val="single"/>
          </w:rPr>
          <w:t>https://www.amsterdamhotelsy.com/boutique-hotels-in-amsterdam-compared/</w:t>
        </w:r>
      </w:hyperlink>
      <w:r>
        <w:t xml:space="preserve"> - This comparison article evaluates boutique hotels in Amsterdam, including Pulitzer Amsterdam, The Dylan, The Hoxton, and Sir Albert. It discusses each hotel's unique characteristics, such as Pulitzer Amsterdam's historic canal houses and central location, The Dylan's luxury boutique experience, The Hoxton's social and design-focused atmosphere, and Sir Albert's neighborhood-driven appeal in De Pijp.</w:t>
      </w:r>
      <w:r/>
    </w:p>
    <w:p>
      <w:pPr>
        <w:pStyle w:val="ListNumber"/>
        <w:spacing w:line="240" w:lineRule="auto"/>
        <w:ind w:left="720"/>
      </w:pPr>
      <w:r/>
      <w:hyperlink r:id="rId12">
        <w:r>
          <w:rPr>
            <w:color w:val="0000EE"/>
            <w:u w:val="single"/>
          </w:rPr>
          <w:t>https://en.wikipedia.org/wiki/Hotel_Pulitzer</w:t>
        </w:r>
      </w:hyperlink>
      <w:r>
        <w:t xml:space="preserve"> - The Wikipedia page for Hotel Pulitzer provides a comprehensive history and overview of the hotel, detailing its establishment in 1970, expansion over the years, and renovations. It also mentions the hotel's appearance in the film 'Ocean's Twelve' and its awards, including Travel + Leisure's 2025 World's Best Awards and Michelin Guide's 2025 One Michelin Key.</w:t>
      </w:r>
      <w:r/>
    </w:p>
    <w:p>
      <w:pPr>
        <w:pStyle w:val="ListNumber"/>
        <w:spacing w:line="240" w:lineRule="auto"/>
        <w:ind w:left="720"/>
      </w:pPr>
      <w:r/>
      <w:hyperlink r:id="rId13">
        <w:r>
          <w:rPr>
            <w:color w:val="0000EE"/>
            <w:u w:val="single"/>
          </w:rPr>
          <w:t>https://www.aol.co.uk/news/8-best-lgbt-hotels-amsterdam-105237626.html</w:t>
        </w:r>
      </w:hyperlink>
      <w:r>
        <w:t xml:space="preserve"> - AOL's article highlights eight LGBTQ+ friendly hotels in Amsterdam, including Pulitzer Amsterdam, W Amsterdam, The Hoxton Amsterdam, Hotel Not Hotel, and Generator Amsterdam. Each hotel is described with its unique features, such as Pulitzer Amsterdam's blend of historic canal houses, W Amsterdam's luxury spa and rooftop pool, The Hoxton Amsterdam's boutique charm, Hotel Not Hotel's artistic flair, and Generator Amsterdam's budget-friendly options.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co.uk/travel/europe/netherlands/amsterdam/best-lgbtq-hotels-amsterdam-b2997592.html" TargetMode="External"/><Relationship Id="rId10" Type="http://schemas.openxmlformats.org/officeDocument/2006/relationships/hyperlink" Target="https://www.iamsterdam.com/en/travel-stay/where-to-stay/lgbtqi-friendly-accommodation-in-amsterdam" TargetMode="External"/><Relationship Id="rId11" Type="http://schemas.openxmlformats.org/officeDocument/2006/relationships/hyperlink" Target="https://www.booking.com/hotel/nl/pulitzer.html" TargetMode="External"/><Relationship Id="rId12" Type="http://schemas.openxmlformats.org/officeDocument/2006/relationships/hyperlink" Target="https://en.wikipedia.org/wiki/Hotel_Pulitzer" TargetMode="External"/><Relationship Id="rId13" Type="http://schemas.openxmlformats.org/officeDocument/2006/relationships/hyperlink" Target="https://www.aol.co.uk/news/8-best-lgbt-hotels-amsterdam-105237626.html" TargetMode="External"/><Relationship Id="rId14" Type="http://schemas.openxmlformats.org/officeDocument/2006/relationships/hyperlink" Target="https://www.amsterdamhotelsy.com/boutique-hotels-in-amsterdam-compar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