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Comics Central at SDCC 2026: What to See and Who to Meet</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fans are flocking to Booth #2144 as Prism Comics returns to San Diego Comic‑Con, bringing a packed signing roster, five topical panels, and a free LGBTQ+ Guide to Comic‑Con , a handy spot to find queer creators, indie gems, and community connections across the weekend.</w:t>
      </w:r>
      <w:r/>
    </w:p>
    <w:p>
      <w:r/>
      <w:r>
        <w:t>Essential Takeaways</w:t>
      </w:r>
      <w:r/>
      <w:r/>
    </w:p>
    <w:p>
      <w:pPr>
        <w:pStyle w:val="ListBullet"/>
        <w:spacing w:line="240" w:lineRule="auto"/>
        <w:ind w:left="720"/>
      </w:pPr>
      <w:r/>
      <w:r>
        <w:rPr>
          <w:b/>
        </w:rPr>
        <w:t>Booth hub:</w:t>
      </w:r>
      <w:r>
        <w:t xml:space="preserve"> Prism Comics runs Booth #2144 as “LGBTQ+ Comics Central,” a go‑to meeting place for queer creators and readers. </w:t>
      </w:r>
      <w:r/>
    </w:p>
    <w:p>
      <w:pPr>
        <w:pStyle w:val="ListBullet"/>
        <w:spacing w:line="240" w:lineRule="auto"/>
        <w:ind w:left="720"/>
      </w:pPr>
      <w:r/>
      <w:r>
        <w:rPr>
          <w:b/>
        </w:rPr>
        <w:t>Big signing list:</w:t>
      </w:r>
      <w:r>
        <w:t xml:space="preserve"> More than two dozen guests are scheduled, from Gui Agustini (X‑Men ’97) to Wendy and Richard Pini (Elfquest). </w:t>
      </w:r>
      <w:r/>
    </w:p>
    <w:p>
      <w:pPr>
        <w:pStyle w:val="ListBullet"/>
        <w:spacing w:line="240" w:lineRule="auto"/>
        <w:ind w:left="720"/>
      </w:pPr>
      <w:r/>
      <w:r>
        <w:rPr>
          <w:b/>
        </w:rPr>
        <w:t>Panels to catch:</w:t>
      </w:r>
      <w:r>
        <w:t xml:space="preserve"> Five panels cover trans and nonbinary creators, queer horror, activism, creators of colour, and Out In Comics’ 39th year. </w:t>
      </w:r>
      <w:r/>
    </w:p>
    <w:p>
      <w:pPr>
        <w:pStyle w:val="ListBullet"/>
        <w:spacing w:line="240" w:lineRule="auto"/>
        <w:ind w:left="720"/>
      </w:pPr>
      <w:r/>
      <w:r>
        <w:rPr>
          <w:b/>
        </w:rPr>
        <w:t>Free guide:</w:t>
      </w:r>
      <w:r>
        <w:t xml:space="preserve"> Prism’s annual LGBTQ+ Guide to Comic‑Con will be distributed in print at the booth and as a digital download. </w:t>
      </w:r>
      <w:r/>
    </w:p>
    <w:p>
      <w:pPr>
        <w:pStyle w:val="ListBullet"/>
        <w:spacing w:line="240" w:lineRule="auto"/>
        <w:ind w:left="720"/>
      </w:pPr>
      <w:r/>
      <w:r>
        <w:rPr>
          <w:b/>
        </w:rPr>
        <w:t>Community feel:</w:t>
      </w:r>
      <w:r>
        <w:t xml:space="preserve"> There’s a Thursday kick‑off party in Hillcrest and daily meet‑and‑greet vibes at the booth; signing times may shift so check daily.</w:t>
      </w:r>
      <w:r/>
      <w:r/>
    </w:p>
    <w:p>
      <w:pPr>
        <w:pStyle w:val="Heading2"/>
      </w:pPr>
      <w:r>
        <w:t>Why Booth #2144 feels like Comic‑Con’s queer living room</w:t>
      </w:r>
      <w:r/>
    </w:p>
    <w:p>
      <w:r/>
      <w:r>
        <w:t>Walk up to Booth #2144 and you’ll notice a different kind of energy , friendly, colourful, and warm to wanderers looking for something new. Prism Comics has been doing this for decades, so the space functions as both a marketplace and a community hub where creators and fans can talk books without the crush of a main stage. For anyone wanting a quieter way to meet talent or discover indie queer work, it’s an easy first stop.</w:t>
      </w:r>
      <w:r/>
    </w:p>
    <w:p>
      <w:r/>
      <w:r>
        <w:t>The organisation has steadily expanded its presence year after year, and that experience shows in the programming and the signing schedule. Expect a mix of mainstream names and indie voices, plus a steady stream of books for all ages. If you’re after recommendations, the volunteers at the booth are usually excellent curators.</w:t>
      </w:r>
      <w:r/>
    </w:p>
    <w:p>
      <w:pPr>
        <w:pStyle w:val="Heading2"/>
      </w:pPr>
      <w:r>
        <w:t>The signings: who’s there and when to plan your day</w:t>
      </w:r>
      <w:r/>
    </w:p>
    <w:p>
      <w:r/>
      <w:r>
        <w:t>Prism has lined up more than two dozen guests across Wednesday to Sunday, with highlights that include Gui Agustini, Sarah Gailey, Rupert Kinnard, and the Pinis. There are also themed group signings , for trans and nonbinary creators, queer creators of colour, and others , which can be the easiest way to meet several makers at once.</w:t>
      </w:r>
      <w:r/>
    </w:p>
    <w:p>
      <w:r/>
      <w:r>
        <w:t>Signing slots are spread through the day but can change, so build flexibility into your schedule. If you want a specific signature or a photo, aim for the start of a slot and bring the right format for a sketch commission. For collectors, plan pockets of time between panels because lines can fill quickly around headline names.</w:t>
      </w:r>
      <w:r/>
    </w:p>
    <w:p>
      <w:pPr>
        <w:pStyle w:val="Heading2"/>
      </w:pPr>
      <w:r>
        <w:t>Panels to watch: politics, horror, and representation</w:t>
      </w:r>
      <w:r/>
    </w:p>
    <w:p>
      <w:r/>
      <w:r>
        <w:t>Prism’s five panels cover different beats that matter right now. There’s a Transgender and Nonbinary Creators panel exploring how trans stories reach broader audiences, a session on LGBTQIA+ activism in comics that asks how creators should (or should not) respond to politics, and a Queer Horror panel looking at the genre’s distinct textures for queer audiences.</w:t>
      </w:r>
      <w:r/>
    </w:p>
    <w:p>
      <w:r/>
      <w:r>
        <w:t>Out In Comics returns for its 39th year , a useful barometer of where queer comics sit within mainstream culture , and a Queer Comics in Colour panel highlights queer creators of colour and the many ways they change the conversation. These discussions are usually candid, sometimes funny, and a good way to hear directly from creators about process, pushback, and purpose.</w:t>
      </w:r>
      <w:r/>
    </w:p>
    <w:p>
      <w:pPr>
        <w:pStyle w:val="Heading2"/>
      </w:pPr>
      <w:r>
        <w:t>The free guide and the Hillcrest kick‑off party , small touches that matter</w:t>
      </w:r>
      <w:r/>
    </w:p>
    <w:p>
      <w:r/>
      <w:r>
        <w:t>Prism’s annual LGBTQ+ Guide to Comic‑Con is a practical little tool: a single sheet you can use to hunt down panels, creators, and exhibitors of interest. It’s handed out for free at the booth and available online , handy if you want to map your SDCC route before you arrive.</w:t>
      </w:r>
      <w:r/>
    </w:p>
    <w:p>
      <w:r/>
      <w:r>
        <w:t>Prism also stages a 21+ kick‑off party at Pecs Bar in Hillcrest on Thursday evening. It’s free and low‑pressure, with drink specials and cosplay , ideal if you’d rather meet creators away from the convention floor. These social elements make the organisation feel less like an exhibitor and more like a community organiser.</w:t>
      </w:r>
      <w:r/>
    </w:p>
    <w:p>
      <w:pPr>
        <w:pStyle w:val="Heading2"/>
      </w:pPr>
      <w:r>
        <w:t>How to make the most of your Prism experience</w:t>
      </w:r>
      <w:r/>
    </w:p>
    <w:p>
      <w:r/>
      <w:r>
        <w:t>Show up early for popular signings, carry small bills for print sales and quick purchases, and bring a tote for the haul , queer comics come in all sizes. If you’re nervous about approaching creators, attend a panel first; it’s an easy way to find a friendly face to follow to the booth. And remember that schedules change: check Booth #2144 each day for the latest updates.</w:t>
      </w:r>
      <w:r/>
    </w:p>
    <w:p>
      <w:r/>
      <w:r>
        <w:t>If you care about representation, censorship debates, or simply great storytelling, Prism’s programming offers both perspective and pleasure. Pop by, say hello, and leave with a book you didn’t know you needed.</w:t>
      </w:r>
      <w:r/>
    </w:p>
    <w:p>
      <w:r/>
      <w:r>
        <w:t>It's a small change that can make every Comic‑Con encounter more colourful.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Paragraph 5: </w:t>
      </w:r>
      <w:hyperlink r:id="rId9">
        <w:r>
          <w:rPr>
            <w:color w:val="0000EE"/>
            <w:u w:val="single"/>
          </w:rPr>
          <w:t>[2]</w:t>
        </w:r>
      </w:hyperlink>
      <w:r>
        <w:t xml:space="preserve">- Paragraph 6: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https://sdccblog.com/2026/07/prism-comics-returns-to-san-diego-comic-con-2026-to-promote-lgbtqia-inclusion-with-signings-panels-more/</w:t>
        </w:r>
      </w:hyperlink>
      <w:r>
        <w:t xml:space="preserve"> - Please view link - unable to able to access data</w:t>
      </w:r>
      <w:r/>
    </w:p>
    <w:p>
      <w:pPr>
        <w:pStyle w:val="ListNumber"/>
        <w:spacing w:line="240" w:lineRule="auto"/>
        <w:ind w:left="720"/>
      </w:pPr>
      <w:r/>
      <w:hyperlink r:id="rId9">
        <w:r>
          <w:rPr>
            <w:color w:val="0000EE"/>
            <w:u w:val="single"/>
          </w:rPr>
          <w:t>https://sdccblog.com/2026/07/prism-comics-returns-to-san-diego-comic-con-2026-to-promote-lgbtqia-inclusion-with-signings-panels-more/</w:t>
        </w:r>
      </w:hyperlink>
      <w:r>
        <w:t xml:space="preserve"> - Prism Comics, a non-profit organisation dedicated to promoting LGBTQIA+ inclusion in comics, is returning to San Diego Comic-Con for its 23rd year. Booth #2144 will serve as 'LGBTQ+ Comics Central', featuring over two dozen creators, including Gui Agustini, David M. Booher, and Samantha Newark. Attendees can explore a wide selection of LGBTQIA+ comics and graphic novels for all ages. Prism will also release its annual LGBTQ+ Guide to Comic-Con, available at the booth and as a digital download. The weekend kicks off with a free 21+ party at Pecs Bar in Hillcrest on Thursday, July 23, from 8pm to midnight, featuring drink specials, cosplay, and comics swag.</w:t>
      </w:r>
      <w:r/>
    </w:p>
    <w:p>
      <w:pPr>
        <w:pStyle w:val="ListNumber"/>
        <w:spacing w:line="240" w:lineRule="auto"/>
        <w:ind w:left="720"/>
      </w:pPr>
      <w:r/>
      <w:hyperlink r:id="rId12">
        <w:r>
          <w:rPr>
            <w:color w:val="0000EE"/>
            <w:u w:val="single"/>
          </w:rPr>
          <w:t>https://www.prismcomics.org/prism-comics-at-comic-con-2025/</w:t>
        </w:r>
      </w:hyperlink>
      <w:r>
        <w:t xml:space="preserve"> - In 2025, Prism Comics celebrated 22 years at Comic-Con International: San Diego with a double-sized booth, signings with over two dozen creators and TV and animation talent, and five diverse panels exploring queer comics and popular media. The organisation also published its annual LGBTQ+ Guide to Comic-Con, spotlighting LGBTQ+ and LGBTQ+ friendly panels, people, and events at the convention. The guide was available for free at the Prism Comics Booth and as a digital download.</w:t>
      </w:r>
      <w:r/>
    </w:p>
    <w:p>
      <w:pPr>
        <w:pStyle w:val="ListNumber"/>
        <w:spacing w:line="240" w:lineRule="auto"/>
        <w:ind w:left="720"/>
      </w:pPr>
      <w:r/>
      <w:hyperlink r:id="rId11">
        <w:r>
          <w:rPr>
            <w:color w:val="0000EE"/>
            <w:u w:val="single"/>
          </w:rPr>
          <w:t>https://www.prismcomics.org/about/</w:t>
        </w:r>
      </w:hyperlink>
      <w:r>
        <w:t xml:space="preserve"> - Prism Comics is a leading non-profit, all-volunteer organisation supporting lesbian, gay, bisexual, transgender, questioning, intersex, asexual, and LGBTQIA-friendly comic books, comics professionals, readers, and educators. Founded in 2003, Prism has exhibited at and presented panels at various comics conventions, including San Diego Comic-Con, WonderCon, New York City Comic-Con, and more. The organisation also awards an annual financial grant to help aspiring comics creators publish their work—the Prism Comics Queer Press Grant.</w:t>
      </w:r>
      <w:r/>
    </w:p>
    <w:p>
      <w:pPr>
        <w:pStyle w:val="ListNumber"/>
        <w:spacing w:line="240" w:lineRule="auto"/>
        <w:ind w:left="720"/>
      </w:pPr>
      <w:r/>
      <w:hyperlink r:id="rId13">
        <w:r>
          <w:rPr>
            <w:color w:val="0000EE"/>
            <w:u w:val="single"/>
          </w:rPr>
          <w:t>https://www.prismcomics.org/prism-awards/</w:t>
        </w:r>
      </w:hyperlink>
      <w:r>
        <w:t xml:space="preserve"> - The Prism Awards are presented annually to comic works by queer authors and works that promote the growing body of diverse, powerful, innovative, positive, or challenging representations of LGBTQIA+ characters in fiction or nonfiction comics. Founded and managed by Prism Comics, The Queer Press Expo, and The Cartoon Art Museum, the goal of the awards is to recognise, promote, and celebrate diversity and excellence in the field of queer comics.</w:t>
      </w:r>
      <w:r/>
    </w:p>
    <w:p>
      <w:pPr>
        <w:pStyle w:val="ListNumber"/>
        <w:spacing w:line="240" w:lineRule="auto"/>
        <w:ind w:left="720"/>
      </w:pPr>
      <w:r/>
      <w:hyperlink r:id="rId14">
        <w:r>
          <w:rPr>
            <w:color w:val="0000EE"/>
            <w:u w:val="single"/>
          </w:rPr>
          <w:t>https://www.prismcomics.org/prism-comics-at-comic-con-2024/</w:t>
        </w:r>
      </w:hyperlink>
      <w:r>
        <w:t xml:space="preserve"> - In 2024, Prism Comics celebrated 21 years of exhibiting at Comic-Con International: San Diego with a double-sized booth, a host of signings with great comics creators, and four panels on comics diversity. The organisation also published its annual LGBTQ+ Guide to Comic-Con, spotlighting LGBTQ+ and LGBTQ+ friendly panels, people, and events at the convention. The guide was available for free at the Prism Comics Booth and as a digital download.</w:t>
      </w:r>
      <w:r/>
    </w:p>
    <w:p>
      <w:pPr>
        <w:pStyle w:val="ListNumber"/>
        <w:spacing w:line="240" w:lineRule="auto"/>
        <w:ind w:left="720"/>
      </w:pPr>
      <w:r/>
      <w:hyperlink r:id="rId10">
        <w:r>
          <w:rPr>
            <w:color w:val="0000EE"/>
            <w:u w:val="single"/>
          </w:rPr>
          <w:t>https://www.thepopverse.com/prism-comics-lgbtqia-lgbt-queer-guide</w:t>
        </w:r>
      </w:hyperlink>
      <w:r>
        <w:t xml:space="preserve"> - Prism Comics, founded in 2003, is a pioneering LGBTQIA+ comics non-profit that has grown alongside the comics industry. The organisation provides a community for queer creators to tell their stories and a place for queer fans to find stories featuring characters like them. Paige Braddock, chief creative officer of Peanuts' late creator Charles M. Schulz's creative empire, credits Prism Comics with her continued career as a cartoonist.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dccblog.com/2026/07/prism-comics-returns-to-san-diego-comic-con-2026-to-promote-lgbtqia-inclusion-with-signings-panels-more/" TargetMode="External"/><Relationship Id="rId10" Type="http://schemas.openxmlformats.org/officeDocument/2006/relationships/hyperlink" Target="https://www.thepopverse.com/prism-comics-lgbtqia-lgbt-queer-guide" TargetMode="External"/><Relationship Id="rId11" Type="http://schemas.openxmlformats.org/officeDocument/2006/relationships/hyperlink" Target="https://www.prismcomics.org/about/" TargetMode="External"/><Relationship Id="rId12" Type="http://schemas.openxmlformats.org/officeDocument/2006/relationships/hyperlink" Target="https://www.prismcomics.org/prism-comics-at-comic-con-2025/" TargetMode="External"/><Relationship Id="rId13" Type="http://schemas.openxmlformats.org/officeDocument/2006/relationships/hyperlink" Target="https://www.prismcomics.org/prism-awards/" TargetMode="External"/><Relationship Id="rId14" Type="http://schemas.openxmlformats.org/officeDocument/2006/relationships/hyperlink" Target="https://www.prismcomics.org/prism-comics-at-comic-con-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