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Gay Madrid Travel Guide: Where to Stay, Party and Pride Plans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why Madrid tops many gay travellers' lists , from buzzy Chueca bars to huge Pride parades, recommended hotels, saunas and can’t-miss nights out for an unforgettable weekend in Spain’s welcoming capital.</w:t>
      </w:r>
      <w:r/>
    </w:p>
    <w:p>
      <w:r/>
      <w:r>
        <w:t>Essential Takeaways</w:t>
      </w:r>
      <w:r/>
      <w:r/>
    </w:p>
    <w:p>
      <w:pPr>
        <w:pStyle w:val="ListBullet"/>
        <w:spacing w:line="240" w:lineRule="auto"/>
        <w:ind w:left="720"/>
      </w:pPr>
      <w:r/>
      <w:r>
        <w:rPr>
          <w:b/>
        </w:rPr>
        <w:t>Neighbourhood choice:</w:t>
      </w:r>
      <w:r>
        <w:t xml:space="preserve"> Chueca is the compact, walkable heart of Madrid’s gay scene, perfect for bar-hopping and easy daytime sightseeing. </w:t>
      </w:r>
      <w:r/>
    </w:p>
    <w:p>
      <w:pPr>
        <w:pStyle w:val="ListBullet"/>
        <w:spacing w:line="240" w:lineRule="auto"/>
        <w:ind w:left="720"/>
      </w:pPr>
      <w:r/>
      <w:r>
        <w:rPr>
          <w:b/>
        </w:rPr>
        <w:t>When to go:</w:t>
      </w:r>
      <w:r>
        <w:t xml:space="preserve"> Madrid Pride (late June/early July) is one of Europe’s biggest LGBTQ+ events , expect huge crowds, sold-out hotels and headline parties. </w:t>
      </w:r>
      <w:r/>
    </w:p>
    <w:p>
      <w:pPr>
        <w:pStyle w:val="ListBullet"/>
        <w:spacing w:line="240" w:lineRule="auto"/>
        <w:ind w:left="720"/>
      </w:pPr>
      <w:r/>
      <w:r>
        <w:rPr>
          <w:b/>
        </w:rPr>
        <w:t>Where to stay:</w:t>
      </w:r>
      <w:r>
        <w:t xml:space="preserve"> Axel Hotel for a dedicated gay vibe; Room Mate Óscar and boutique picks like Only YOU put you steps from the action. </w:t>
      </w:r>
      <w:r/>
    </w:p>
    <w:p>
      <w:pPr>
        <w:pStyle w:val="ListBullet"/>
        <w:spacing w:line="240" w:lineRule="auto"/>
        <w:ind w:left="720"/>
      </w:pPr>
      <w:r/>
      <w:r>
        <w:rPr>
          <w:b/>
        </w:rPr>
        <w:t>Nightlife variety:</w:t>
      </w:r>
      <w:r>
        <w:t xml:space="preserve"> From drag cabaret and cocktail bars to massive cruising clubs and circuit parties, Madrid serves every mood. </w:t>
      </w:r>
      <w:r/>
    </w:p>
    <w:p>
      <w:pPr>
        <w:pStyle w:val="ListBullet"/>
        <w:spacing w:line="240" w:lineRule="auto"/>
        <w:ind w:left="720"/>
      </w:pPr>
      <w:r/>
      <w:r>
        <w:rPr>
          <w:b/>
        </w:rPr>
        <w:t>Daytime balance:</w:t>
      </w:r>
      <w:r>
        <w:t xml:space="preserve"> Museums, Retiro Park and food markets pair well with a late-night programme , pace yourself and book ahead during peak times.</w:t>
      </w:r>
      <w:r/>
      <w:r/>
    </w:p>
    <w:p>
      <w:pPr>
        <w:pStyle w:val="Heading2"/>
      </w:pPr>
      <w:r>
        <w:t>Why Chueca feels like the natural place to start</w:t>
      </w:r>
      <w:r/>
    </w:p>
    <w:p>
      <w:r/>
      <w:r>
        <w:t>Think terraces, a rainbow of umbrellas and an easy buzz in the air , Chueca is where Madrid’s gay life concentrates and where most nights begin. The neighbourhood is compact and very walkable, so you’ll nip from a rooftop pre-drink to a cosy cocktail bar in minutes and still have energy for late‑night clubs. According to city listings and local guides, Plaza de Pedro Zerolo and Plaza de Chueca act as social hubs, so pick accommodation nearby if you want to be in the middle of it all. For first-timers, staying here means less taxi time and more time soaking up the atmosphere.</w:t>
      </w:r>
      <w:r/>
    </w:p>
    <w:p>
      <w:pPr>
        <w:pStyle w:val="Heading2"/>
      </w:pPr>
      <w:r>
        <w:t>When to time your visit: Pride versus a quieter weekend</w:t>
      </w:r>
      <w:r/>
    </w:p>
    <w:p>
      <w:r/>
      <w:r>
        <w:t>Madrid Pride is massive , one of the largest LGBTQ+ festivals in Europe , and it transforms the whole city into a week-long celebration of concerts, parties and the parade itself. If you want the full-on festival experience, expect to book hotels and party tickets well in advance because everything sells quickly. On the flip side, visiting outside Pride gives you Chueca’s nightlife with fewer queues and a calmer pace for museums, markets and long tapas nights. The choice depends on whether you’re after a carnival of people and parties or a more relaxed city break.</w:t>
      </w:r>
      <w:r/>
    </w:p>
    <w:p>
      <w:pPr>
        <w:pStyle w:val="Heading2"/>
      </w:pPr>
      <w:r>
        <w:t>Choosing a hotel: gay-friendly options that actually make life easier</w:t>
      </w:r>
      <w:r/>
    </w:p>
    <w:p>
      <w:r/>
      <w:r>
        <w:t>You don’t need a "gay hotel" to feel welcome in Madrid, but some options make life simpler. Axel provides an adults-only, sociable atmosphere with a rooftop pool and the kind of branding that signals a curated gay guest experience. Room Mate Óscar overlooks Plaza de Pedro Zerolo and is ideal if you want to fall out of bed into the bar scene; boutique hotels like Only YOU or JC Rooms Santa Ana suit couples after style and quiet between nights out. In busy periods, consider booking refundable rates and check location against the venues you want to visit.</w:t>
      </w:r>
      <w:r/>
    </w:p>
    <w:p>
      <w:pPr>
        <w:pStyle w:val="Heading2"/>
      </w:pPr>
      <w:r>
        <w:t>Bars, drag and cruising: how to pick your perfect night out</w:t>
      </w:r>
      <w:r/>
    </w:p>
    <w:p>
      <w:r/>
      <w:r>
        <w:t>Madrid covers the full spectrum of gay nightlife. For relaxed pre-drinks, there are friendly cocktail bars where terraces spill into the street. If drag is your thing, classic Chueca venues host high-energy shows and cabaret nights that really deliver. For cruising and play spaces, the city has several dark-room bars and large clubs tailored to that scene , plan accordingly and keep safety and consent front of mind. It’s the variety that’s brilliant: you can start with tapas, catch a drag show, then dance through the small hours at a big-room party.</w:t>
      </w:r>
      <w:r/>
    </w:p>
    <w:p>
      <w:pPr>
        <w:pStyle w:val="Heading2"/>
      </w:pPr>
      <w:r>
        <w:t>Big parties and saunas: booking tips and what to expect</w:t>
      </w:r>
      <w:r/>
    </w:p>
    <w:p>
      <w:r/>
      <w:r>
        <w:t>The city’s party calendar has everything from monthly T‑dance events to circuit-scale nights that bring thousands of visitors. Promoters often hire huge venues, and parties like MyPleasure and events from major circuit brands attract international crowds. Saunas such as Sauna Paraíso and Sauna Beach are popular for daytime or late-night socialising , they can be busy during Pride, and local reporting suggests there can be heightened checks during big events, so travel sensibly. Practical tip: buy big-party tickets early, and book sauna visits in quieter slots if you prefer a more relaxed experience.</w:t>
      </w:r>
      <w:r/>
    </w:p>
    <w:p>
      <w:pPr>
        <w:pStyle w:val="Heading2"/>
      </w:pPr>
      <w:r>
        <w:t>Daytime Madrid: culture, parks and the food that keeps you going</w:t>
      </w:r>
      <w:r/>
    </w:p>
    <w:p>
      <w:r/>
      <w:r>
        <w:t>You’ll want to balance late nights with daytime culture. The Royal Palace, Prado and Reina Sofía are easy to slot into late-morning visits, while Retiro Park and Mercado de San Antón are ideal for lazy afternoons. Food is central to Madrid’s appeal , tapas hopping and market stalls make for great recovery from a late night. If you fancy a quick escape, day trips to Toledo or Segovia are straightforward from the city, but remember: nights in Chueca can stretch late, so plan your day with a little flexibility.</w:t>
      </w:r>
      <w:r/>
    </w:p>
    <w:p>
      <w:r/>
      <w:r>
        <w:t>Closing line</w:t>
      </w:r>
      <w:r/>
    </w:p>
    <w:p>
      <w:r/>
      <w:r>
        <w:t>Pack comfy shoes, book early for Pride, and let Madrid’s warm energy carry you from sunrise tapas to sunrise dancing.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3">
        <w:r>
          <w:rPr>
            <w:color w:val="0000EE"/>
            <w:u w:val="single"/>
          </w:rPr>
          <w:t>[5]</w:t>
        </w:r>
      </w:hyperlink>
      <w:r>
        <w:t xml:space="preserve">, </w:t>
      </w:r>
      <w:hyperlink r:id="rId14">
        <w:r>
          <w:rPr>
            <w:color w:val="0000EE"/>
            <w:u w:val="single"/>
          </w:rPr>
          <w:t>[6]</w:t>
        </w:r>
      </w:hyperlink>
      <w:r>
        <w:t xml:space="preserve">- Paragraph 4: </w:t>
      </w:r>
      <w:hyperlink r:id="rId9">
        <w:r>
          <w:rPr>
            <w:color w:val="0000EE"/>
            <w:u w:val="single"/>
          </w:rPr>
          <w:t>[1]</w:t>
        </w:r>
      </w:hyperlink>
      <w:r>
        <w:t xml:space="preserve">, </w:t>
      </w:r>
      <w:hyperlink r:id="rId9">
        <w:r>
          <w:rPr>
            <w:color w:val="0000EE"/>
            <w:u w:val="single"/>
          </w:rPr>
          <w:t>[1]</w:t>
        </w:r>
      </w:hyperlink>
      <w:r>
        <w:t xml:space="preserve">- Paragraph 5: </w:t>
      </w:r>
      <w:hyperlink r:id="rId9">
        <w:r>
          <w:rPr>
            <w:color w:val="0000EE"/>
            <w:u w:val="single"/>
          </w:rPr>
          <w:t>[1]</w:t>
        </w:r>
      </w:hyperlink>
      <w:r>
        <w:t xml:space="preserve">, </w:t>
      </w:r>
      <w:hyperlink r:id="rId9">
        <w:r>
          <w:rPr>
            <w:color w:val="0000EE"/>
            <w:u w:val="single"/>
          </w:rPr>
          <w:t>[1]</w:t>
        </w:r>
      </w:hyperlink>
      <w:r>
        <w:t xml:space="preserve">- Paragraph 6: </w:t>
      </w:r>
      <w:hyperlink r:id="rId9">
        <w:r>
          <w:rPr>
            <w:color w:val="0000EE"/>
            <w:u w:val="single"/>
          </w:rPr>
          <w:t>[1]</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https://nomadicboys.com/gay-madrid/</w:t>
        </w:r>
      </w:hyperlink>
      <w:r>
        <w:t xml:space="preserve"> - Please view link - unable to able to access data</w:t>
      </w:r>
      <w:r/>
    </w:p>
    <w:p>
      <w:pPr>
        <w:pStyle w:val="ListNumber"/>
        <w:spacing w:line="240" w:lineRule="auto"/>
        <w:ind w:left="720"/>
      </w:pPr>
      <w:r/>
      <w:hyperlink r:id="rId10">
        <w:r>
          <w:rPr>
            <w:color w:val="0000EE"/>
            <w:u w:val="single"/>
          </w:rPr>
          <w:t>https://www.idealista.com/en/news/lifestyle-in-spain/2026/06/11/848228-madrid-pride-europe-s-largest-lgbtq-event</w:t>
        </w:r>
      </w:hyperlink>
      <w:r>
        <w:t xml:space="preserve"> - Madrid Pride 2026, known as MADO, is Europe's largest LGBTQ+ event, scheduled from 25 June to 5 July 2026. The festivities commence with Orgullo de Barrio in Chueca, featuring cultural activities and community events. The main parade on 4 July 2026 will start at Glorieta del Emperador Carlos V and conclude at Plaza de Colón. The event is expected to attract over two million attendees, making it one of the largest Pride celebrations globally. (</w:t>
      </w:r>
      <w:hyperlink r:id="rId16">
        <w:r>
          <w:rPr>
            <w:color w:val="0000EE"/>
            <w:u w:val="single"/>
          </w:rPr>
          <w:t>idealista.com</w:t>
        </w:r>
      </w:hyperlink>
      <w:r>
        <w:t>)</w:t>
      </w:r>
      <w:r/>
    </w:p>
    <w:p>
      <w:pPr>
        <w:pStyle w:val="ListNumber"/>
        <w:spacing w:line="240" w:lineRule="auto"/>
        <w:ind w:left="720"/>
      </w:pPr>
      <w:r/>
      <w:hyperlink r:id="rId11">
        <w:r>
          <w:rPr>
            <w:color w:val="0000EE"/>
            <w:u w:val="single"/>
          </w:rPr>
          <w:t>https://www.esmadrid.com/en/whats-on/madrid-pride</w:t>
        </w:r>
      </w:hyperlink>
      <w:r>
        <w:t xml:space="preserve"> - Madrid Pride, or MADO, is Europe's largest LGBTQ+ Pride festival, attracting over two million visitors each year. The 2026 celebrations are scheduled from 25 June to 5 July, featuring various events such as concerts, parties, and the main parade on 4 July. The parade will start at Atocha and proceed along Paseo del Prado to Plaza de Colón, advocating for tolerance and equality for the LGBTQ+ community. (</w:t>
      </w:r>
      <w:hyperlink r:id="rId17">
        <w:r>
          <w:rPr>
            <w:color w:val="0000EE"/>
            <w:u w:val="single"/>
          </w:rPr>
          <w:t>esmadrid.com</w:t>
        </w:r>
      </w:hyperlink>
      <w:r>
        <w:t>)</w:t>
      </w:r>
      <w:r/>
    </w:p>
    <w:p>
      <w:pPr>
        <w:pStyle w:val="ListNumber"/>
        <w:spacing w:line="240" w:lineRule="auto"/>
        <w:ind w:left="720"/>
      </w:pPr>
      <w:r/>
      <w:hyperlink r:id="rId12">
        <w:r>
          <w:rPr>
            <w:color w:val="0000EE"/>
            <w:u w:val="single"/>
          </w:rPr>
          <w:t>https://www.esmadrid.com/en/whats-on/pride-parade-madrid-lgtbi</w:t>
        </w:r>
      </w:hyperlink>
      <w:r>
        <w:t xml:space="preserve"> - The Madrid LGBTQ+ Pride Parade is the main event of the Pride festivities, taking place on the first Saturday in July. The 2026 parade is scheduled for 4 July, starting at Atocha, Paseo del Prado, and concluding at Plaza de Colón. Organised by COGAM and FELGTB, the parade aims to promote tolerance and equality for the LGBTQ+ community. (</w:t>
      </w:r>
      <w:hyperlink r:id="rId18">
        <w:r>
          <w:rPr>
            <w:color w:val="0000EE"/>
            <w:u w:val="single"/>
          </w:rPr>
          <w:t>esmadrid.com</w:t>
        </w:r>
      </w:hyperlink>
      <w:r>
        <w:t>)</w:t>
      </w:r>
      <w:r/>
    </w:p>
    <w:p>
      <w:pPr>
        <w:pStyle w:val="ListNumber"/>
        <w:spacing w:line="240" w:lineRule="auto"/>
        <w:ind w:left="720"/>
      </w:pPr>
      <w:r/>
      <w:hyperlink r:id="rId13">
        <w:r>
          <w:rPr>
            <w:color w:val="0000EE"/>
            <w:u w:val="single"/>
          </w:rPr>
          <w:t>https://www.the-independent.com/travel/europe/spain/madrid/best-lgbtq-hotels-madrid-b2994693.html</w:t>
        </w:r>
      </w:hyperlink>
      <w:r>
        <w:t xml:space="preserve"> - The Independent reviews the best LGBTQ+ friendly hotels in Madrid for 2026. Top recommendations include Axel Hotel Madrid, known for its stylish rooms and sociable atmosphere; Room Mate Oscar Hotel, offering rooftop views and a vibrant social scene; Pestana Plaza Mayor Madrid, ideal for romantic city breaks; H10 Villa de la Reina, offering understated elegance; and Hotel Fenix Gran Meliá, known for its timeless luxury. (</w:t>
      </w:r>
      <w:hyperlink r:id="rId19">
        <w:r>
          <w:rPr>
            <w:color w:val="0000EE"/>
            <w:u w:val="single"/>
          </w:rPr>
          <w:t>the-independent.com</w:t>
        </w:r>
      </w:hyperlink>
      <w:r>
        <w:t>)</w:t>
      </w:r>
      <w:r/>
    </w:p>
    <w:p>
      <w:pPr>
        <w:pStyle w:val="ListNumber"/>
        <w:spacing w:line="240" w:lineRule="auto"/>
        <w:ind w:left="720"/>
      </w:pPr>
      <w:r/>
      <w:hyperlink r:id="rId14">
        <w:r>
          <w:rPr>
            <w:color w:val="0000EE"/>
            <w:u w:val="single"/>
          </w:rPr>
          <w:t>https://hotelsforgays.com/hotel/room-mate-alicia/</w:t>
        </w:r>
      </w:hyperlink>
      <w:r>
        <w:t xml:space="preserve"> - Room Mate Alicia is a gay-friendly hotel located near Gran Vía in Madrid, offering easy access to shopping, dining, and nightlife. The hotel features early 20th-century architecture with modern and comfortable rooms, each equipped with a flat-screen TV, high-speed Wi-Fi, and a minibar. Some rooms also offer balconies with city views. Amenities include a rooftop terrace with panoramic views, a cozy café, and a 24-hour front desk. (</w:t>
      </w:r>
      <w:hyperlink r:id="rId20">
        <w:r>
          <w:rPr>
            <w:color w:val="0000EE"/>
            <w:u w:val="single"/>
          </w:rPr>
          <w:t>hotelsforgays.com</w:t>
        </w:r>
      </w:hyperlink>
      <w:r>
        <w:t>)</w:t>
      </w:r>
      <w:r/>
    </w:p>
    <w:p>
      <w:pPr>
        <w:pStyle w:val="ListNumber"/>
        <w:spacing w:line="240" w:lineRule="auto"/>
        <w:ind w:left="720"/>
      </w:pPr>
      <w:r/>
      <w:hyperlink r:id="rId15">
        <w:r>
          <w:rPr>
            <w:color w:val="0000EE"/>
            <w:u w:val="single"/>
          </w:rPr>
          <w:t>https://www.madriddispatch.com/events/madrid-pride-2026-resident-guide</w:t>
        </w:r>
      </w:hyperlink>
      <w:r>
        <w:t xml:space="preserve"> - The Madrid Dispatch provides a resident's survival guide to Madrid Pride 2026, running from 25 June to 5 July, with the main parade on 4 July. The guide offers insights into metro station closures, transport disruptions, and tips for navigating the city's central areas during the festivities. It also highlights the parade route along Paseo del Prado and Paseo de Recoletos, advising residents on potential impacts on cross-city travel. (</w:t>
      </w:r>
      <w:hyperlink r:id="rId21">
        <w:r>
          <w:rPr>
            <w:color w:val="0000EE"/>
            <w:u w:val="single"/>
          </w:rPr>
          <w:t>madriddispatch.com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omadicboys.com/gay-madrid/" TargetMode="External"/><Relationship Id="rId10" Type="http://schemas.openxmlformats.org/officeDocument/2006/relationships/hyperlink" Target="https://www.idealista.com/en/news/lifestyle-in-spain/2026/06/11/848228-madrid-pride-europe-s-largest-lgbtq-event" TargetMode="External"/><Relationship Id="rId11" Type="http://schemas.openxmlformats.org/officeDocument/2006/relationships/hyperlink" Target="https://www.esmadrid.com/en/whats-on/madrid-pride" TargetMode="External"/><Relationship Id="rId12" Type="http://schemas.openxmlformats.org/officeDocument/2006/relationships/hyperlink" Target="https://www.esmadrid.com/en/whats-on/pride-parade-madrid-lgtbi" TargetMode="External"/><Relationship Id="rId13" Type="http://schemas.openxmlformats.org/officeDocument/2006/relationships/hyperlink" Target="https://www.the-independent.com/travel/europe/spain/madrid/best-lgbtq-hotels-madrid-b2994693.html" TargetMode="External"/><Relationship Id="rId14" Type="http://schemas.openxmlformats.org/officeDocument/2006/relationships/hyperlink" Target="https://hotelsforgays.com/hotel/room-mate-alicia/" TargetMode="External"/><Relationship Id="rId15" Type="http://schemas.openxmlformats.org/officeDocument/2006/relationships/hyperlink" Target="https://www.madriddispatch.com/events/madrid-pride-2026-resident-guide" TargetMode="External"/><Relationship Id="rId16" Type="http://schemas.openxmlformats.org/officeDocument/2006/relationships/hyperlink" Target="https://www.idealista.com/en/news/lifestyle-in-spain/2026/06/11/848228-madrid-pride-europe-s-largest-lgbtq-event?utm_source=openai" TargetMode="External"/><Relationship Id="rId17" Type="http://schemas.openxmlformats.org/officeDocument/2006/relationships/hyperlink" Target="https://www.esmadrid.com/en/whats-on/madrid-pride?utm_source=openai" TargetMode="External"/><Relationship Id="rId18" Type="http://schemas.openxmlformats.org/officeDocument/2006/relationships/hyperlink" Target="https://www.esmadrid.com/en/whats-on/pride-parade-madrid-lgtbi?utm_source=openai" TargetMode="External"/><Relationship Id="rId19" Type="http://schemas.openxmlformats.org/officeDocument/2006/relationships/hyperlink" Target="https://www.the-independent.com/travel/europe/spain/madrid/best-lgbtq-hotels-madrid-b2994693.html?utm_source=openai" TargetMode="External"/><Relationship Id="rId20" Type="http://schemas.openxmlformats.org/officeDocument/2006/relationships/hyperlink" Target="https://hotelsforgays.com/hotel/room-mate-alicia/?utm_source=openai" TargetMode="External"/><Relationship Id="rId21" Type="http://schemas.openxmlformats.org/officeDocument/2006/relationships/hyperlink" Target="https://www.madriddispatch.com/events/madrid-pride-2026-resident-guide?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