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CSD Leipzig 2026 Guide: Dates, Highlights and How to Join the Demo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the colour: organisers expect about 20,000 people for Leipzig’s Christopher Street Day 2026, with a week of films, workshops and talks building up to the big demo and street festival on 18 July , here’s what to know, where to be and how to take part safely.</w:t>
      </w:r>
      <w:r/>
    </w:p>
    <w:p>
      <w:r/>
      <w:r>
        <w:t>Essential Takeaways</w:t>
      </w:r>
      <w:r/>
      <w:r/>
    </w:p>
    <w:p>
      <w:pPr>
        <w:pStyle w:val="ListBullet"/>
        <w:spacing w:line="240" w:lineRule="auto"/>
        <w:ind w:left="720"/>
      </w:pPr>
      <w:r/>
      <w:r>
        <w:rPr>
          <w:b/>
        </w:rPr>
        <w:t>When:</w:t>
      </w:r>
      <w:r>
        <w:t xml:space="preserve"> Main demonstration on 18 July, rally at Augustusplatz from 11.30am, march from 1pm and street festival from 4pm to 8pm. </w:t>
      </w:r>
      <w:r/>
    </w:p>
    <w:p>
      <w:pPr>
        <w:pStyle w:val="ListBullet"/>
        <w:spacing w:line="240" w:lineRule="auto"/>
        <w:ind w:left="720"/>
      </w:pPr>
      <w:r/>
      <w:r>
        <w:rPr>
          <w:b/>
        </w:rPr>
        <w:t>Attendance:</w:t>
      </w:r>
      <w:r>
        <w:t xml:space="preserve"> Around 20,000 people expected; Prideball afterparty starts 9pm at Täubchenthal (entry €18). </w:t>
      </w:r>
      <w:r/>
    </w:p>
    <w:p>
      <w:pPr>
        <w:pStyle w:val="ListBullet"/>
        <w:spacing w:line="240" w:lineRule="auto"/>
        <w:ind w:left="720"/>
      </w:pPr>
      <w:r/>
      <w:r>
        <w:rPr>
          <w:b/>
        </w:rPr>
        <w:t>Who:</w:t>
      </w:r>
      <w:r>
        <w:t xml:space="preserve"> Hape Kerkeling is an official ambassador (sending support but not riding the float); activist Luna Möbius will attend in person. </w:t>
      </w:r>
      <w:r/>
    </w:p>
    <w:p>
      <w:pPr>
        <w:pStyle w:val="ListBullet"/>
        <w:spacing w:line="240" w:lineRule="auto"/>
        <w:ind w:left="720"/>
      </w:pPr>
      <w:r/>
      <w:r>
        <w:rPr>
          <w:b/>
        </w:rPr>
        <w:t>What to bring:</w:t>
      </w:r>
      <w:r>
        <w:t xml:space="preserve"> Flags and signs encouraged; organisers ask that participants leave pets at home. </w:t>
      </w:r>
      <w:r/>
    </w:p>
    <w:p>
      <w:pPr>
        <w:pStyle w:val="ListBullet"/>
        <w:spacing w:line="240" w:lineRule="auto"/>
        <w:ind w:left="720"/>
      </w:pPr>
      <w:r/>
      <w:r>
        <w:rPr>
          <w:b/>
        </w:rPr>
        <w:t>Access:</w:t>
      </w:r>
      <w:r>
        <w:t xml:space="preserve"> Several events during CSD week are free; some workshops or screenings may require prior sign-up.</w:t>
      </w:r>
      <w:r/>
      <w:r/>
    </w:p>
    <w:p>
      <w:pPr>
        <w:pStyle w:val="Heading2"/>
      </w:pPr>
      <w:r>
        <w:t>What’s happening and why it matters</w:t>
      </w:r>
      <w:r/>
    </w:p>
    <w:p>
      <w:r/>
      <w:r>
        <w:t>Leipzig’s CSD week runs from 10–18 July and builds from a flag-raising at the Neues Rathaus into a full day of protest, performance and party. The theme this year , roughly translated as “No rest, no going back , queer rights step by step” , frames the march as both celebration and political pressure. You’ll notice a mix of emotional speeches, upbeat music and practical community sessions, so it’s as much about solidarity as it is about fun.</w:t>
      </w:r>
      <w:r/>
    </w:p>
    <w:p>
      <w:pPr>
        <w:pStyle w:val="Heading2"/>
      </w:pPr>
      <w:r>
        <w:t>The demo route, timetable and practical tips</w:t>
      </w:r>
      <w:r/>
    </w:p>
    <w:p>
      <w:r/>
      <w:r>
        <w:t>The demonstration begins with a rally at the opera on Augustusplatz at 11.30am and the procession will set off at 1pm, returning to Augustusplatz later in the afternoon. The precise route will be published shortly before the event; organisers ask people to arrive early for bag checks and to stay hydrated , July can be hot. If you’re bringing signs, use lightweight materials; keep noise-making devices respectful of neighbours and any nearby hospitals or care homes.</w:t>
      </w:r>
      <w:r/>
    </w:p>
    <w:p>
      <w:pPr>
        <w:pStyle w:val="Heading2"/>
      </w:pPr>
      <w:r>
        <w:t>Who’s speaking, performing and streaming</w:t>
      </w:r>
      <w:r/>
    </w:p>
    <w:p>
      <w:r/>
      <w:r>
        <w:t>The street festival from 4pm features local and touring acts including indie-pop band Power Plush, drag artist Mister Butch Jay and pop musician Sibb. Speeches and performances will be livestreamed, so if you can’t be there in person you can still watch the rally and stage programme online. Hape Kerkeling is an ambassador who publicly supports the event but won’t appear on the float; Luna Möbius, the campaigner and author, will be at the march.</w:t>
      </w:r>
      <w:r/>
    </w:p>
    <w:p>
      <w:pPr>
        <w:pStyle w:val="Heading2"/>
      </w:pPr>
      <w:r>
        <w:t>Week-long programme: workshops, films and community events</w:t>
      </w:r>
      <w:r/>
    </w:p>
    <w:p>
      <w:r/>
      <w:r>
        <w:t>Across the CSD week you’ll find everything from self-defence for FLINTA* people to discussions on queer funding and audiowalks about queer grief. Many events are free and some need registration , for instance, anonymous STI testing or the sex-work workshop require sign-up. These smaller gatherings are useful if you want meaningful conversation away from the festival buzz, or practical services like testing and legal information.</w:t>
      </w:r>
      <w:r/>
    </w:p>
    <w:p>
      <w:pPr>
        <w:pStyle w:val="Heading2"/>
      </w:pPr>
      <w:r>
        <w:t>Safety, accessibility and community guidelines</w:t>
      </w:r>
      <w:r/>
    </w:p>
    <w:p>
      <w:r/>
      <w:r>
        <w:t>City officials report no counter-demonstrations planned for the main day, which helps the atmosphere feel safer; organisers still recommend following marshal instructions and keeping personal belongings secure. Accessibility varies by venue , check with event organisers about ramps, hearing support or calm spaces if you need them. And remember: pets are asked to stay home, while banners and flags are very welcome.</w:t>
      </w:r>
      <w:r/>
    </w:p>
    <w:p>
      <w:r/>
      <w:r>
        <w:t>Closing line Bring your colours, your voice and a sensible pair of shoes , Leipzig’s CSD is a week of community, cause and celebration worth joining in.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[4]</w:t>
        </w:r>
      </w:hyperlink>
      <w:r>
        <w:t xml:space="preserve">- Paragraph 5: </w:t>
      </w:r>
      <w:hyperlink r:id="rId9">
        <w:r>
          <w:rPr>
            <w:color w:val="0000EE"/>
            <w:u w:val="single"/>
          </w:rPr>
          <w:t>[1]</w:t>
        </w:r>
      </w:hyperlink>
      <w:r>
        <w:t xml:space="preserve">, </w:t>
      </w:r>
      <w:hyperlink r:id="rId11">
        <w:r>
          <w:rPr>
            <w:color w:val="0000EE"/>
            <w:u w:val="single"/>
          </w:rPr>
          <w:t>[6]</w:t>
        </w:r>
      </w:hyperlink>
      <w:r>
        <w:t xml:space="preserve">- Paragraph 6: </w:t>
      </w:r>
      <w:hyperlink r:id="rId9">
        <w:r>
          <w:rPr>
            <w:color w:val="0000EE"/>
            <w:u w:val="single"/>
          </w:rPr>
          <w:t>[1]</w:t>
        </w:r>
      </w:hyperlink>
      <w:r>
        <w:t xml:space="preserve">, </w:t>
      </w:r>
      <w:hyperlink r:id="rId14">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https://www.lvz.de/lokales/leipzig/christopher-street-day-2026-in-leipzig-alle-infos-zur-csd-woche-und-der-grossen-demo-V6PBDB3U5FAVNIHN7ZYYIIK5QU.html</w:t>
        </w:r>
      </w:hyperlink>
      <w:r>
        <w:t xml:space="preserve"> - Please view link - unable to able to access data</w:t>
      </w:r>
      <w:r/>
    </w:p>
    <w:p>
      <w:pPr>
        <w:pStyle w:val="ListNumber"/>
        <w:spacing w:line="240" w:lineRule="auto"/>
        <w:ind w:left="720"/>
      </w:pPr>
      <w:r/>
      <w:hyperlink r:id="rId10">
        <w:r>
          <w:rPr>
            <w:color w:val="0000EE"/>
            <w:u w:val="single"/>
          </w:rPr>
          <w:t>https://csd-leipzig.de/en/conditions-of-participation-for-vehicles/</w:t>
        </w:r>
      </w:hyperlink>
      <w:r>
        <w:t xml:space="preserve"> - The Christopher Street Day (CSD) Leipzig is a series of cultural and political events organised by CSD Leipzig e.V., aiming to promote acceptance of different lifestyles and combat discrimination against queer people. The 2026 event includes a rally on 18 July at 11:30 am on Augustusplatz, followed by a demonstration from 1:00 pm to approximately 4:00 pm. Participation requires an online application through the organiser's website.</w:t>
      </w:r>
      <w:r/>
    </w:p>
    <w:p>
      <w:pPr>
        <w:pStyle w:val="ListNumber"/>
        <w:spacing w:line="240" w:lineRule="auto"/>
        <w:ind w:left="720"/>
      </w:pPr>
      <w:r/>
      <w:hyperlink r:id="rId15">
        <w:r>
          <w:rPr>
            <w:color w:val="0000EE"/>
            <w:u w:val="single"/>
          </w:rPr>
          <w:t>https://www.zeit.de/news/2026-06/10/hape-kerkeling-unterstuetzt-csd-leipzig</w:t>
        </w:r>
      </w:hyperlink>
      <w:r>
        <w:t xml:space="preserve"> - Actor, comedian, and bestselling author Hape Kerkeling has been announced as one of the official ambassadors for the 2026 Christopher Street Day (CSD) in Leipzig. The event is scheduled for 18 July 2026. Kerkeling expressed his support for the rights of queer individuals and highlighted the importance of the event's motto, 'Keine Ruhe, kein Zurück – Queere Rechte Stück für Stück!'</w:t>
      </w:r>
      <w:r/>
    </w:p>
    <w:p>
      <w:pPr>
        <w:pStyle w:val="ListNumber"/>
        <w:spacing w:line="240" w:lineRule="auto"/>
        <w:ind w:left="720"/>
      </w:pPr>
      <w:r/>
      <w:hyperlink r:id="rId13">
        <w:r>
          <w:rPr>
            <w:color w:val="0000EE"/>
            <w:u w:val="single"/>
          </w:rPr>
          <w:t>https://www.mathcs.uni-leipzig.de/en/newsdetail-3/event/christopher-street-day-2026</w:t>
        </w:r>
      </w:hyperlink>
      <w:r>
        <w:t xml:space="preserve"> - Leipzig University will participate in the 2026 Christopher Street Day (CSD) by hosting its own stand at the street festival on Augustusplatz on 18 July 2026. The stand aims to provide an open space for exchange, visibility, and information on gender and sexual diversity at the university, showcasing various projects, research, and engagement from the university community.</w:t>
      </w:r>
      <w:r/>
    </w:p>
    <w:p>
      <w:pPr>
        <w:pStyle w:val="ListNumber"/>
        <w:spacing w:line="240" w:lineRule="auto"/>
        <w:ind w:left="720"/>
      </w:pPr>
      <w:r/>
      <w:hyperlink r:id="rId14">
        <w:r>
          <w:rPr>
            <w:color w:val="0000EE"/>
            <w:u w:val="single"/>
          </w:rPr>
          <w:t>https://www.tagesschau.de/inland/regional/sachsen/botschafter-menschenrechte-demo-christopher-stree-day-%2Chape-kerkeling-csd-100.html</w:t>
        </w:r>
      </w:hyperlink>
      <w:r>
        <w:t xml:space="preserve"> - Hape Kerkeling has been announced as an official ambassador for the 2026 Christopher Street Day (CSD) in Leipzig. The event, scheduled for 18 July 2026, aims to promote equality and acceptance for queer individuals. Kerkeling expressed his support for the event's motto, 'Keine Ruhe, kein Zurück – Queere Rechte Stück für Stück!' and emphasised the importance of defending freedom and equality.</w:t>
      </w:r>
      <w:r/>
    </w:p>
    <w:p>
      <w:pPr>
        <w:pStyle w:val="ListNumber"/>
        <w:spacing w:line="240" w:lineRule="auto"/>
        <w:ind w:left="720"/>
      </w:pPr>
      <w:r/>
      <w:hyperlink r:id="rId11">
        <w:r>
          <w:rPr>
            <w:color w:val="0000EE"/>
            <w:u w:val="single"/>
          </w:rPr>
          <w:t>https://www.leipzig-im.de/index.php?section=details&amp;va=Christopher+Street+Day+Leipzig+-+CSD+Leipzig+2026</w:t>
        </w:r>
      </w:hyperlink>
      <w:r>
        <w:t xml:space="preserve"> - The Christopher Street Day (CSD) Leipzig 2026 is scheduled from 10 to 18 July 2026, under the motto 'Keine Ruhe, kein Zurück. Queere Rechte Stück für Stück!' The event includes a rally on 18 July from 11:30 am to 1:00 pm, followed by a demonstration through Leipzig's city centre from 1:00 pm to 4:00 pm, and a street festival with a stage programme on Augustusplatz from 4:00 pm to 8:00 pm.</w:t>
      </w:r>
      <w:r/>
    </w:p>
    <w:p>
      <w:pPr>
        <w:pStyle w:val="ListNumber"/>
        <w:spacing w:line="240" w:lineRule="auto"/>
        <w:ind w:left="720"/>
      </w:pPr>
      <w:r/>
      <w:hyperlink r:id="rId12">
        <w:r>
          <w:rPr>
            <w:color w:val="0000EE"/>
            <w:u w:val="single"/>
          </w:rPr>
          <w:t>https://www.l.de/wir-fuer-leipzig/chancengleichheit/christopher-street-day/</w:t>
        </w:r>
      </w:hyperlink>
      <w:r>
        <w:t xml:space="preserve"> - The Leipziger Gruppe, a diverse collective of companies in Leipzig, has been participating in the annual Christopher Street Day (CSD) since 2019. The group values equality and diversity, with employees from various backgrounds contributing to the city's vibrancy. Their participation in the CSD underscores their commitment to celebrating diversity and promoting equal rights for all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vz.de/lokales/leipzig/christopher-street-day-2026-in-leipzig-alle-infos-zur-csd-woche-und-der-grossen-demo-V6PBDB3U5FAVNIHN7ZYYIIK5QU.html" TargetMode="External"/><Relationship Id="rId10" Type="http://schemas.openxmlformats.org/officeDocument/2006/relationships/hyperlink" Target="https://csd-leipzig.de/en/conditions-of-participation-for-vehicles/" TargetMode="External"/><Relationship Id="rId11" Type="http://schemas.openxmlformats.org/officeDocument/2006/relationships/hyperlink" Target="https://www.leipzig-im.de/index.php?section=details&amp;va=Christopher+Street+Day+Leipzig+-+CSD+Leipzig+2026" TargetMode="External"/><Relationship Id="rId12" Type="http://schemas.openxmlformats.org/officeDocument/2006/relationships/hyperlink" Target="https://www.l.de/wir-fuer-leipzig/chancengleichheit/christopher-street-day/" TargetMode="External"/><Relationship Id="rId13" Type="http://schemas.openxmlformats.org/officeDocument/2006/relationships/hyperlink" Target="https://www.mathcs.uni-leipzig.de/en/newsdetail-3/event/christopher-street-day-2026" TargetMode="External"/><Relationship Id="rId14" Type="http://schemas.openxmlformats.org/officeDocument/2006/relationships/hyperlink" Target="https://www.tagesschau.de/inland/regional/sachsen/botschafter-menschenrechte-demo-christopher-stree-day-%2Chape-kerkeling-csd-100.html" TargetMode="External"/><Relationship Id="rId15" Type="http://schemas.openxmlformats.org/officeDocument/2006/relationships/hyperlink" Target="https://www.zeit.de/news/2026-06/10/hape-kerkeling-unterstuetzt-csd-leipzi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