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Amsterdam Pride Guide for WorldPride 2026: Canal Parade Tips and Where to Go</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Spot the sparkle: Amsterdam turns into a two-week celebration for WorldPride 2026, with the Canal Parade as its glittering centrepiece , here’s what to see, where to stand, and how to enjoy Pride Amsterdam like a local.</w:t>
      </w:r>
      <w:r/>
    </w:p>
    <w:p>
      <w:r/>
      <w:r>
        <w:t>Essential Takeaways</w:t>
      </w:r>
      <w:r/>
      <w:r/>
    </w:p>
    <w:p>
      <w:pPr>
        <w:pStyle w:val="ListBullet"/>
        <w:spacing w:line="240" w:lineRule="auto"/>
        <w:ind w:left="720"/>
      </w:pPr>
      <w:r/>
      <w:r>
        <w:rPr>
          <w:b/>
        </w:rPr>
        <w:t>When it happens:</w:t>
      </w:r>
      <w:r>
        <w:t xml:space="preserve"> WorldPride runs 25 July–8 August 2026, with the Canal Parade on Saturday 1 August (midday–early evening). </w:t>
      </w:r>
      <w:r/>
    </w:p>
    <w:p>
      <w:pPr>
        <w:pStyle w:val="ListBullet"/>
        <w:spacing w:line="240" w:lineRule="auto"/>
        <w:ind w:left="720"/>
      </w:pPr>
      <w:r/>
      <w:r>
        <w:rPr>
          <w:b/>
        </w:rPr>
        <w:t>What’s free:</w:t>
      </w:r>
      <w:r>
        <w:t xml:space="preserve"> The Canal Parade, Pride Walk, many street parties and outdoor programmes are free; a few big-ticket events are ticketed. </w:t>
      </w:r>
      <w:r/>
    </w:p>
    <w:p>
      <w:pPr>
        <w:pStyle w:val="ListBullet"/>
        <w:spacing w:line="240" w:lineRule="auto"/>
        <w:ind w:left="720"/>
      </w:pPr>
      <w:r/>
      <w:r>
        <w:rPr>
          <w:b/>
        </w:rPr>
        <w:t>Best views:</w:t>
      </w:r>
      <w:r>
        <w:t xml:space="preserve"> Reguliersgracht, Magere Brug and Prinsengracht by the Westerkerk are iconic but fill early; quieter spots sit just a few minutes’ walk away. </w:t>
      </w:r>
      <w:r/>
    </w:p>
    <w:p>
      <w:pPr>
        <w:pStyle w:val="ListBullet"/>
        <w:spacing w:line="240" w:lineRule="auto"/>
        <w:ind w:left="720"/>
      </w:pPr>
      <w:r/>
      <w:r>
        <w:rPr>
          <w:b/>
        </w:rPr>
        <w:t>Practical needs:</w:t>
      </w:r>
      <w:r>
        <w:t xml:space="preserve"> Bring water, sun cream or a poncho, cash for toilets and patience for crowds and tram detours. </w:t>
      </w:r>
      <w:r/>
    </w:p>
    <w:p>
      <w:pPr>
        <w:pStyle w:val="ListBullet"/>
        <w:spacing w:line="240" w:lineRule="auto"/>
        <w:ind w:left="720"/>
      </w:pPr>
      <w:r/>
      <w:r>
        <w:rPr>
          <w:b/>
        </w:rPr>
        <w:t>Beyond the party:</w:t>
      </w:r>
      <w:r>
        <w:t xml:space="preserve"> Expect talks, exhibitions and the Human Rights Conference , Pride is both celebration and activism.</w:t>
      </w:r>
      <w:r/>
      <w:r/>
    </w:p>
    <w:p>
      <w:pPr>
        <w:pStyle w:val="Heading2"/>
      </w:pPr>
      <w:r>
        <w:t>Why WorldPride in Amsterdam feels different this year</w:t>
      </w:r>
      <w:r/>
    </w:p>
    <w:p>
      <w:r/>
      <w:r>
        <w:t>The city’s canals look extra theatrical when they’re crowded with glitter and music, and 2026 turns that spectacle into something bigger: WorldPride. According to the official programme, Amsterdam is playing host for two weeks of events, from activist marches to big outdoor concerts, and the Canal Parade will ride an extended route that cuts through the centre, east and west. That means more boats, more choreography and a floating stadium on the Prinsengracht with seating for about 10,000 people, but the banks and bridges remain free as ever.</w:t>
      </w:r>
      <w:r/>
    </w:p>
    <w:p>
      <w:r/>
      <w:r>
        <w:t>This isn’t just an entertainment upgrade; it’s a civic moment. The city marks 30 years of Pride Amsterdam and 25 years since the Netherlands legalised same-sex marriage, milestones that lend the week a reflective edge. Expect celebratory flair, sure, but also panels, a Human Rights Conference and exhibitions that remind you there’s history beneath the confetti.</w:t>
      </w:r>
      <w:r/>
    </w:p>
    <w:p>
      <w:pPr>
        <w:pStyle w:val="Heading2"/>
      </w:pPr>
      <w:r>
        <w:t>How to actually watch the Canal Parade without missing the view</w:t>
      </w:r>
      <w:r/>
    </w:p>
    <w:p>
      <w:r/>
      <w:r>
        <w:t>If you want the classic postcard shot , boats bobbing past canal houses with cheering crowds , you’ll need to claim your spot early. The parade route is longer in WorldPride year, and popular vantage points fill by mid-morning. If you arrive at lunchtime you’ll likely be looking at other people’s backs. Bring water, snacks and a sun hat, or a lightweight poncho if clouds threaten.</w:t>
      </w:r>
      <w:r/>
    </w:p>
    <w:p>
      <w:r/>
      <w:r>
        <w:t>But don’t lock yourself into the famous spots. The parade is long and slow, so moving along the route lets you see different boats and avoid crushes on bridges. Locals often pick a quieter stretch a few minutes away from Reguliersgracht or the Magere Brug and enjoy the same spectacle with fewer elbows. If you can get on a canal boat or know someone with a moored vessel, the view from the water is utterly different , louder, dizzying and unforgettable.</w:t>
      </w:r>
      <w:r/>
    </w:p>
    <w:p>
      <w:pPr>
        <w:pStyle w:val="Heading2"/>
      </w:pPr>
      <w:r>
        <w:t>The programme: more than one big party</w:t>
      </w:r>
      <w:r/>
    </w:p>
    <w:p>
      <w:r/>
      <w:r>
        <w:t>Pride week has layers. The Pride Walk opens the festival with an activist tone, while Framer Framed and LAB111 host a community-run queer and Pride weekend with films, panels and poetry. Free outdoor cinema, neighbourhood street parties on Reguliersdwarsstraat and Zeedijk, and family-friendly daytime events mean there’s something for everyone. The UNITY concert and the Human Rights Conference are ticketed highlights, and the Museumplein becomes a hub later in the week.</w:t>
      </w:r>
      <w:r/>
    </w:p>
    <w:p>
      <w:r/>
      <w:r>
        <w:t>If you’re the kind of visitor who remembers talk panels more than DJ sets, pick one cultural event from the official schedule , many locals say those quieter moments stay with them longer than the parties. Museums and churches are hosting exhibitions too, so slot in a museum stop between floats.</w:t>
      </w:r>
      <w:r/>
    </w:p>
    <w:p>
      <w:pPr>
        <w:pStyle w:val="Heading2"/>
      </w:pPr>
      <w:r>
        <w:t>A quick modern history so the celebrations make sense</w:t>
      </w:r>
      <w:r/>
    </w:p>
    <w:p>
      <w:r/>
      <w:r>
        <w:t>Pride in Amsterdam began as a glamourous canal show rather than a demonstration. In 1996 a handful of hospitality entrepreneurs launched the Canal Parade as a build-up to the Gay Games, and it never stopped. That celebratory origin coexists with a longer activist history: the COC , Amsterdam’s early LGBTQ+ group , has roots back to the 1940s, and the Homomonument dates from 1987. The Netherlands’ first legal same-sex marriages in 2001 are part of why WorldPride returns here now.</w:t>
      </w:r>
      <w:r/>
    </w:p>
    <w:p>
      <w:r/>
      <w:r>
        <w:t>Knowing that lineage helps you read the parade’s layers: floats range from nightclubs and breweries to charities, hospitals and political groups. Under the glitter there’s a message about inclusion, safety and global solidarity.</w:t>
      </w:r>
      <w:r/>
    </w:p>
    <w:p>
      <w:pPr>
        <w:pStyle w:val="Heading2"/>
      </w:pPr>
      <w:r>
        <w:t>Practical tips to enjoy Pride week and avoid common pitfalls</w:t>
      </w:r>
      <w:r/>
    </w:p>
    <w:p>
      <w:r/>
      <w:r>
        <w:t>Expect the centre to be busier than usual; in a WorldPride year, book hotels and restaurants months ahead. Transport plans will change , some bridges close and trams divert , so walking or cycling often beats public transport on parade day. Carry small change for pay toilets and keep an eye on weather forecasts; Amsterdam summers can be sunny or soggy in the same afternoon.</w:t>
      </w:r>
      <w:r/>
    </w:p>
    <w:p>
      <w:r/>
      <w:r>
        <w:t>Wear comfortable shoes, pick a meeting point if you’re with friends, and remember families are welcome , Pride is intentionally inclusive. Lastly, be respectful: people are celebrating identities that are political and personal. A bit of goodwill and maybe some glitter go a long way.</w:t>
      </w:r>
      <w:r/>
    </w:p>
    <w:p>
      <w:r/>
      <w:r>
        <w:t>Closing line Grab a good view, bring your curiosity, and let Amsterdam’s canals show you why Pride can be both party and purpose.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1">
        <w:r>
          <w:rPr>
            <w:color w:val="0000EE"/>
            <w:u w:val="single"/>
          </w:rPr>
          <w:t>[3]</w:t>
        </w:r>
      </w:hyperlink>
      <w:r>
        <w:t xml:space="preserve">- Paragraph 3: </w:t>
      </w:r>
      <w:hyperlink r:id="rId9">
        <w:r>
          <w:rPr>
            <w:color w:val="0000EE"/>
            <w:u w:val="single"/>
          </w:rPr>
          <w:t>[1]</w:t>
        </w:r>
      </w:hyperlink>
      <w:r>
        <w:t xml:space="preserve">, </w:t>
      </w:r>
      <w:hyperlink r:id="rId12">
        <w:r>
          <w:rPr>
            <w:color w:val="0000EE"/>
            <w:u w:val="single"/>
          </w:rPr>
          <w:t>[4]</w:t>
        </w:r>
      </w:hyperlink>
      <w:r>
        <w:t xml:space="preserve">- Paragraph 4: </w:t>
      </w:r>
      <w:hyperlink r:id="rId13">
        <w:r>
          <w:rPr>
            <w:color w:val="0000EE"/>
            <w:u w:val="single"/>
          </w:rPr>
          <w:t>[5]</w:t>
        </w:r>
      </w:hyperlink>
      <w:r>
        <w:t xml:space="preserve">, </w:t>
      </w:r>
      <w:hyperlink r:id="rId14">
        <w:r>
          <w:rPr>
            <w:color w:val="0000EE"/>
            <w:u w:val="single"/>
          </w:rPr>
          <w:t>[7]</w:t>
        </w:r>
      </w:hyperlink>
      <w:r>
        <w:t xml:space="preserve">- Paragraph 5: </w:t>
      </w:r>
      <w:hyperlink r:id="rId9">
        <w:r>
          <w:rPr>
            <w:color w:val="0000EE"/>
            <w:u w:val="single"/>
          </w:rPr>
          <w:t>[1]</w:t>
        </w:r>
      </w:hyperlink>
      <w:r>
        <w:t xml:space="preserve">, </w:t>
      </w:r>
      <w:hyperlink r:id="rId15">
        <w:r>
          <w:rPr>
            <w:color w:val="0000EE"/>
            <w:u w:val="single"/>
          </w:rPr>
          <w:t>[6]</w:t>
        </w:r>
      </w:hyperlink>
      <w:r>
        <w:t xml:space="preserve">- Paragraph 6: </w:t>
      </w:r>
      <w:hyperlink r:id="rId12">
        <w:r>
          <w:rPr>
            <w:color w:val="0000EE"/>
            <w:u w:val="single"/>
          </w:rPr>
          <w:t>[4]</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https://amsterdamian.com/see/photos/amsterdam-pride-guide/</w:t>
        </w:r>
      </w:hyperlink>
      <w:r>
        <w:t xml:space="preserve"> - Please view link - unable to able to access data</w:t>
      </w:r>
      <w:r/>
    </w:p>
    <w:p>
      <w:pPr>
        <w:pStyle w:val="ListNumber"/>
        <w:spacing w:line="240" w:lineRule="auto"/>
        <w:ind w:left="720"/>
      </w:pPr>
      <w:r/>
      <w:hyperlink r:id="rId10">
        <w:r>
          <w:rPr>
            <w:color w:val="0000EE"/>
            <w:u w:val="single"/>
          </w:rPr>
          <w:t>https://pride.amsterdam/en/worldpride/</w:t>
        </w:r>
      </w:hyperlink>
      <w:r>
        <w:t xml:space="preserve"> - WorldPride Amsterdam 2026 is scheduled from 25 July to 8 August 2026. The event will feature a variety of activities, including the Canal Parade on 1 August, which will pass through a floating WorldPride stadium on the Prinsengracht. The theme for this year's WorldPride is 'UNITY', aiming to promote tolerance, connectedness, and love within the LGBTQIA+ community. The visual identity incorporates patterns from various cultures, symbolising unity in diversity. The event also marks significant anniversaries, including 25 years since the first same-sex marriage in the Netherlands in 2001 and 30 years of Pride Amsterdam. For a detailed programme, visit the official website.</w:t>
      </w:r>
      <w:r/>
    </w:p>
    <w:p>
      <w:pPr>
        <w:pStyle w:val="ListNumber"/>
        <w:spacing w:line="240" w:lineRule="auto"/>
        <w:ind w:left="720"/>
      </w:pPr>
      <w:r/>
      <w:hyperlink r:id="rId11">
        <w:r>
          <w:rPr>
            <w:color w:val="0000EE"/>
            <w:u w:val="single"/>
          </w:rPr>
          <w:t>https://www.amsterdam.nl/en/news/worldpride/</w:t>
        </w:r>
      </w:hyperlink>
      <w:r>
        <w:t xml:space="preserve"> - Amsterdam will host WorldPride for the first time from 25 July to 8 August 2026. The event aims to celebrate diversity, freedom, and equal rights for LGBTQIA+ individuals. Major events include the Pride Walk, Pride Park, Canal Parade, street parties, and the Closing Concert on Museumplein. The city encourages residents and visitors to participate in these celebrations. For more information on the events and activities, refer to the official announcement by the City of Amsterdam.</w:t>
      </w:r>
      <w:r/>
    </w:p>
    <w:p>
      <w:pPr>
        <w:pStyle w:val="ListNumber"/>
        <w:spacing w:line="240" w:lineRule="auto"/>
        <w:ind w:left="720"/>
      </w:pPr>
      <w:r/>
      <w:hyperlink r:id="rId12">
        <w:r>
          <w:rPr>
            <w:color w:val="0000EE"/>
            <w:u w:val="single"/>
          </w:rPr>
          <w:t>https://www.amsterdam.nl/en/leisure/amsterdam-pride/</w:t>
        </w:r>
      </w:hyperlink>
      <w:r>
        <w:t xml:space="preserve"> - Amsterdam Pride 2026 is set to take place from 8 July to 29 July, followed by WorldPride from 25 July to 8 August. The city is hosting WorldPride to commemorate 25 years since the world's first legal same-sex marriage in 2001. The official programme and events can be found on the WorldPride website. Visitors are advised to check the I amsterdam event calendar for a comprehensive list of activities during this period. Public transport may experience disruptions due to ongoing works, so it's recommended to plan travel accordingly.</w:t>
      </w:r>
      <w:r/>
    </w:p>
    <w:p>
      <w:pPr>
        <w:pStyle w:val="ListNumber"/>
        <w:spacing w:line="240" w:lineRule="auto"/>
        <w:ind w:left="720"/>
      </w:pPr>
      <w:r/>
      <w:hyperlink r:id="rId13">
        <w:r>
          <w:rPr>
            <w:color w:val="0000EE"/>
            <w:u w:val="single"/>
          </w:rPr>
          <w:t>https://www.nieuwekerk.nl/en/press/press-releases/worldpride-2026-opens-with-queer-amsterdam-exhibition-at-de-nieuwe-kerk-the-walk-of-pride-and-a-fourth-olympic-edition-of-pride-talk/</w:t>
        </w:r>
      </w:hyperlink>
      <w:r>
        <w:t xml:space="preserve"> - WorldPride 2026 in Amsterdam will commence on 8 July 2026 with a joint opening ceremony featuring several landmark premieres in and around De Nieuwe Kerk Amsterdam. The opening includes the exhibition 'Queer Amsterdam', the unveiling of the city's new public monument, the Walk of Pride, and the fourth edition of Pride Talk. These events aim to celebrate the past, present, and future of the queer community, marking significant anniversaries in marriage equality history, including 25 years since the first same-sex marriages in Amsterdam in 2001.</w:t>
      </w:r>
      <w:r/>
    </w:p>
    <w:p>
      <w:pPr>
        <w:pStyle w:val="ListNumber"/>
        <w:spacing w:line="240" w:lineRule="auto"/>
        <w:ind w:left="720"/>
      </w:pPr>
      <w:r/>
      <w:hyperlink r:id="rId15">
        <w:r>
          <w:rPr>
            <w:color w:val="0000EE"/>
            <w:u w:val="single"/>
          </w:rPr>
          <w:t>https://europeanpride.org/europride/europride-2026-amsterdam/</w:t>
        </w:r>
      </w:hyperlink>
      <w:r>
        <w:t xml:space="preserve"> - EuroPride 2026 will coincide with WorldPride Amsterdam from 25 July to 8 August 2026. Amsterdam is known for its diversity and strong LGBTQIA+ community, which contributes to the city's atmosphere of tolerance and creativity. The city hosted the world's first same-sex marriage in 2001, and in 2026, it will celebrate 25 years of marriage equality. EuroPride is a pan-European international LGBTI event featuring a Pride parade, hosted by a different European city each year. Amsterdam's hosting of EuroPride 2026 underscores its commitment to LGBTQIA+ rights and visibility.</w:t>
      </w:r>
      <w:r/>
    </w:p>
    <w:p>
      <w:pPr>
        <w:pStyle w:val="ListNumber"/>
        <w:spacing w:line="240" w:lineRule="auto"/>
        <w:ind w:left="720"/>
      </w:pPr>
      <w:r/>
      <w:hyperlink r:id="rId14">
        <w:r>
          <w:rPr>
            <w:color w:val="0000EE"/>
            <w:u w:val="single"/>
          </w:rPr>
          <w:t>https://www.holland.com/global/tourism/get-inspired/current/pride/pride-amsterdam</w:t>
        </w:r>
      </w:hyperlink>
      <w:r>
        <w:t xml:space="preserve"> - The Canal Parade, a highlight of WorldPride Amsterdam, is scheduled for 1 August 2026. Approximately 80 exuberantly decorated boats with DJs and dancers will navigate the Prinsengracht canal, while spectators line the canal sides, cheering and dancing. In celebration of WorldPride, a 10,000-seater 'stadium' will be erected right by the canal. The event extends beyond the parade, celebrating the long history and many achievements of the LGBTQ+ community, as well as the diversity, openness, and free spirit that Amsterdam and the Netherlands stand for.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amsterdamian.com/see/photos/amsterdam-pride-guide/" TargetMode="External"/><Relationship Id="rId10" Type="http://schemas.openxmlformats.org/officeDocument/2006/relationships/hyperlink" Target="https://pride.amsterdam/en/worldpride/" TargetMode="External"/><Relationship Id="rId11" Type="http://schemas.openxmlformats.org/officeDocument/2006/relationships/hyperlink" Target="https://www.amsterdam.nl/en/news/worldpride/" TargetMode="External"/><Relationship Id="rId12" Type="http://schemas.openxmlformats.org/officeDocument/2006/relationships/hyperlink" Target="https://www.amsterdam.nl/en/leisure/amsterdam-pride/" TargetMode="External"/><Relationship Id="rId13" Type="http://schemas.openxmlformats.org/officeDocument/2006/relationships/hyperlink" Target="https://www.nieuwekerk.nl/en/press/press-releases/worldpride-2026-opens-with-queer-amsterdam-exhibition-at-de-nieuwe-kerk-the-walk-of-pride-and-a-fourth-olympic-edition-of-pride-talk/" TargetMode="External"/><Relationship Id="rId14" Type="http://schemas.openxmlformats.org/officeDocument/2006/relationships/hyperlink" Target="https://www.holland.com/global/tourism/get-inspired/current/pride/pride-amsterdam" TargetMode="External"/><Relationship Id="rId15" Type="http://schemas.openxmlformats.org/officeDocument/2006/relationships/hyperlink" Target="https://europeanpride.org/europride/europride-2026-amsterda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