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Man Seriously Assaulted After Amersfoort Pride — What We Know and What Happens Next</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revellers were unsettled after a man cycling home from Amersfoort Pride was pulled from his bike and badly beaten in the early hours; police are investigating whether the attack had an anti-LGBTI+ motive and community groups are urging people to report incidents.</w:t>
      </w:r>
      <w:r/>
    </w:p>
    <w:p>
      <w:r/>
      <w:r>
        <w:t>Essential Takeaways</w:t>
      </w:r>
      <w:r/>
      <w:r/>
    </w:p>
    <w:p>
      <w:pPr>
        <w:pStyle w:val="ListBullet"/>
        <w:spacing w:line="240" w:lineRule="auto"/>
        <w:ind w:left="720"/>
      </w:pPr>
      <w:r/>
      <w:r>
        <w:rPr>
          <w:b/>
        </w:rPr>
        <w:t>What happened:</w:t>
      </w:r>
      <w:r>
        <w:t xml:space="preserve"> A man was assaulted around 3am on Heiligenbergerweg after attending Pride Amersfoort and taken to hospital with serious injuries. </w:t>
      </w:r>
      <w:r/>
    </w:p>
    <w:p>
      <w:pPr>
        <w:pStyle w:val="ListBullet"/>
        <w:spacing w:line="240" w:lineRule="auto"/>
        <w:ind w:left="720"/>
      </w:pPr>
      <w:r/>
      <w:r>
        <w:rPr>
          <w:b/>
        </w:rPr>
        <w:t>Suspects described:</w:t>
      </w:r>
      <w:r>
        <w:t xml:space="preserve"> Police say several youths on fatbikes wrestled the victim off his bike before attacking him. </w:t>
      </w:r>
      <w:r/>
    </w:p>
    <w:p>
      <w:pPr>
        <w:pStyle w:val="ListBullet"/>
        <w:spacing w:line="240" w:lineRule="auto"/>
        <w:ind w:left="720"/>
      </w:pPr>
      <w:r/>
      <w:r>
        <w:rPr>
          <w:b/>
        </w:rPr>
        <w:t>Possible motive:</w:t>
      </w:r>
      <w:r>
        <w:t xml:space="preserve"> Authorities are investigating whether the incident was hate-related; no official motive confirmed yet. </w:t>
      </w:r>
      <w:r/>
    </w:p>
    <w:p>
      <w:pPr>
        <w:pStyle w:val="ListBullet"/>
        <w:spacing w:line="240" w:lineRule="auto"/>
        <w:ind w:left="720"/>
      </w:pPr>
      <w:r/>
      <w:r>
        <w:rPr>
          <w:b/>
        </w:rPr>
        <w:t>Community response:</w:t>
      </w:r>
      <w:r>
        <w:t xml:space="preserve"> Pride organisers and reporting platform RITA have urged victims and witnesses to come forward and offered safer spaces and support. </w:t>
      </w:r>
      <w:r/>
    </w:p>
    <w:p>
      <w:pPr>
        <w:pStyle w:val="ListBullet"/>
        <w:spacing w:line="240" w:lineRule="auto"/>
        <w:ind w:left="720"/>
      </w:pPr>
      <w:r/>
      <w:r>
        <w:rPr>
          <w:b/>
        </w:rPr>
        <w:t>How to help:</w:t>
      </w:r>
      <w:r>
        <w:t xml:space="preserve"> Police have issued a witness appeal and RITA lists locations where people can report harassment and get immediate help.</w:t>
      </w:r>
      <w:r/>
      <w:r/>
    </w:p>
    <w:p>
      <w:pPr>
        <w:pStyle w:val="Heading2"/>
      </w:pPr>
      <w:r>
        <w:t>A brutal end to a day of celebration</w:t>
      </w:r>
      <w:r/>
    </w:p>
    <w:p>
      <w:r/>
      <w:r>
        <w:t>The shock was physical and emotional , a community that had spent the day marching and celebrating woke to news of a serious assault on a commuter route. Local police confirm the man was attacked at about 3am on Heiligenbergerweg and taken to hospital, while officers hunt for witnesses and any CCTV footage. The sight of riders on chunky fatbikes is a striking detail that locals have already repeated, and it gives investigators something concrete to follow up.</w:t>
      </w:r>
      <w:r/>
    </w:p>
    <w:p>
      <w:pPr>
        <w:pStyle w:val="Heading2"/>
      </w:pPr>
      <w:r>
        <w:t>Authorities probe motive while residents react</w:t>
      </w:r>
      <w:r/>
    </w:p>
    <w:p>
      <w:r/>
      <w:r>
        <w:t>Police are treating the case as an aggravated assault and say they are exploring whether it was aimed at the victim because of his sexual orientation. Reports from local outlets and the official police witness appeal have made the assault public, and authorities are asking anyone who was near the Heiligenbergerweg early that morning to speak up. For now, officials haven’t confirmed the victim’s condition beyond that he was seriously hurt, and the investigation remains open.</w:t>
      </w:r>
      <w:r/>
    </w:p>
    <w:p>
      <w:pPr>
        <w:pStyle w:val="Heading2"/>
      </w:pPr>
      <w:r>
        <w:t>Organisers and charities step in with support</w:t>
      </w:r>
      <w:r/>
    </w:p>
    <w:p>
      <w:r/>
      <w:r>
        <w:t>Organisers from Pride and grass‑roots groups were quick to respond; Linda van Tuyl of Amsterdam Pride described the news as terrible and said many people had contacted her, unnerved after a day of connection and celebration. RITA, a reporting platform that provides safe spaces across the Netherlands, reported dozens of Pride‑related reports and has set up safer spaces for larger events so people can get immediate help, find someone to contact the police, or simply wait in a secure place.</w:t>
      </w:r>
      <w:r/>
    </w:p>
    <w:p>
      <w:pPr>
        <w:pStyle w:val="Heading2"/>
      </w:pPr>
      <w:r>
        <w:t>How the local community is reacting and what they’re asking you to do</w:t>
      </w:r>
      <w:r/>
    </w:p>
    <w:p>
      <w:r/>
      <w:r>
        <w:t>Local media and police outlets have published witness appeals and descriptions in the hope someone can identify the attackers or confirm the route the victim used. Neighbours and revellers are being urged to check any dashcam or doorbell camera footage from that stretch of road and to contact the police if they saw youths on fatbikes that night. Practically, anyone who felt unsafe or was harassed during Pride is being encouraged to report it to RITA or to the police , complaints help build a clearer picture of risk and guide future safety plans.</w:t>
      </w:r>
      <w:r/>
    </w:p>
    <w:p>
      <w:pPr>
        <w:pStyle w:val="Heading2"/>
      </w:pPr>
      <w:r>
        <w:t>Practical safety steps for event nights and late journeys</w:t>
      </w:r>
      <w:r/>
    </w:p>
    <w:p>
      <w:r/>
      <w:r>
        <w:t>If you’re heading home late after an event, stick to well‑lit routes and travel with company where possible, and consider sharing your route with a friend. Keep bike lights on and your phone accessible, and if you see groups behaving aggressively report the details to police promptly , time‑stamped footage or location data can be decisive. Event organisers can also press venues and hotels to remain part of safer‑space networks so people have fixed points of refuge if they feel threatened.</w:t>
      </w:r>
      <w:r/>
    </w:p>
    <w:p>
      <w:r/>
      <w:r>
        <w:t>It’s a small change to planning your journey that can make a big difference to feeling safe on the way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[5]</w:t>
        </w:r>
      </w:hyperlink>
      <w:r>
        <w:t xml:space="preserve">- Paragraph 4: </w:t>
      </w:r>
      <w:hyperlink r:id="rId14">
        <w:r>
          <w:rPr>
            <w:color w:val="0000EE"/>
            <w:u w:val="single"/>
          </w:rPr>
          <w:t>[2]</w:t>
        </w:r>
      </w:hyperlink>
      <w:r>
        <w:t xml:space="preserve">, </w:t>
      </w:r>
      <w:hyperlink r:id="rId12">
        <w:r>
          <w:rPr>
            <w:color w:val="0000EE"/>
            <w:u w:val="single"/>
          </w:rPr>
          <w:t>[4]</w:t>
        </w:r>
      </w:hyperlink>
      <w:r>
        <w:t xml:space="preserve">- Paragraph 5: </w:t>
      </w:r>
      <w:hyperlink r:id="rId15">
        <w:r>
          <w:rPr>
            <w:color w:val="0000EE"/>
            <w:u w:val="single"/>
          </w:rPr>
          <w:t>[7]</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https://www.dutchnews.nl/2026/07/man-seriously-assaulted-after-amersfoort-pride/</w:t>
        </w:r>
      </w:hyperlink>
      <w:r>
        <w:t xml:space="preserve"> - Please view link - unable to able to access data</w:t>
      </w:r>
      <w:r/>
    </w:p>
    <w:p>
      <w:pPr>
        <w:pStyle w:val="ListNumber"/>
        <w:spacing w:line="240" w:lineRule="auto"/>
        <w:ind w:left="720"/>
      </w:pPr>
      <w:r/>
      <w:hyperlink r:id="rId14">
        <w:r>
          <w:rPr>
            <w:color w:val="0000EE"/>
            <w:u w:val="single"/>
          </w:rPr>
          <w:t>https://wnl.tv/2026/07/11/man-mishandeld-en-zwaargewond-achtergelaten-na-amersfoort-pride</w:t>
        </w:r>
      </w:hyperlink>
      <w:r>
        <w:t xml:space="preserve"> - A man was severely assaulted and left seriously injured on Heiligenbergerweg in Amersfoort after attending Amersfoort Pride. The incident occurred around 3 a.m. when the victim was cycling home. Police are investigating the attack and seeking witnesses. The victim was taken to the hospital, and the police are looking for information and camera footage from the area to assist in their investigation.</w:t>
      </w:r>
      <w:r/>
    </w:p>
    <w:p>
      <w:pPr>
        <w:pStyle w:val="ListNumber"/>
        <w:spacing w:line="240" w:lineRule="auto"/>
        <w:ind w:left="720"/>
      </w:pPr>
      <w:r/>
      <w:hyperlink r:id="rId11">
        <w:r>
          <w:rPr>
            <w:color w:val="0000EE"/>
            <w:u w:val="single"/>
          </w:rPr>
          <w:t>https://www.destadamersfoort.nl/112/misdaad/1293570/man-mishandeld-en-zwaargewond-achtergelaten-na-amersfoort-pride</w:t>
        </w:r>
      </w:hyperlink>
      <w:r>
        <w:t xml:space="preserve"> - A man was severely assaulted and left seriously injured on Heiligenbergerweg in Amersfoort after attending Amersfoort Pride. The incident occurred around 3 a.m. when the victim was cycling home. Police are investigating the attack and seeking witnesses. The victim was taken to the hospital, and the police are looking for information and camera footage from the area to assist in their investigation.</w:t>
      </w:r>
      <w:r/>
    </w:p>
    <w:p>
      <w:pPr>
        <w:pStyle w:val="ListNumber"/>
        <w:spacing w:line="240" w:lineRule="auto"/>
        <w:ind w:left="720"/>
      </w:pPr>
      <w:r/>
      <w:hyperlink r:id="rId12">
        <w:r>
          <w:rPr>
            <w:color w:val="0000EE"/>
            <w:u w:val="single"/>
          </w:rPr>
          <w:t>https://www.politie.nl/gezocht/getuigenoproep/2026/juli/03-mishandeling---heiligenbergerweg---amersfoort</w:t>
        </w:r>
      </w:hyperlink>
      <w:r>
        <w:t xml:space="preserve"> - In Amersfoort, a man was severely assaulted in the night from Friday, July 10, to Saturday, July 11. The man was cycling on Heiligenbergerweg towards Leusden. Police are investigating and are looking for witnesses and camera footage from the area. The incident occurred around 3 a.m., and the victim was taken to the hospital. The police are seeking information to assist in their investigation.</w:t>
      </w:r>
      <w:r/>
    </w:p>
    <w:p>
      <w:pPr>
        <w:pStyle w:val="ListNumber"/>
        <w:spacing w:line="240" w:lineRule="auto"/>
        <w:ind w:left="720"/>
      </w:pPr>
      <w:r/>
      <w:hyperlink r:id="rId10">
        <w:r>
          <w:rPr>
            <w:color w:val="0000EE"/>
            <w:u w:val="single"/>
          </w:rPr>
          <w:t>https://nltimes.nl/2026/07/12/man-severely-beaten-amersfoort-pride-police-probe-anti-lgbtq-motive</w:t>
        </w:r>
      </w:hyperlink>
      <w:r>
        <w:t xml:space="preserve"> - A man was severely beaten and left seriously injured after attending Amersfoort Pride. The victim said he was pulled from his bicycle on his way home and assaulted by several young men, who have not been found. Police are investigating whether the violence was related to the victim's LGBTQ+ identity. The man called police himself at about 3 a.m. after the attack. When officers arrived, they found him with serious injuries. He was taken to a hospital by ambulance. His current condition is unknown.</w:t>
      </w:r>
      <w:r/>
    </w:p>
    <w:p>
      <w:pPr>
        <w:pStyle w:val="ListNumber"/>
        <w:spacing w:line="240" w:lineRule="auto"/>
        <w:ind w:left="720"/>
      </w:pPr>
      <w:r/>
      <w:hyperlink r:id="rId13">
        <w:r>
          <w:rPr>
            <w:color w:val="0000EE"/>
            <w:u w:val="single"/>
          </w:rPr>
          <w:t>https://112nederland.nl/2026/07/11/man-wordt-mishandeld-na-bezoek-aan-pride-raakt-zwaargewond/</w:t>
        </w:r>
      </w:hyperlink>
      <w:r>
        <w:t xml:space="preserve"> - A man was severely assaulted and left seriously injured on Heiligenbergerweg in Amersfoort after attending Amersfoort Pride. The incident occurred around 3 a.m. when the victim was cycling home. Police are investigating the attack and seeking witnesses. The victim was taken to the hospital, and the police are looking for information and camera footage from the area to assist in their investigation.</w:t>
      </w:r>
      <w:r/>
    </w:p>
    <w:p>
      <w:pPr>
        <w:pStyle w:val="ListNumber"/>
        <w:spacing w:line="240" w:lineRule="auto"/>
        <w:ind w:left="720"/>
      </w:pPr>
      <w:r/>
      <w:hyperlink r:id="rId15">
        <w:r>
          <w:rPr>
            <w:color w:val="0000EE"/>
            <w:u w:val="single"/>
          </w:rPr>
          <w:t>https://www.tijdvooramersfoort.nl/en/events/festivals/amersfoort-pride</w:t>
        </w:r>
      </w:hyperlink>
      <w:r>
        <w:t xml:space="preserve"> - Amersfoort Pride is an annual event celebrating diversity and inclusion. The 2026 edition took place on Friday, July 10, featuring highlights such as the Pre-Pride at Jorisplein, the Pride Walk through the historic centre, and various Pride Parties throughout the city. The event aimed to celebrate the beauty of diversity, the complete rainbow family, and being oneself.</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utchnews.nl/2026/07/man-seriously-assaulted-after-amersfoort-pride/" TargetMode="External"/><Relationship Id="rId10" Type="http://schemas.openxmlformats.org/officeDocument/2006/relationships/hyperlink" Target="https://nltimes.nl/2026/07/12/man-severely-beaten-amersfoort-pride-police-probe-anti-lgbtq-motive" TargetMode="External"/><Relationship Id="rId11" Type="http://schemas.openxmlformats.org/officeDocument/2006/relationships/hyperlink" Target="https://www.destadamersfoort.nl/112/misdaad/1293570/man-mishandeld-en-zwaargewond-achtergelaten-na-amersfoort-pride" TargetMode="External"/><Relationship Id="rId12" Type="http://schemas.openxmlformats.org/officeDocument/2006/relationships/hyperlink" Target="https://www.politie.nl/gezocht/getuigenoproep/2026/juli/03-mishandeling---heiligenbergerweg---amersfoort" TargetMode="External"/><Relationship Id="rId13" Type="http://schemas.openxmlformats.org/officeDocument/2006/relationships/hyperlink" Target="https://112nederland.nl/2026/07/11/man-wordt-mishandeld-na-bezoek-aan-pride-raakt-zwaargewond/" TargetMode="External"/><Relationship Id="rId14" Type="http://schemas.openxmlformats.org/officeDocument/2006/relationships/hyperlink" Target="https://wnl.tv/2026/07/11/man-mishandeld-en-zwaargewond-achtergelaten-na-amersfoort-pride" TargetMode="External"/><Relationship Id="rId15" Type="http://schemas.openxmlformats.org/officeDocument/2006/relationships/hyperlink" Target="https://www.tijdvooramersfoort.nl/en/events/festivals/amersfoort-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