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Gonorrhoea Vaccine Study Fails — What That Means for Public-Health Claims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for new science are waking up: a high-profile trial of a meningococcal B vaccine repurposed to prevent gonorrhoea in gay and bisexual men has failed, raising questions about how regulators and studies are being used to promote other vaccines. This matters for trust, policy and people’s health choices.</w:t>
      </w:r>
      <w:r/>
    </w:p>
    <w:p>
      <w:r/>
      <w:r>
        <w:t>Essential takeaways</w:t>
      </w:r>
      <w:r/>
      <w:r/>
    </w:p>
    <w:p>
      <w:pPr>
        <w:pStyle w:val="ListBullet"/>
        <w:spacing w:line="240" w:lineRule="auto"/>
        <w:ind w:left="720"/>
      </w:pPr>
      <w:r/>
      <w:r>
        <w:rPr>
          <w:b/>
        </w:rPr>
        <w:t>Trial result:</w:t>
      </w:r>
      <w:r>
        <w:t xml:space="preserve"> A randomised trial in Australia found the meningococcal B vaccine did not reduce gonorrhoea infections in gay and bisexual men.</w:t>
      </w:r>
      <w:r/>
    </w:p>
    <w:p>
      <w:pPr>
        <w:pStyle w:val="ListBullet"/>
        <w:spacing w:line="240" w:lineRule="auto"/>
        <w:ind w:left="720"/>
      </w:pPr>
      <w:r/>
      <w:r>
        <w:rPr>
          <w:b/>
        </w:rPr>
        <w:t>Side-effect signal:</w:t>
      </w:r>
      <w:r>
        <w:t xml:space="preserve"> Some vaccine recipients reported serious adverse events, prompting closer safety review.</w:t>
      </w:r>
      <w:r/>
    </w:p>
    <w:p>
      <w:pPr>
        <w:pStyle w:val="ListBullet"/>
        <w:spacing w:line="240" w:lineRule="auto"/>
        <w:ind w:left="720"/>
      </w:pPr>
      <w:r/>
      <w:r>
        <w:rPr>
          <w:b/>
        </w:rPr>
        <w:t>Policy lag:</w:t>
      </w:r>
      <w:r>
        <w:t xml:space="preserve"> England has already been offering the vaccine widely; guidance has not immediately changed despite the new trial.</w:t>
      </w:r>
      <w:r/>
    </w:p>
    <w:p>
      <w:pPr>
        <w:pStyle w:val="ListBullet"/>
        <w:spacing w:line="240" w:lineRule="auto"/>
        <w:ind w:left="720"/>
      </w:pPr>
      <w:r/>
      <w:r>
        <w:rPr>
          <w:b/>
        </w:rPr>
        <w:t>Evidence caution:</w:t>
      </w:r>
      <w:r>
        <w:t xml:space="preserve"> Earlier observational studies suggested about 40% protection, but randomised data now challenge that finding.</w:t>
      </w:r>
      <w:r/>
    </w:p>
    <w:p>
      <w:pPr>
        <w:pStyle w:val="ListBullet"/>
        <w:spacing w:line="240" w:lineRule="auto"/>
        <w:ind w:left="720"/>
      </w:pPr>
      <w:r/>
      <w:r>
        <w:rPr>
          <w:b/>
        </w:rPr>
        <w:t>Broader implication:</w:t>
      </w:r>
      <w:r>
        <w:t xml:space="preserve"> The case highlights limits of observational studies and the importance of robust trials before broad public-health rollout.</w:t>
      </w:r>
      <w:r/>
      <w:r/>
    </w:p>
    <w:p>
      <w:pPr>
        <w:pStyle w:val="Heading2"/>
      </w:pPr>
      <w:r>
        <w:t>What the trial actually showed , and how it felt in the data</w:t>
      </w:r>
      <w:r/>
    </w:p>
    <w:p>
      <w:r/>
      <w:r>
        <w:t>The New England Journal of Medicine published the randomised clinical-trial results showing no significant reduction in gonorrhoea among men who received the meningococcal B vaccine. The headline result is stark: a hoped-for protective effect didn’t materialise in this controlled setting, and a handful of participants reported serious adverse events that will need explanation. Observational studies can smell promising , they’re quicker and cheaper , but a trial’s quiet numbers are often the clearest voice. According to UNSW and reporting in medical outlets, this trial directly contradicts earlier population studies that suggested partial protection.</w:t>
      </w:r>
      <w:r/>
    </w:p>
    <w:p>
      <w:pPr>
        <w:pStyle w:val="Heading2"/>
      </w:pPr>
      <w:r>
        <w:t>Why England’s programme looks awkward now</w:t>
      </w:r>
      <w:r/>
    </w:p>
    <w:p>
      <w:r/>
      <w:r>
        <w:t>England had already expanded use of the meningococcal B vaccine to groups at higher risk based on observational signals and modelling that suggested a “huge impact.” Public-health programmes move slowly, and guidance often balances imperfect evidence against potential benefit. But when a proper randomised trial turns up no effect, it places policymakers in a tough spot: retract recommendations and risk eroding confidence, or wait and risk continuing an ineffective practice. That tension is playing out now, with regulators reviewing data while services and clinicians watch closely.</w:t>
      </w:r>
      <w:r/>
    </w:p>
    <w:p>
      <w:pPr>
        <w:pStyle w:val="Heading2"/>
      </w:pPr>
      <w:r>
        <w:t>The observational-versus-randomised tension: a recurring story</w:t>
      </w:r>
      <w:r/>
    </w:p>
    <w:p>
      <w:r/>
      <w:r>
        <w:t>This isn’t just about one shot. Observational studies , which compare people who happened to be vaccinated with people who weren’t , can be biased by differences in behaviour, access to care, or sexual health screening. Randomised controlled trials remain the gold standard because they minimise those biases. Reuters-style reporting and specialist outlets have pointed out similar mismatches before; for instance, other prevention measures have shown weaker effects under trial conditions. The lesson is simple: early signals are useful for hypothesis generation, but policy ideally follows confirmatory trials.</w:t>
      </w:r>
      <w:r/>
    </w:p>
    <w:p>
      <w:pPr>
        <w:pStyle w:val="Heading2"/>
      </w:pPr>
      <w:r>
        <w:t>What this means for people at risk of gonorrhoea</w:t>
      </w:r>
      <w:r/>
    </w:p>
    <w:p>
      <w:r/>
      <w:r>
        <w:t>If you’re sexually active and concerned about gonorrhoea, this study changes the calculus. The meningococcal B vaccine should not be relied on as gonorrhoea protection based on the new trial evidence. Practical steps still matter: consistent condom use, regular sexual-health screening, and open conversations with clinicians about symptoms and partner notification are the best defences. For those already vaccinated through public programmes, there’s no cause for panic , vaccines have other indications , but you should discuss any post-vaccination symptoms with a healthcare professional.</w:t>
      </w:r>
      <w:r/>
    </w:p>
    <w:p>
      <w:pPr>
        <w:pStyle w:val="Heading2"/>
      </w:pPr>
      <w:r>
        <w:t>Wider public-health implications: trust, transparency and trials</w:t>
      </w:r>
      <w:r/>
    </w:p>
    <w:p>
      <w:r/>
      <w:r>
        <w:t>Health authorities must communicate clearly when evidence changes. With COVID and flu rollouts still fresh in the public mind, inconsistent messaging can fuel scepticism. The Australian trial’s publication underlines that authorities should explain why earlier studies looked promising and why a randomised trial tells a different story. It also suggests a sharper focus on running timely, well-powered trials when feasible, rather than scaling up interventions solely on observational signals. In short, transparency and humility will help maintain public trust.</w:t>
      </w:r>
      <w:r/>
    </w:p>
    <w:p>
      <w:r/>
      <w:r>
        <w:t>It's a small but important correction: policies and personal choices should follow the best available evidence, and when that evidence shifts, we ought to be told why.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2">
        <w:r>
          <w:rPr>
            <w:color w:val="0000EE"/>
            <w:u w:val="single"/>
          </w:rPr>
          <w:t>[4]</w:t>
        </w:r>
      </w:hyperlink>
      <w:r>
        <w:t xml:space="preserve">, </w:t>
      </w:r>
      <w:hyperlink r:id="rId13">
        <w:r>
          <w:rPr>
            <w:color w:val="0000EE"/>
            <w:u w:val="single"/>
          </w:rPr>
          <w:t>[5]</w:t>
        </w:r>
      </w:hyperlink>
      <w:r>
        <w:t xml:space="preserve">- Paragraph 4: </w:t>
      </w:r>
      <w:hyperlink r:id="rId14">
        <w:r>
          <w:rPr>
            <w:color w:val="0000EE"/>
            <w:u w:val="single"/>
          </w:rPr>
          <w:t>[6]</w:t>
        </w:r>
      </w:hyperlink>
      <w:r>
        <w:t xml:space="preserve">, </w:t>
      </w:r>
      <w:hyperlink r:id="rId13">
        <w:r>
          <w:rPr>
            <w:color w:val="0000EE"/>
            <w:u w:val="single"/>
          </w:rPr>
          <w:t>[5]</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https://instapundit.com/809565/</w:t>
        </w:r>
      </w:hyperlink>
      <w:r>
        <w:t xml:space="preserve"> - Please view link - unable to able to access data</w:t>
      </w:r>
      <w:r/>
    </w:p>
    <w:p>
      <w:pPr>
        <w:pStyle w:val="ListNumber"/>
        <w:spacing w:line="240" w:lineRule="auto"/>
        <w:ind w:left="720"/>
      </w:pPr>
      <w:r/>
      <w:hyperlink r:id="rId10">
        <w:r>
          <w:rPr>
            <w:color w:val="0000EE"/>
            <w:u w:val="single"/>
          </w:rPr>
          <w:t>https://www.nejm.org/doi/abs/10.1056/NEJMoa2516739</w:t>
        </w:r>
      </w:hyperlink>
      <w:r>
        <w:t xml:space="preserve"> - A recent study published in the New England Journal of Medicine investigated the efficacy of the meningococcal B vaccine (4CMenB) in preventing Neisseria gonorrhoeae infections among men who have sex with men (MSM). The randomized, double-blind, placebo-controlled trial found no significant difference in the incidence of gonorrhoea between the vaccine and placebo groups, indicating that 4CMenB does not reduce the risk of gonorrhoea in this population. The study highlights the need for alternative strategies to prevent gonorrhoea among MSM.</w:t>
      </w:r>
      <w:r/>
    </w:p>
    <w:p>
      <w:pPr>
        <w:pStyle w:val="ListNumber"/>
        <w:spacing w:line="240" w:lineRule="auto"/>
        <w:ind w:left="720"/>
      </w:pPr>
      <w:r/>
      <w:hyperlink r:id="rId11">
        <w:r>
          <w:rPr>
            <w:color w:val="0000EE"/>
            <w:u w:val="single"/>
          </w:rPr>
          <w:t>https://www.unsw.edu.au/newsroom/news/2026/02/meningococcal-b-vaccination-does-not-reduce-gonorrhoea-trial-shows</w:t>
        </w:r>
      </w:hyperlink>
      <w:r>
        <w:t xml:space="preserve"> - Researchers from Griffith University and UNSW Sydney conducted a large-scale randomised control trial to assess the effectiveness of the meningococcal B vaccine (4CMenB) in preventing gonorrhoea among gay and bisexual men. The trial concluded that the vaccine did not reduce the acquisition of gonorrhoea, contradicting previous observational studies that suggested a protective effect. The findings were presented at the Conference on Retroviruses and Opportunistic Infections in Denver, Colorado.</w:t>
      </w:r>
      <w:r/>
    </w:p>
    <w:p>
      <w:pPr>
        <w:pStyle w:val="ListNumber"/>
        <w:spacing w:line="240" w:lineRule="auto"/>
        <w:ind w:left="720"/>
      </w:pPr>
      <w:r/>
      <w:hyperlink r:id="rId12">
        <w:r>
          <w:rPr>
            <w:color w:val="0000EE"/>
            <w:u w:val="single"/>
          </w:rPr>
          <w:t>https://www.aidsmap.com/news/mar-2026/vaccine-fails-prevent-gonorrhoea-australian-study</w:t>
        </w:r>
      </w:hyperlink>
      <w:r>
        <w:t xml:space="preserve"> - An Australian study presented at the Conference on Retroviruses and Opportunistic Infections (CROI) 2026 found that the meningococcal B vaccine (4CMenB) was no more effective than a placebo in preventing gonorrhoea among gay and bisexual men. The study, led by Professor Kate Seib of Griffith University, involved a randomised control trial and revealed that the vaccine did not reduce the incidence of gonorrhoea in this population.</w:t>
      </w:r>
      <w:r/>
    </w:p>
    <w:p>
      <w:pPr>
        <w:pStyle w:val="ListNumber"/>
        <w:spacing w:line="240" w:lineRule="auto"/>
        <w:ind w:left="720"/>
      </w:pPr>
      <w:r/>
      <w:hyperlink r:id="rId13">
        <w:r>
          <w:rPr>
            <w:color w:val="0000EE"/>
            <w:u w:val="single"/>
          </w:rPr>
          <w:t>https://www.drugs.com/news/meningitis-vaccine-doesn-t-protect-gay-bisexual-men-gonorrhea-clinical-trial-concludes-129270.html</w:t>
        </w:r>
      </w:hyperlink>
      <w:r>
        <w:t xml:space="preserve"> - A clinical trial has concluded that the meningococcal B vaccine (4CMenB) does not protect against gonorrhoea among gay and bisexual men. The study, presented at the Conference on Retroviruses and Opportunistic Infections in Denver, found that the incidence of gonorrhoea was virtually the same between men who received the vaccine and those who received a placebo, indicating that the vaccine had no effect on preventing gonorrhoea.</w:t>
      </w:r>
      <w:r/>
    </w:p>
    <w:p>
      <w:pPr>
        <w:pStyle w:val="ListNumber"/>
        <w:spacing w:line="240" w:lineRule="auto"/>
        <w:ind w:left="720"/>
      </w:pPr>
      <w:r/>
      <w:hyperlink r:id="rId14">
        <w:r>
          <w:rPr>
            <w:color w:val="0000EE"/>
            <w:u w:val="single"/>
          </w:rPr>
          <w:t>https://www.cidrap.umn.edu/antimicrobial-stewardship/study-shows-doxypep-s-diminished-effectiveness-against-gonorrhea</w:t>
        </w:r>
      </w:hyperlink>
      <w:r>
        <w:t xml:space="preserve"> - A study published in July 2025 reported that the presence of the tetM gene, which confers high-level tetracycline resistance, in US gonorrhoea samples rose from less than 10% in 2020 to 30% in the first quarter of 2024. This increase in resistance has implications for the effectiveness of doxycycline post-exposure prophylaxis (doxyPEP) against gonorrhoea, as the presence of the tetM gene may diminish the drug's efficacy.</w:t>
      </w:r>
      <w:r/>
    </w:p>
    <w:p>
      <w:pPr>
        <w:pStyle w:val="ListNumber"/>
        <w:spacing w:line="240" w:lineRule="auto"/>
        <w:ind w:left="720"/>
      </w:pPr>
      <w:r/>
      <w:hyperlink r:id="rId15">
        <w:r>
          <w:rPr>
            <w:color w:val="0000EE"/>
            <w:u w:val="single"/>
          </w:rPr>
          <w:t>https://www.nejm.org/doi/abs/10.1056/NEJM197905103001903</w:t>
        </w:r>
      </w:hyperlink>
      <w:r>
        <w:t xml:space="preserve"> - A study published in 1979 in the New England Journal of Medicine evaluated the effectiveness of minocycline as a prophylactic treatment against gonorrhoea. The trial involved 1,080 men who were given 200 mg of oral minocycline or a placebo after sexual intercourse with prostitutes. The results showed that minocycline significantly reduced the incidence of gonococcal infection compared to the placebo group, indicating its effectiveness as a prophylactic agent against gonorrhoea.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apundit.com/809565/" TargetMode="External"/><Relationship Id="rId10" Type="http://schemas.openxmlformats.org/officeDocument/2006/relationships/hyperlink" Target="https://www.nejm.org/doi/abs/10.1056/NEJMoa2516739" TargetMode="External"/><Relationship Id="rId11" Type="http://schemas.openxmlformats.org/officeDocument/2006/relationships/hyperlink" Target="https://www.unsw.edu.au/newsroom/news/2026/02/meningococcal-b-vaccination-does-not-reduce-gonorrhoea-trial-shows" TargetMode="External"/><Relationship Id="rId12" Type="http://schemas.openxmlformats.org/officeDocument/2006/relationships/hyperlink" Target="https://www.aidsmap.com/news/mar-2026/vaccine-fails-prevent-gonorrhoea-australian-study" TargetMode="External"/><Relationship Id="rId13" Type="http://schemas.openxmlformats.org/officeDocument/2006/relationships/hyperlink" Target="https://www.drugs.com/news/meningitis-vaccine-doesn-t-protect-gay-bisexual-men-gonorrhea-clinical-trial-concludes-129270.html" TargetMode="External"/><Relationship Id="rId14" Type="http://schemas.openxmlformats.org/officeDocument/2006/relationships/hyperlink" Target="https://www.cidrap.umn.edu/antimicrobial-stewardship/study-shows-doxypep-s-diminished-effectiveness-against-gonorrhea" TargetMode="External"/><Relationship Id="rId15" Type="http://schemas.openxmlformats.org/officeDocument/2006/relationships/hyperlink" Target="https://www.nejm.org/doi/abs/10.1056/NEJM19790510300190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