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WorldPride Canal Parade Viewing: Rosewood Amsterdam’s Pride Party Deck</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Spot the boats in style: Rosewood Amsterdam is opening a Pride Party Deck on the Prinsengracht for WorldPride, offering front-row Canal Parade views, live DJs, signature cocktails and curated bites , a luxe, social way to celebrate with tickets from €275 including food and drinks.</w:t>
      </w:r>
      <w:r/>
    </w:p>
    <w:p>
      <w:r/>
      <w:r>
        <w:t>Essential Takeaways</w:t>
      </w:r>
      <w:r/>
      <w:r/>
    </w:p>
    <w:p>
      <w:pPr>
        <w:pStyle w:val="ListBullet"/>
        <w:spacing w:line="240" w:lineRule="auto"/>
        <w:ind w:left="720"/>
      </w:pPr>
      <w:r/>
      <w:r>
        <w:rPr>
          <w:b/>
        </w:rPr>
        <w:t>Prime location:</w:t>
      </w:r>
      <w:r>
        <w:t xml:space="preserve"> The deck sits directly on the Prinsengracht for an unobstructed Canal Parade experience.</w:t>
      </w:r>
      <w:r/>
    </w:p>
    <w:p>
      <w:pPr>
        <w:pStyle w:val="ListBullet"/>
        <w:spacing w:line="240" w:lineRule="auto"/>
        <w:ind w:left="720"/>
      </w:pPr>
      <w:r/>
      <w:r>
        <w:rPr>
          <w:b/>
        </w:rPr>
        <w:t>All-in ticketing:</w:t>
      </w:r>
      <w:r>
        <w:t xml:space="preserve"> Tickets from €275 per person cover food, drinks and entertainment for the day.</w:t>
      </w:r>
      <w:r/>
    </w:p>
    <w:p>
      <w:pPr>
        <w:pStyle w:val="ListBullet"/>
        <w:spacing w:line="240" w:lineRule="auto"/>
        <w:ind w:left="720"/>
      </w:pPr>
      <w:r/>
      <w:r>
        <w:rPr>
          <w:b/>
        </w:rPr>
        <w:t>Vibe and comfort:</w:t>
      </w:r>
      <w:r>
        <w:t xml:space="preserve"> Expect live DJs, signature cocktails and a curated culinary selection , lively, social and relaxed.</w:t>
      </w:r>
      <w:r/>
    </w:p>
    <w:p>
      <w:pPr>
        <w:pStyle w:val="ListBullet"/>
        <w:spacing w:line="240" w:lineRule="auto"/>
        <w:ind w:left="720"/>
      </w:pPr>
      <w:r/>
      <w:r>
        <w:rPr>
          <w:b/>
        </w:rPr>
        <w:t>Luxury stay option:</w:t>
      </w:r>
      <w:r>
        <w:t xml:space="preserve"> Rosewood’s suites and experiences make it easy to turn the party into an overnight celebration.</w:t>
      </w:r>
      <w:r/>
      <w:r/>
    </w:p>
    <w:p>
      <w:pPr>
        <w:pStyle w:val="Heading2"/>
      </w:pPr>
      <w:r>
        <w:t>Why Rosewood’s Pride Party Deck feels like the place to be</w:t>
      </w:r>
      <w:r/>
    </w:p>
    <w:p>
      <w:r/>
      <w:r>
        <w:t>If you want a spot that’s equal parts front-row theatre and plush hospitality, this is it. The deck overlooks the canal so you’re metres from the parade action, with the sensory thrill of music, cheers and confetti all around. Rosewood Amsterdam is playing into the moment with a polished guest experience that still feels celebratory and warm.</w:t>
      </w:r>
      <w:r/>
    </w:p>
    <w:p>
      <w:r/>
      <w:r>
        <w:t>Rosewood has been building out local experiences across its Amsterdam hotel, so this residency is a natural fit. The hotel is leaning into culture and connection for WorldPride rather than a one-off party, which matters if you’re after something a touch more curated than a street-side spot. If you care about comfort, shade and a sturdy table for your cocktail, this is worth the premium.</w:t>
      </w:r>
      <w:r/>
    </w:p>
    <w:p>
      <w:pPr>
        <w:pStyle w:val="Heading2"/>
      </w:pPr>
      <w:r>
        <w:t>What the ticket gets you , and what to expect on the day</w:t>
      </w:r>
      <w:r/>
    </w:p>
    <w:p>
      <w:r/>
      <w:r>
        <w:t>A ticket from €275 covers your space on the deck from around late morning into the afternoon, with food and drinks included and DJs keeping the tempo up. Think approachable, elevated snacks rather than a full-length tasting menu, plus signature drinks crafted for the event.</w:t>
      </w:r>
      <w:r/>
    </w:p>
    <w:p>
      <w:r/>
      <w:r>
        <w:t>If you’re comparing options, remember public riverside viewing is free but crowded; this is about trading elbow room for guaranteed views and service. Bring sunglasses, a light jacket for breeze off the canal, and an appetite for people-watching.</w:t>
      </w:r>
      <w:r/>
    </w:p>
    <w:p>
      <w:pPr>
        <w:pStyle w:val="Heading2"/>
      </w:pPr>
      <w:r>
        <w:t>How Rosewood ties WorldPride into its wider guest experience</w:t>
      </w:r>
      <w:r/>
    </w:p>
    <w:p>
      <w:r/>
      <w:r>
        <w:t>The hotel has been promoting WorldPride through curated experiences and offers across its website, so the deck is part of a broader programme rather than a standalone stunt. Rosewood’s suites and hospitality packages make it easy to combine daytime revelry with a comfortable stay and late-night debrief.</w:t>
      </w:r>
      <w:r/>
    </w:p>
    <w:p>
      <w:r/>
      <w:r>
        <w:t>If you’re travelling in with friends or making a weekend of it, booking a suite nearby gives you a private base and the bonus of hotel amenities , think quiet rooms, late checkout and a calm place to freshen up after the crowds. It’s a practical move if you value convenience and a touch of luxury.</w:t>
      </w:r>
      <w:r/>
    </w:p>
    <w:p>
      <w:pPr>
        <w:pStyle w:val="Heading2"/>
      </w:pPr>
      <w:r>
        <w:t>Who should consider booking , and who might skip it</w:t>
      </w:r>
      <w:r/>
    </w:p>
    <w:p>
      <w:r/>
      <w:r>
        <w:t>Book if you want guaranteed views, prefer a social but managed vibe, or want the comfort of food and drinks included. It’s ideal for groups, out-of-town visitors, or anyone who’d rather enjoy the parade without the crush.</w:t>
      </w:r>
      <w:r/>
    </w:p>
    <w:p>
      <w:r/>
      <w:r>
        <w:t>You might skip it if you’re comfortable nose-to-glass in the public throng, on a tight budget, or chasing the grassroots street energy rather than a VIP hospitality experience. Either way, the main Canal Parade route is a spectacle , online listings and the official WorldPride programme are handy for planning.</w:t>
      </w:r>
      <w:r/>
    </w:p>
    <w:p>
      <w:pPr>
        <w:pStyle w:val="Heading2"/>
      </w:pPr>
      <w:r>
        <w:t>Practical tips for a smoother WorldPride day</w:t>
      </w:r>
      <w:r/>
      <w:r/>
    </w:p>
    <w:p>
      <w:pPr>
        <w:pStyle w:val="ListBullet"/>
        <w:spacing w:line="240" w:lineRule="auto"/>
        <w:ind w:left="720"/>
      </w:pPr>
      <w:r/>
      <w:r>
        <w:t>Arrive early or on time to settle into your spot and catch the parade build-up.</w:t>
      </w:r>
      <w:r/>
    </w:p>
    <w:p>
      <w:pPr>
        <w:pStyle w:val="ListBullet"/>
        <w:spacing w:line="240" w:lineRule="auto"/>
        <w:ind w:left="720"/>
      </w:pPr>
      <w:r/>
      <w:r>
        <w:t>Dress in layers; canal breezes can be chilly even on sunny days.</w:t>
      </w:r>
      <w:r/>
    </w:p>
    <w:p>
      <w:pPr>
        <w:pStyle w:val="ListBullet"/>
        <w:spacing w:line="240" w:lineRule="auto"/>
        <w:ind w:left="720"/>
      </w:pPr>
      <w:r/>
      <w:r>
        <w:t>Check Rosewood’s events page and WorldPride listings for schedule changes and accessibility info.</w:t>
      </w:r>
      <w:r/>
    </w:p>
    <w:p>
      <w:pPr>
        <w:pStyle w:val="ListBullet"/>
        <w:spacing w:line="240" w:lineRule="auto"/>
        <w:ind w:left="720"/>
      </w:pPr>
      <w:r/>
      <w:r>
        <w:t>If staying overnight, book accommodation early , rooms and suites fill fast during WorldPride.</w:t>
      </w:r>
      <w:r/>
    </w:p>
    <w:p>
      <w:pPr>
        <w:pStyle w:val="ListBullet"/>
        <w:spacing w:line="240" w:lineRule="auto"/>
        <w:ind w:left="720"/>
      </w:pPr>
      <w:r/>
      <w:r>
        <w:t>Consider public transport or walking , canalside streets get busy and parking is limited.</w:t>
      </w:r>
      <w:r/>
      <w:r/>
    </w:p>
    <w:p>
      <w:r/>
      <w:r>
        <w:t>It’s a small upgrade that makes the Canal Parade a little more relaxing, and a lot more comfortable.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[7]</w:t>
        </w:r>
      </w:hyperlink>
      <w:r>
        <w:t xml:space="preserve">- Paragraph 3: </w:t>
      </w:r>
      <w:hyperlink r:id="rId13">
        <w:r>
          <w:rPr>
            <w:color w:val="0000EE"/>
            <w:u w:val="single"/>
          </w:rPr>
          <w:t>[3]</w:t>
        </w:r>
      </w:hyperlink>
      <w:r>
        <w:t xml:space="preserve">, </w:t>
      </w:r>
      <w:hyperlink r:id="rId11">
        <w:r>
          <w:rPr>
            <w:color w:val="0000EE"/>
            <w:u w:val="single"/>
          </w:rPr>
          <w:t>[4]</w:t>
        </w:r>
      </w:hyperlink>
      <w:r>
        <w:t xml:space="preserve">- Paragraph 4: </w:t>
      </w:r>
      <w:hyperlink r:id="rId10">
        <w:r>
          <w:rPr>
            <w:color w:val="0000EE"/>
            <w:u w:val="single"/>
          </w:rPr>
          <w:t>[2]</w:t>
        </w:r>
      </w:hyperlink>
      <w:r>
        <w:t xml:space="preserve">, </w:t>
      </w:r>
      <w:hyperlink r:id="rId14">
        <w:r>
          <w:rPr>
            <w:color w:val="0000EE"/>
            <w:u w:val="single"/>
          </w:rPr>
          <w:t>[6]</w:t>
        </w:r>
      </w:hyperlink>
      <w:r>
        <w:t xml:space="preserve">- Paragraph 5: </w:t>
      </w:r>
      <w:hyperlink r:id="rId15">
        <w:r>
          <w:rPr>
            <w:color w:val="0000EE"/>
            <w:u w:val="single"/>
          </w:rPr>
          <w:t>[5]</w:t>
        </w:r>
      </w:hyperlink>
      <w:r>
        <w:t xml:space="preserve">, </w:t>
      </w:r>
      <w:hyperlink r:id="rId13">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https://www.talkiesmagazine.nl/lifestyle/vier-worldpride-bij-rosewood-amsterdam/</w:t>
        </w:r>
      </w:hyperlink>
      <w:r>
        <w:t xml:space="preserve"> - Please view link - unable to able to access data</w:t>
      </w:r>
      <w:r/>
    </w:p>
    <w:p>
      <w:pPr>
        <w:pStyle w:val="ListNumber"/>
        <w:spacing w:line="240" w:lineRule="auto"/>
        <w:ind w:left="720"/>
      </w:pPr>
      <w:r/>
      <w:hyperlink r:id="rId10">
        <w:r>
          <w:rPr>
            <w:color w:val="0000EE"/>
            <w:u w:val="single"/>
          </w:rPr>
          <w:t>https://www.rosewoodhotels.com/en/amsterdam/experiences</w:t>
        </w:r>
      </w:hyperlink>
      <w:r>
        <w:t xml:space="preserve"> - Rosewood Amsterdam offers a variety of immersive experiences, including the 'Dance Like No One Is Watching' exhibition, which celebrates queer narratives through contemporary photography. This exhibition is on view from 4 July to 10 August 2026. Additionally, the hotel provides bespoke wellness treatments, dining options that highlight seasonal ingredients, and unique experiences like the Salon Boat Tour and Group Sound Bath. These offerings aim to provide guests with a comprehensive and enriching stay in Amsterdam.</w:t>
      </w:r>
      <w:r/>
    </w:p>
    <w:p>
      <w:pPr>
        <w:pStyle w:val="ListNumber"/>
        <w:spacing w:line="240" w:lineRule="auto"/>
        <w:ind w:left="720"/>
      </w:pPr>
      <w:r/>
      <w:hyperlink r:id="rId13">
        <w:r>
          <w:rPr>
            <w:color w:val="0000EE"/>
            <w:u w:val="single"/>
          </w:rPr>
          <w:t>https://www.rosewoodhotels.com/en/amsterdam/offers/worldpride-amsterdam</w:t>
        </w:r>
      </w:hyperlink>
      <w:r>
        <w:t xml:space="preserve"> - Rosewood Amsterdam presents the 'Worldpride Amsterdam' offer, allowing guests to experience celebration, culture, and canal-side luxury in the heart of Amsterdam. This package includes luxury accommodation, early check-in and late check-out (subject to availability), exclusive tickets to the Rosewood Amsterdam Pride Party Deck during the Canal Parade, a €100 hotel credit, complimentary Pride accessories, access to the 'Dance Like No One Is Watching' exhibition, and complimentary access to Asaya Spa and wellness facilities. Optional add-ons include private canal boat experiences and curated LGBTQI city guided walk tours.</w:t>
      </w:r>
      <w:r/>
    </w:p>
    <w:p>
      <w:pPr>
        <w:pStyle w:val="ListNumber"/>
        <w:spacing w:line="240" w:lineRule="auto"/>
        <w:ind w:left="720"/>
      </w:pPr>
      <w:r/>
      <w:hyperlink r:id="rId11">
        <w:r>
          <w:rPr>
            <w:color w:val="0000EE"/>
            <w:u w:val="single"/>
          </w:rPr>
          <w:t>https://worldpride.amsterdam/events/canal-parade/</w:t>
        </w:r>
      </w:hyperlink>
      <w:r>
        <w:t xml:space="preserve"> - The Canal Parade is a central event of WorldPride Amsterdam, celebrated annually on 1 August. Recognised as one of the '100 Best Festivals in the World,' the parade features a vibrant procession of boats along the city's canals. To manage the large crowds and ensure safety, the water area is designated as an event-only zone, accessible only with a Pride Vignet (permit). The route is divided into sections, and private individuals can purchase a vignet for boats up to 12 meters. The city implements measures to maintain cleanliness and order during the event.</w:t>
      </w:r>
      <w:r/>
    </w:p>
    <w:p>
      <w:pPr>
        <w:pStyle w:val="ListNumber"/>
        <w:spacing w:line="240" w:lineRule="auto"/>
        <w:ind w:left="720"/>
      </w:pPr>
      <w:r/>
      <w:hyperlink r:id="rId15">
        <w:r>
          <w:rPr>
            <w:color w:val="0000EE"/>
            <w:u w:val="single"/>
          </w:rPr>
          <w:t>https://pride.amsterdam/en/</w:t>
        </w:r>
      </w:hyperlink>
      <w:r>
        <w:t xml:space="preserve"> - Pride Amsterdam is a prominent LGBTQ+ celebration held annually in Amsterdam. The 2026 edition, scheduled from 25 July to 8 August, includes a variety of events such as the Canal Parade, UNITY Concert, Wedding Party XXL, Closing Concert, Pride Walk, and WorldPride Village. The Canal Parade, taking place on 1 August, will feature a WorldPride Stadium along the Prinsengracht, offering approximately 10,000 seats for spectators. The UNITY Concert on 4 August aims to resonate with love, freedom, and togetherness, attracting around 25,000 visitors.</w:t>
      </w:r>
      <w:r/>
    </w:p>
    <w:p>
      <w:pPr>
        <w:pStyle w:val="ListNumber"/>
        <w:spacing w:line="240" w:lineRule="auto"/>
        <w:ind w:left="720"/>
      </w:pPr>
      <w:r/>
      <w:hyperlink r:id="rId14">
        <w:r>
          <w:rPr>
            <w:color w:val="0000EE"/>
            <w:u w:val="single"/>
          </w:rPr>
          <w:t>https://www.rosewoodhotels.com/en/amsterdam/accommodation/suites</w:t>
        </w:r>
      </w:hyperlink>
      <w:r>
        <w:t xml:space="preserve"> - Rosewood Amsterdam offers a selection of luxury accommodations, including suites that provide a blend of contemporary luxury and historic charm. The hotel is located along the Prinsengracht, offering picturesque canal views. Guests can enjoy amenities such as bespoke wellness treatments, dining options that highlight seasonal ingredients, and unique experiences like the Salon Boat Tour and Group Sound Bath. The hotel's commitment to excellence is reflected in its offerings, aiming to provide a memorable stay in Amsterdam.</w:t>
      </w:r>
      <w:r/>
    </w:p>
    <w:p>
      <w:pPr>
        <w:pStyle w:val="ListNumber"/>
        <w:spacing w:line="240" w:lineRule="auto"/>
        <w:ind w:left="720"/>
      </w:pPr>
      <w:r/>
      <w:hyperlink r:id="rId12">
        <w:r>
          <w:rPr>
            <w:color w:val="0000EE"/>
            <w:u w:val="single"/>
          </w:rPr>
          <w:t>https://www.rosewoodhotels.com/en/amsterdam/experiences/standalone-landing-page</w:t>
        </w:r>
      </w:hyperlink>
      <w:r>
        <w:t xml:space="preserve"> - Rosewood Amsterdam's 'Dance Like No One Is Watching' exhibition, on view from 4 July to 10 August 2026, celebrates queer narratives through contemporary photography. This exhibition is part of the hotel's immersive experiences, which also include bespoke wellness treatments, dining options that highlight seasonal ingredients, and unique experiences like the Salon Boat Tour and Group Sound Bath. The hotel aims to provide guests with a comprehensive and enriching stay in Amsterdam, blending culture, connection, and contemporary luxury.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alkiesmagazine.nl/lifestyle/vier-worldpride-bij-rosewood-amsterdam/" TargetMode="External"/><Relationship Id="rId10" Type="http://schemas.openxmlformats.org/officeDocument/2006/relationships/hyperlink" Target="https://www.rosewoodhotels.com/en/amsterdam/experiences" TargetMode="External"/><Relationship Id="rId11" Type="http://schemas.openxmlformats.org/officeDocument/2006/relationships/hyperlink" Target="https://worldpride.amsterdam/events/canal-parade/" TargetMode="External"/><Relationship Id="rId12" Type="http://schemas.openxmlformats.org/officeDocument/2006/relationships/hyperlink" Target="https://www.rosewoodhotels.com/en/amsterdam/experiences/standalone-landing-page" TargetMode="External"/><Relationship Id="rId13" Type="http://schemas.openxmlformats.org/officeDocument/2006/relationships/hyperlink" Target="https://www.rosewoodhotels.com/en/amsterdam/offers/worldpride-amsterdam" TargetMode="External"/><Relationship Id="rId14" Type="http://schemas.openxmlformats.org/officeDocument/2006/relationships/hyperlink" Target="https://www.rosewoodhotels.com/en/amsterdam/accommodation/suites" TargetMode="External"/><Relationship Id="rId15" Type="http://schemas.openxmlformats.org/officeDocument/2006/relationships/hyperlink" Target="https://pride.amsterdam/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