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Celebrate Lesbian Aunts Day (and Why They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lesbian aunt in the wild? Celebrate them today. Lesbian Aunts Day on July 13 is a small, joyful chance to honour the quirky relatives who spice up family life, offer unexpected mentorship, and rewrite expectations about parenthood, creativity and what family can look like.</w:t>
      </w:r>
      <w:r/>
      <w:r/>
    </w:p>
    <w:p>
      <w:pPr>
        <w:pStyle w:val="ListBullet"/>
        <w:spacing w:line="240" w:lineRule="auto"/>
        <w:ind w:left="720"/>
      </w:pPr>
      <w:r/>
      <w:r>
        <w:rPr>
          <w:b/>
        </w:rPr>
        <w:t>What it is:</w:t>
      </w:r>
      <w:r>
        <w:t xml:space="preserve"> Lesbian Aunts Day spotlights the often-underseen role lesbian aunts play in family life, celebrated on July 13. </w:t>
      </w:r>
      <w:r/>
    </w:p>
    <w:p>
      <w:pPr>
        <w:pStyle w:val="ListBullet"/>
        <w:spacing w:line="240" w:lineRule="auto"/>
        <w:ind w:left="720"/>
      </w:pPr>
      <w:r/>
      <w:r>
        <w:rPr>
          <w:b/>
        </w:rPr>
        <w:t>Personality perks:</w:t>
      </w:r>
      <w:r>
        <w:t xml:space="preserve"> They tend to be delightfully unpredictable , thoughtful gift-givers, game-night instigators, and the relatives who bring interesting hobbies and stories. </w:t>
      </w:r>
      <w:r/>
    </w:p>
    <w:p>
      <w:pPr>
        <w:pStyle w:val="ListBullet"/>
        <w:spacing w:line="240" w:lineRule="auto"/>
        <w:ind w:left="720"/>
      </w:pPr>
      <w:r/>
      <w:r>
        <w:rPr>
          <w:b/>
        </w:rPr>
        <w:t>Cultural shout-outs:</w:t>
      </w:r>
      <w:r>
        <w:t xml:space="preserve"> Artists like Brandi Carlile have elevated the aunt–niece/ nephew relationship in song, showing how much those bonds can mean. </w:t>
      </w:r>
      <w:r/>
    </w:p>
    <w:p>
      <w:pPr>
        <w:pStyle w:val="ListBullet"/>
        <w:spacing w:line="240" w:lineRule="auto"/>
        <w:ind w:left="720"/>
      </w:pPr>
      <w:r/>
      <w:r>
        <w:rPr>
          <w:b/>
        </w:rPr>
        <w:t>Practical celebration tips:</w:t>
      </w:r>
      <w:r>
        <w:t xml:space="preserve"> Send cake pops, pick a shared playlist, book a day trip, or just call , small gestures that feel big.</w:t>
      </w:r>
      <w:r/>
      <w:r/>
    </w:p>
    <w:p>
      <w:pPr>
        <w:pStyle w:val="Heading2"/>
      </w:pPr>
      <w:r>
        <w:t>Why we need a day for lesbian aunts</w:t>
      </w:r>
      <w:r/>
    </w:p>
    <w:p>
      <w:r/>
      <w:r>
        <w:t>Lesbian Aunts Day gives a moment to recognise relatives who don’t fit tidy family scripts, and that matters. Many lesbian aunts live intentionally different lives , sometimes childfree, sometimes parents, often creatively engaged , and that variety expands what family can be. The vibe is less about duty and more about generosity: they show up on their terms and make gatherings livelier.</w:t>
      </w:r>
      <w:r/>
    </w:p>
    <w:p>
      <w:pPr>
        <w:pStyle w:val="Heading2"/>
      </w:pPr>
      <w:r>
        <w:t>The delightful roles they play at family events</w:t>
      </w:r>
      <w:r/>
    </w:p>
    <w:p>
      <w:r/>
      <w:r>
        <w:t>Think extra conversation, oddball trivia, and unexpected gifts. Lesbian aunts often become the ones who bring cake pops, set up Mario Kart tournaments or introduce kids to strange but brilliant YouTube experiments. Those small, playful interventions create memories and teach kids that relationships come in many flavours. If you’ve got one, expect the unusual present and the even odder story to go with it.</w:t>
      </w:r>
      <w:r/>
    </w:p>
    <w:p>
      <w:pPr>
        <w:pStyle w:val="Heading2"/>
      </w:pPr>
      <w:r>
        <w:t>When aunting looks like mentorship and creativity</w:t>
      </w:r>
      <w:r/>
    </w:p>
    <w:p>
      <w:r/>
      <w:r>
        <w:t>Lesbian aunts can be gentle mentors: sharing hobbies, music tastes, and life lessons without the weight of being a parent. They might teach a tricky friendship-bracelet knot, recommend a career move, or inspire a love of art or gaming. That kind of intermittent but rich connection often lets young people explore identities and interests with less pressure.</w:t>
      </w:r>
      <w:r/>
    </w:p>
    <w:p>
      <w:pPr>
        <w:pStyle w:val="Heading2"/>
      </w:pPr>
      <w:r>
        <w:t>Celebrate them without grand gestures</w:t>
      </w:r>
      <w:r/>
    </w:p>
    <w:p>
      <w:r/>
      <w:r>
        <w:t>You don’t need an elaborate plan to honour a lesbian aunt. A short video call, a handwritten note, or a playlist titled “Auntie Anthems” says a lot. If you want to go bigger, book a day trip, swap recipes, or organise a low-key family game night. The point is thoughtfulness , small, specific things that show you notice who they are.</w:t>
      </w:r>
      <w:r/>
    </w:p>
    <w:p>
      <w:pPr>
        <w:pStyle w:val="Heading2"/>
      </w:pPr>
      <w:r>
        <w:t>When culture amplifies the aunt relationship</w:t>
      </w:r>
      <w:r/>
    </w:p>
    <w:p>
      <w:r/>
      <w:r>
        <w:t>Songs, stories and public figures can lift these private bonds into the spotlight. Pop culture examples remind us that aunt–niece/ nephew relationships can be profound: they’re fodder for songs and tender celebrations, and they help normalise diverse family forms. It’s a gentle nudge that the affection you share is worth marking.</w:t>
      </w:r>
      <w:r/>
    </w:p>
    <w:p>
      <w:r/>
      <w:r>
        <w:t>It's a small tradition that makes family feel richer and less predictable , and that’s worth celebrating.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0">
        <w:r>
          <w:rPr>
            <w:color w:val="0000EE"/>
            <w:u w:val="single"/>
          </w:rPr>
          <w:t>[4]</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1">
        <w:r>
          <w:rPr>
            <w:color w:val="0000EE"/>
            <w:u w:val="single"/>
          </w:rPr>
          <w:t>[3]</w:t>
        </w:r>
      </w:hyperlink>
      <w:r>
        <w:t xml:space="preserve">- Paragraph 5: </w:t>
      </w:r>
      <w:hyperlink r:id="rId9">
        <w:r>
          <w:rPr>
            <w:color w:val="0000EE"/>
            <w:u w:val="single"/>
          </w:rPr>
          <w:t>[2]</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https://www.them.us/culture/community/lesbian-aunts-day-july-13</w:t>
        </w:r>
      </w:hyperlink>
      <w:r>
        <w:t xml:space="preserve"> - Please view link - unable to able to access data</w:t>
      </w:r>
      <w:r/>
    </w:p>
    <w:p>
      <w:pPr>
        <w:pStyle w:val="ListNumber"/>
        <w:spacing w:line="240" w:lineRule="auto"/>
        <w:ind w:left="720"/>
      </w:pPr>
      <w:r/>
      <w:hyperlink r:id="rId9">
        <w:r>
          <w:rPr>
            <w:color w:val="0000EE"/>
            <w:u w:val="single"/>
          </w:rPr>
          <w:t>https://www.them.us/culture/community/lesbian-aunts-day-july-13</w:t>
        </w:r>
      </w:hyperlink>
      <w:r>
        <w:t xml:space="preserve"> - An article celebrating Lesbian Aunts Day on July 13, highlighting the unique and cherished role lesbian aunts play in family dynamics. The author shares personal anecdotes, including a humorous exchange with her nephew about the nature of conversations in lesbian relationships. The piece emphasizes the spontaneity and individuality lesbian aunts bring to family gatherings, contrasting with more traditional family roles. It also touches upon the diverse contributions lesbian aunts make, from introducing new hobbies to fostering unique learning experiences, and concludes with a nod to Brandi Carlile's song 'Caroline,' written about her niece.</w:t>
      </w:r>
      <w:r/>
    </w:p>
    <w:p>
      <w:pPr>
        <w:pStyle w:val="ListNumber"/>
        <w:spacing w:line="240" w:lineRule="auto"/>
        <w:ind w:left="720"/>
      </w:pPr>
      <w:r/>
      <w:hyperlink r:id="rId11">
        <w:r>
          <w:rPr>
            <w:color w:val="0000EE"/>
            <w:u w:val="single"/>
          </w:rPr>
          <w:t>https://www.last.fm/music/Brandi+Carlile/_/Caroline</w:t>
        </w:r>
      </w:hyperlink>
      <w:r>
        <w:t xml:space="preserve"> - A Last.fm page detailing Brandi Carlile's song 'Caroline,' which features Elton John on piano and vocals. The song is noted for being written about Carlile's niece, Caroline, and is part of her 2009 album 'Give Up the Ghost.' The page provides information on the song's popularity, with over 18,000 listeners and 101,000 scrobbles, and includes user-generated content such as comments and tags related to the track.</w:t>
      </w:r>
      <w:r/>
    </w:p>
    <w:p>
      <w:pPr>
        <w:pStyle w:val="ListNumber"/>
        <w:spacing w:line="240" w:lineRule="auto"/>
        <w:ind w:left="720"/>
      </w:pPr>
      <w:r/>
      <w:hyperlink r:id="rId10">
        <w:r>
          <w:rPr>
            <w:color w:val="0000EE"/>
            <w:u w:val="single"/>
          </w:rPr>
          <w:t>https://www.rachelewatson.com/2015/06/brandi-carlile-captures-feeling-of.html</w:t>
        </w:r>
      </w:hyperlink>
      <w:r>
        <w:t xml:space="preserve"> - A blog post by Rachel E. Watson discussing Brandi Carlile's song 'Caroline.' Watson reflects on the song's significance after spending time with her niece, Emmy, and how Carlile's lyrics resonate with her own experiences as an aunt. The post highlights the emotional depth of the song and its ability to capture the unique bond between aunts and nieces, emphasizing the universal themes of love and connection.</w:t>
      </w:r>
      <w:r/>
    </w:p>
    <w:p>
      <w:pPr>
        <w:pStyle w:val="ListNumber"/>
        <w:spacing w:line="240" w:lineRule="auto"/>
        <w:ind w:left="720"/>
      </w:pPr>
      <w:r/>
      <w:hyperlink r:id="rId13">
        <w:r>
          <w:rPr>
            <w:color w:val="0000EE"/>
            <w:u w:val="single"/>
          </w:rPr>
          <w:t>https://musicnoteslib.com/tabs/Brandi_Carlile-Caroline-304707.html</w:t>
        </w:r>
      </w:hyperlink>
      <w:r>
        <w:t xml:space="preserve"> - A page providing the chords and tabs for Brandi Carlile's song 'Caroline.' The page includes a brief note stating that Carlile wrote the song for her niece, Caroline, and offers a capo 7 version of the song's chords, making it accessible for guitarists to play along.</w:t>
      </w:r>
      <w:r/>
    </w:p>
    <w:p>
      <w:pPr>
        <w:pStyle w:val="ListNumber"/>
        <w:spacing w:line="240" w:lineRule="auto"/>
        <w:ind w:left="720"/>
      </w:pPr>
      <w:r/>
      <w:hyperlink r:id="rId12">
        <w:r>
          <w:rPr>
            <w:color w:val="0000EE"/>
            <w:u w:val="single"/>
          </w:rPr>
          <w:t>https://music.apple.com/us/song/333372710</w:t>
        </w:r>
      </w:hyperlink>
      <w:r>
        <w:t xml:space="preserve"> - An Apple Music page for Brandi Carlile's song 'Caroline,' featuring Elton John. The page provides streaming access to the track, which is part of Carlile's 2009 album 'Give Up the Ghost.' The song is noted for its collaboration with Elton John and its personal inspiration, being written about Carlile's niece.</w:t>
      </w:r>
      <w:r/>
    </w:p>
    <w:p>
      <w:pPr>
        <w:pStyle w:val="ListNumber"/>
        <w:spacing w:line="240" w:lineRule="auto"/>
        <w:ind w:left="720"/>
      </w:pPr>
      <w:r/>
      <w:hyperlink r:id="rId14">
        <w:r>
          <w:rPr>
            <w:color w:val="0000EE"/>
            <w:u w:val="single"/>
          </w:rPr>
          <w:t>https://www.e-chords.com/chords/brandi-carlile/caroline</w:t>
        </w:r>
      </w:hyperlink>
      <w:r>
        <w:t xml:space="preserve"> - An E-Chords page offering guitar chords for Brandi Carlile's song 'Caroline.' The page includes a brief note stating that Carlile wrote the song for her niece, Caroline, and provides an easy version of the chords, making it suitable for guitarists of various skill levels.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m.us/culture/community/lesbian-aunts-day-july-13" TargetMode="External"/><Relationship Id="rId10" Type="http://schemas.openxmlformats.org/officeDocument/2006/relationships/hyperlink" Target="https://www.rachelewatson.com/2015/06/brandi-carlile-captures-feeling-of.html" TargetMode="External"/><Relationship Id="rId11" Type="http://schemas.openxmlformats.org/officeDocument/2006/relationships/hyperlink" Target="https://www.last.fm/music/Brandi+Carlile/_/Caroline" TargetMode="External"/><Relationship Id="rId12" Type="http://schemas.openxmlformats.org/officeDocument/2006/relationships/hyperlink" Target="https://music.apple.com/us/song/333372710" TargetMode="External"/><Relationship Id="rId13" Type="http://schemas.openxmlformats.org/officeDocument/2006/relationships/hyperlink" Target="https://musicnoteslib.com/tabs/Brandi_Carlile-Caroline-304707.html" TargetMode="External"/><Relationship Id="rId14" Type="http://schemas.openxmlformats.org/officeDocument/2006/relationships/hyperlink" Target="https://www.e-chords.com/chords/brandi-carlile/caroli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