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reality TV can lift queer visibility: lessons from I Kissed A Girl’s Sophie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tuning into a new kind of summer TV: I Kissed A Girl has become a cultural moment, and newcomer Sophie’s short but striking stint at Dannii Minogue’s Masseria shows why representation on-screen still matters , especially for people discovering themselves and craving queer friendship on mainstream telly.</w:t>
      </w:r>
      <w:r/>
    </w:p>
    <w:p>
      <w:r/>
      <w:r>
        <w:t>Essential Takeaways</w:t>
      </w:r>
      <w:r/>
      <w:r/>
    </w:p>
    <w:p>
      <w:pPr>
        <w:pStyle w:val="ListBullet"/>
        <w:spacing w:line="240" w:lineRule="auto"/>
        <w:ind w:left="720"/>
      </w:pPr>
      <w:r/>
      <w:r>
        <w:rPr>
          <w:b/>
        </w:rPr>
        <w:t>New arrival impact:</w:t>
      </w:r>
      <w:r>
        <w:t xml:space="preserve"> Sophie’s late entry brought fresh chemistry and humour to the Masseria, leaving viewers wanting more.</w:t>
      </w:r>
      <w:r/>
    </w:p>
    <w:p>
      <w:pPr>
        <w:pStyle w:val="ListBullet"/>
        <w:spacing w:line="240" w:lineRule="auto"/>
        <w:ind w:left="720"/>
      </w:pPr>
      <w:r/>
      <w:r>
        <w:rPr>
          <w:b/>
        </w:rPr>
        <w:t>Representation matters:</w:t>
      </w:r>
      <w:r>
        <w:t xml:space="preserve"> The show normalises queer lives for audiences who lack local queer circles, offering visible, relatable experiences.</w:t>
      </w:r>
      <w:r/>
    </w:p>
    <w:p>
      <w:pPr>
        <w:pStyle w:val="ListBullet"/>
        <w:spacing w:line="240" w:lineRule="auto"/>
        <w:ind w:left="720"/>
      </w:pPr>
      <w:r/>
      <w:r>
        <w:rPr>
          <w:b/>
        </w:rPr>
        <w:t>Comfort and attraction:</w:t>
      </w:r>
      <w:r>
        <w:t xml:space="preserve"> Sophie realised she needs emotional comfort to warm up romantically , a useful insight for viewers navigating their own dating.</w:t>
      </w:r>
      <w:r/>
    </w:p>
    <w:p>
      <w:pPr>
        <w:pStyle w:val="ListBullet"/>
        <w:spacing w:line="240" w:lineRule="auto"/>
        <w:ind w:left="720"/>
      </w:pPr>
      <w:r/>
      <w:r>
        <w:rPr>
          <w:b/>
        </w:rPr>
        <w:t>Community affirmation:</w:t>
      </w:r>
      <w:r>
        <w:t xml:space="preserve"> Walking in Pride after the show felt deeply affirming, tying televised visibility to real-world belonging.</w:t>
      </w:r>
      <w:r/>
    </w:p>
    <w:p>
      <w:pPr>
        <w:pStyle w:val="ListBullet"/>
        <w:spacing w:line="240" w:lineRule="auto"/>
        <w:ind w:left="720"/>
      </w:pPr>
      <w:r/>
      <w:r>
        <w:rPr>
          <w:b/>
        </w:rPr>
        <w:t>Queer platonic love:</w:t>
      </w:r>
      <w:r>
        <w:t xml:space="preserve"> Sophie highlights how platonic queer friendships form the roots of emotional wellbeing and identity.</w:t>
      </w:r>
      <w:r/>
      <w:r/>
    </w:p>
    <w:p>
      <w:pPr>
        <w:pStyle w:val="Heading2"/>
      </w:pPr>
      <w:r>
        <w:t>Why Sophie’s brief Masseria moment resonated</w:t>
      </w:r>
      <w:r/>
    </w:p>
    <w:p>
      <w:r/>
      <w:r>
        <w:t>Sophie’s time on I Kissed A Girl was short, but it landed with a warm, laugh-out-loud sincerity that fans noticed immediately. She brought an easygoing energy and a candid way of talking about identity that felt familiar to people who came out later in life. Viewers on TikTok and fan forums picked up on that instant relatability, turning a cameo into a conversation starter about what representation can do.</w:t>
      </w:r>
      <w:r/>
    </w:p>
    <w:p>
      <w:r/>
      <w:r>
        <w:t>The wider context is that the show itself was designed to spotlight queer dating and friendship in a celebratory format. According to coverage in outlets like The Guardian and PinkNews, I Kissed A Girl has sparked debate while also giving space to stories we rarely see on mainstream channels. For Sophie, appearing felt like a chance to give something back to people who might be looking for themselves on screen.</w:t>
      </w:r>
      <w:r/>
    </w:p>
    <w:p>
      <w:pPr>
        <w:pStyle w:val="Heading2"/>
      </w:pPr>
      <w:r>
        <w:t>Representation that reaches places a local scene can’t</w:t>
      </w:r>
      <w:r/>
    </w:p>
    <w:p>
      <w:r/>
      <w:r>
        <w:t>Not everyone has a ready-made queer circle, and television can act as a lifeline for those people. Sophie pointed out that seeing queer lives normalised on TV made her own coming-out feel lighter, and that’s exactly the sort of cultural effect critics and culture writers have been tracking. Shows like this extend a sense of possibility , you can see friendships, rituals and romance modelled for you even if you live somewhere isolated.</w:t>
      </w:r>
      <w:r/>
    </w:p>
    <w:p>
      <w:r/>
      <w:r>
        <w:t>If you’re thinking about why this matters: imagine the small but cumulative relief of recognising your feelings in a character or contestant. That’s the practical power of representation , less shame, more curiosity, and sometimes the confidence to reach out to other people.</w:t>
      </w:r>
      <w:r/>
    </w:p>
    <w:p>
      <w:pPr>
        <w:pStyle w:val="Heading2"/>
      </w:pPr>
      <w:r>
        <w:t>What Sophie learned about attraction and comfort</w:t>
      </w:r>
      <w:r/>
    </w:p>
    <w:p>
      <w:r/>
      <w:r>
        <w:t>One of the more thoughtful takeaways from Sophie’s interview was how the Masseria experience clarified her needs in attraction: comfort matters. The show’s crank-up-the-heat environment can be thrilling, but it also pressures contestants to perform quickly. For viewers, Sophie’s honesty is useful , if you find yourself shutting down in intense dating situations, you’re not unusual, and it’s okay to favour slow-burn closeness.</w:t>
      </w:r>
      <w:r/>
    </w:p>
    <w:p>
      <w:r/>
      <w:r>
        <w:t>Practical tip: if you date in high-pressure settings or on TV, set small boundaries to give yourself space to warm up. Ask for walk-and-talk moments, coffee dates, or casual hangouts before diving into emotional confessions.</w:t>
      </w:r>
      <w:r/>
    </w:p>
    <w:p>
      <w:pPr>
        <w:pStyle w:val="Heading2"/>
      </w:pPr>
      <w:r>
        <w:t>Queer platonic friendships: the underrated form of love</w:t>
      </w:r>
      <w:r/>
    </w:p>
    <w:p>
      <w:r/>
      <w:r>
        <w:t>Sophie spoke warmly about queer platonic friendships, calling them foundational to how she loves and shows up. This is a theme critics have flagged as underrepresented on-screen: we see romantic arcs, but we rarely see the depth of non-romantic queer bonds. That omission matters because those friendships often sustain identity, celebration and emotional labour in queer lives.</w:t>
      </w:r>
      <w:r/>
    </w:p>
    <w:p>
      <w:r/>
      <w:r>
        <w:t>For makers of culture, that’s an invitation to broaden storytelling. For audiences, it’s permission to value the friends who keep you steady. And for anyone thinking about representation, it’s a reminder that love doesn’t only mean romance.</w:t>
      </w:r>
      <w:r/>
    </w:p>
    <w:p>
      <w:pPr>
        <w:pStyle w:val="Heading2"/>
      </w:pPr>
      <w:r>
        <w:t>What comes next for the show and its community impact</w:t>
      </w:r>
      <w:r/>
    </w:p>
    <w:p>
      <w:r/>
      <w:r>
        <w:t>I Kissed A Girl has already prompted column inches and conversation, from praise for its warmth to critiques about format and longevity. Publications like Dazed and The Guardian have debated whether the show will become a lasting template or a flash in the pan. But Sophie’s own arc , coming in late, making a mark, and celebrating Pride afterwards , suggests the show’s true success is in the small, human moments it broadcasts.</w:t>
      </w:r>
      <w:r/>
    </w:p>
    <w:p>
      <w:r/>
      <w:r>
        <w:t>If you watched the final episodes on BBC iPlayer or caught the Pride coverage, Sophie’s story ties the dots between televised representation and on-the-ground community. It’s not just entertainment; it’s affirmation for people finding their people.</w:t>
      </w:r>
      <w:r/>
    </w:p>
    <w:p>
      <w:r/>
      <w:r>
        <w:t>It's a small change that can make every arrival feel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https://diva-magazine.com/2026/07/13/meet-i-kissed-a-girls-sophie/?utm_source=rss&amp;utm_medium=rss&amp;utm_campaign=meet-i-kissed-a-girls-sophie</w:t>
        </w:r>
      </w:hyperlink>
      <w:r>
        <w:t xml:space="preserve"> - Please view link - unable to able to access data</w:t>
      </w:r>
      <w:r/>
    </w:p>
    <w:p>
      <w:pPr>
        <w:pStyle w:val="ListNumber"/>
        <w:spacing w:line="240" w:lineRule="auto"/>
        <w:ind w:left="720"/>
      </w:pPr>
      <w:r/>
      <w:hyperlink r:id="rId10">
        <w:r>
          <w:rPr>
            <w:color w:val="0000EE"/>
            <w:u w:val="single"/>
          </w:rPr>
          <w:t>https://www.theguardian.com/tv-and-radio/2026/jun/23/i-kissed-a-girl-review-cancelled-gay-dating-show-bbc-three-iplayer</w:t>
        </w:r>
      </w:hyperlink>
      <w:r>
        <w:t xml:space="preserve"> - This article reviews the second series of 'I Kissed a Girl,' a queer dating show on BBC Three. It praises the cast and the show's importance for young queer viewers, highlighting its cancellation despite positive reception. The review discusses the show's impact on representation and its significance in the LGBTQIA+ community.</w:t>
      </w:r>
      <w:r/>
    </w:p>
    <w:p>
      <w:pPr>
        <w:pStyle w:val="ListNumber"/>
        <w:spacing w:line="240" w:lineRule="auto"/>
        <w:ind w:left="720"/>
      </w:pPr>
      <w:r/>
      <w:hyperlink r:id="rId12">
        <w:r>
          <w:rPr>
            <w:color w:val="0000EE"/>
            <w:u w:val="single"/>
          </w:rPr>
          <w:t>https://www.theguardian.com/tv-and-radio/article/2024/may/05/i-kissed-a-girl-review-the-sweetest-most-touching-reality-tv-in-a-long-time</w:t>
        </w:r>
      </w:hyperlink>
      <w:r>
        <w:t xml:space="preserve"> - A review of the first series of 'I Kissed a Girl,' a queer dating show on BBC Three. The article commends the show's authenticity and its focus on queer women's experiences, noting its departure from typical dating show formats. It highlights the show's positive reception and its role in representing queer relationships.</w:t>
      </w:r>
      <w:r/>
    </w:p>
    <w:p>
      <w:pPr>
        <w:pStyle w:val="ListNumber"/>
        <w:spacing w:line="240" w:lineRule="auto"/>
        <w:ind w:left="720"/>
      </w:pPr>
      <w:r/>
      <w:hyperlink r:id="rId11">
        <w:r>
          <w:rPr>
            <w:color w:val="0000EE"/>
            <w:u w:val="single"/>
          </w:rPr>
          <w:t>https://www.marieclaire.com/culture/tv-shows/i-kissed-a-girl-how-to-watch/</w:t>
        </w:r>
      </w:hyperlink>
      <w:r>
        <w:t xml:space="preserve"> - This article provides information on how to watch 'I Kissed a Girl,' a sapphic dating show on BBC Three. It details the show's premise, casting, and its significance in LGBTQIA+ representation. The piece also discusses the show's availability on BBC iPlayer and its impact on queer media.</w:t>
      </w:r>
      <w:r/>
    </w:p>
    <w:p>
      <w:pPr>
        <w:pStyle w:val="ListNumber"/>
        <w:spacing w:line="240" w:lineRule="auto"/>
        <w:ind w:left="720"/>
      </w:pPr>
      <w:r/>
      <w:hyperlink r:id="rId13">
        <w:r>
          <w:rPr>
            <w:color w:val="0000EE"/>
            <w:u w:val="single"/>
          </w:rPr>
          <w:t>https://www.thepinknews.com/2026/02/16/i-kissed-a-girl-bbc-dannii-minogue-charley-marlowe/</w:t>
        </w:r>
      </w:hyperlink>
      <w:r>
        <w:t xml:space="preserve"> - An announcement about the return of 'I Kissed a Girl' for its second season. The article discusses the show's premise, casting, and the involvement of Dannii Minogue and Charley Marlowe. It highlights the show's significance in LGBTQIA+ representation and its impact on queer media.</w:t>
      </w:r>
      <w:r/>
    </w:p>
    <w:p>
      <w:pPr>
        <w:pStyle w:val="ListNumber"/>
        <w:spacing w:line="240" w:lineRule="auto"/>
        <w:ind w:left="720"/>
      </w:pPr>
      <w:r/>
      <w:hyperlink r:id="rId14">
        <w:r>
          <w:rPr>
            <w:color w:val="0000EE"/>
            <w:u w:val="single"/>
          </w:rPr>
          <w:t>https://www.dazeddigital.com/film-tv/article/70578/1/bbc-i-kissed-a-girl-to-the-lesbian-tv-graveyard-queer-representation</w:t>
        </w:r>
      </w:hyperlink>
      <w:r>
        <w:t xml:space="preserve"> - An opinion piece discussing the cancellation of 'I Kissed a Girl,' a queer dating show on BBC Three. The article critiques the show's cancellation despite positive reception and strong viewing figures, highlighting the challenges faced by lesbian representation on television.</w:t>
      </w:r>
      <w:r/>
    </w:p>
    <w:p>
      <w:pPr>
        <w:pStyle w:val="ListNumber"/>
        <w:spacing w:line="240" w:lineRule="auto"/>
        <w:ind w:left="720"/>
      </w:pPr>
      <w:r/>
      <w:hyperlink r:id="rId15">
        <w:r>
          <w:rPr>
            <w:color w:val="0000EE"/>
            <w:u w:val="single"/>
          </w:rPr>
          <w:t>https://www.thepinknews.com/2026/07/02/exclusive-bbc-i-kissed-a-girl-season-2-elisha-kayleigh-pippa/</w:t>
        </w:r>
      </w:hyperlink>
      <w:r>
        <w:t xml:space="preserve"> - An interview with cast members from 'I Kissed a Girl' season two. The article discusses themes of 'lesbian chaos,' non-binary representation, and the experiences of the cast. It provides insights into the show's impact on queer representation and its reception.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iva-magazine.com/2026/07/13/meet-i-kissed-a-girls-sophie/?utm_source=rss&amp;utm_medium=rss&amp;utm_campaign=meet-i-kissed-a-girls-sophie" TargetMode="External"/><Relationship Id="rId10" Type="http://schemas.openxmlformats.org/officeDocument/2006/relationships/hyperlink" Target="https://www.theguardian.com/tv-and-radio/2026/jun/23/i-kissed-a-girl-review-cancelled-gay-dating-show-bbc-three-iplayer" TargetMode="External"/><Relationship Id="rId11" Type="http://schemas.openxmlformats.org/officeDocument/2006/relationships/hyperlink" Target="https://www.marieclaire.com/culture/tv-shows/i-kissed-a-girl-how-to-watch/" TargetMode="External"/><Relationship Id="rId12" Type="http://schemas.openxmlformats.org/officeDocument/2006/relationships/hyperlink" Target="https://www.theguardian.com/tv-and-radio/article/2024/may/05/i-kissed-a-girl-review-the-sweetest-most-touching-reality-tv-in-a-long-time" TargetMode="External"/><Relationship Id="rId13" Type="http://schemas.openxmlformats.org/officeDocument/2006/relationships/hyperlink" Target="https://www.thepinknews.com/2026/02/16/i-kissed-a-girl-bbc-dannii-minogue-charley-marlowe/" TargetMode="External"/><Relationship Id="rId14" Type="http://schemas.openxmlformats.org/officeDocument/2006/relationships/hyperlink" Target="https://www.dazeddigital.com/film-tv/article/70578/1/bbc-i-kissed-a-girl-to-the-lesbian-tv-graveyard-queer-representation" TargetMode="External"/><Relationship Id="rId15" Type="http://schemas.openxmlformats.org/officeDocument/2006/relationships/hyperlink" Target="https://www.thepinknews.com/2026/07/02/exclusive-bbc-i-kissed-a-girl-season-2-elisha-kayleigh-pipp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