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 to Preserve Dallas LGBTQ+ Nightlife: Bring Your Photos July 23</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Dig through your drawers and dust off those photo albums , Dallas organisations are collecting photos, clippings and memorabilia on Thursday, July 23 so local nightlife memories can be scanned and preserved for a public exhibition this fall. It’s a simple act that keeps queer history vivid and visible.</w:t>
      </w:r>
      <w:r/>
    </w:p>
    <w:p>
      <w:r/>
      <w:r>
        <w:t>Essential Takeaways</w:t>
      </w:r>
      <w:r/>
      <w:r/>
    </w:p>
    <w:p>
      <w:pPr>
        <w:pStyle w:val="ListBullet"/>
        <w:spacing w:line="240" w:lineRule="auto"/>
        <w:ind w:left="720"/>
      </w:pPr>
      <w:r/>
      <w:r>
        <w:rPr>
          <w:b/>
        </w:rPr>
        <w:t>What’s happening:</w:t>
      </w:r>
      <w:r>
        <w:t xml:space="preserve"> Local groups are hosting a photo and memorabilia scanning day at Resource Center on July 23, open to the public.</w:t>
      </w:r>
      <w:r/>
    </w:p>
    <w:p>
      <w:pPr>
        <w:pStyle w:val="ListBullet"/>
        <w:spacing w:line="240" w:lineRule="auto"/>
        <w:ind w:left="720"/>
      </w:pPr>
      <w:r/>
      <w:r>
        <w:rPr>
          <w:b/>
        </w:rPr>
        <w:t>Who’s involved:</w:t>
      </w:r>
      <w:r>
        <w:t xml:space="preserve"> Badge of Pride, The Dallas Way, Dallas Social Queer Organization (DSQO) and Coalition for Aging LGBT are partnering on the project.</w:t>
      </w:r>
      <w:r/>
    </w:p>
    <w:p>
      <w:pPr>
        <w:pStyle w:val="ListBullet"/>
        <w:spacing w:line="240" w:lineRule="auto"/>
        <w:ind w:left="720"/>
      </w:pPr>
      <w:r/>
      <w:r>
        <w:rPr>
          <w:b/>
        </w:rPr>
        <w:t>Why it matters:</w:t>
      </w:r>
      <w:r>
        <w:t xml:space="preserve"> Scans will become part of a Portal to Texas History exhibition and digital archive, preserving decades of LGBTQ+ nightlife.</w:t>
      </w:r>
      <w:r/>
    </w:p>
    <w:p>
      <w:pPr>
        <w:pStyle w:val="ListBullet"/>
        <w:spacing w:line="240" w:lineRule="auto"/>
        <w:ind w:left="720"/>
      </w:pPr>
      <w:r/>
      <w:r>
        <w:rPr>
          <w:b/>
        </w:rPr>
        <w:t>Event vibe:</w:t>
      </w:r>
      <w:r>
        <w:t xml:space="preserve"> Live entertainment during scanning, a friendly, low-pressure atmosphere, and plenty of time to find and bring memories.</w:t>
      </w:r>
      <w:r/>
    </w:p>
    <w:p>
      <w:pPr>
        <w:pStyle w:val="ListBullet"/>
        <w:spacing w:line="240" w:lineRule="auto"/>
        <w:ind w:left="720"/>
      </w:pPr>
      <w:r/>
      <w:r>
        <w:rPr>
          <w:b/>
        </w:rPr>
        <w:t>Practical tip:</w:t>
      </w:r>
      <w:r>
        <w:t xml:space="preserve"> Bring originals you’re happy to be scanned; organisers will handle digital copies for the archive and public exhibit.</w:t>
      </w:r>
      <w:r/>
      <w:r/>
    </w:p>
    <w:p>
      <w:pPr>
        <w:pStyle w:val="Heading2"/>
      </w:pPr>
      <w:r>
        <w:t>A simple invite that could change how Dallas remembers its nights</w:t>
      </w:r>
      <w:r/>
    </w:p>
    <w:p>
      <w:r/>
      <w:r>
        <w:t>This isn’t a stodgy archive drive , it’s a party with a purpose, where photo albums, flyers and faded club napkins get a new life. Organisers hope the community will show up with boxes and shoeboxes of ephemera so cameras and scanners can capture the worn edges and handwritten notes that tell personal stories. According to local event listings, the scanning day is part of a series called The Way We Were.</w:t>
      </w:r>
      <w:r/>
    </w:p>
    <w:p>
      <w:pPr>
        <w:pStyle w:val="Heading2"/>
      </w:pPr>
      <w:r>
        <w:t>How the project fits into a bigger push to preserve queer spaces</w:t>
      </w:r>
      <w:r/>
    </w:p>
    <w:p>
      <w:r/>
      <w:r>
        <w:t>Groups including Badge of Pride and The Dallas Way have been working on documenting LGBTQ+ nightlife because, historically, bars and clubs have been vital social centres yet poorly recorded. KERA News and other outlets have reported growing interest in preserving these histories as venues close or change. This initiative plugs personal memories into a public archive so future researchers and visitors can see how nightlife shaped the community.</w:t>
      </w:r>
      <w:r/>
    </w:p>
    <w:p>
      <w:pPr>
        <w:pStyle w:val="Heading2"/>
      </w:pPr>
      <w:r>
        <w:t>What to bring , and how to choose what matters</w:t>
      </w:r>
      <w:r/>
    </w:p>
    <w:p>
      <w:r/>
      <w:r>
        <w:t>Bring photographs, newspaper clippings, flyers, wristbands, photo-booth strips and any small memorabilia with a story. Originals will be scanned for the Portal to Texas History exhibition; if you’re worried about losing an item, ask staff about handling and return procedures. It’s a good idea to label items with names, dates and context so your memory has a voice alongside the image.</w:t>
      </w:r>
      <w:r/>
    </w:p>
    <w:p>
      <w:pPr>
        <w:pStyle w:val="Heading2"/>
      </w:pPr>
      <w:r>
        <w:t>The night itself: entertainment, scanning and conversation</w:t>
      </w:r>
      <w:r/>
    </w:p>
    <w:p>
      <w:r/>
      <w:r>
        <w:t>Expect a festive atmosphere: entertainers will perform while volunteers digitise materials, making the process feel like a communal archive party. Organisers recommend arriving early and bringing duplicates where possible. For older participants, Coalition for Aging LGBT involvement signals a thoughtful approach to handling fragile items and collecting oral histories alongside the visuals.</w:t>
      </w:r>
      <w:r/>
    </w:p>
    <w:p>
      <w:pPr>
        <w:pStyle w:val="Heading2"/>
      </w:pPr>
      <w:r>
        <w:t>Why this matters beyond nostalgia</w:t>
      </w:r>
      <w:r/>
    </w:p>
    <w:p>
      <w:r/>
      <w:r>
        <w:t>Photographs do more than trigger memories; they document who belonged, where people gathered, and how queer culture in Dallas evolved. Exhibitions like the Portal to Texas History lend visibility and legitimacy to community narratives that often sit outside mainstream archives. By contributing, you help create a resource that scholars, activists and curious neighbours will use for years to come.</w:t>
      </w:r>
      <w:r/>
    </w:p>
    <w:p>
      <w:r/>
      <w:r>
        <w:t>It’s a small, joyful way to make sure your nights out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[7]</w:t>
        </w:r>
      </w:hyperlink>
      <w:r>
        <w:t xml:space="preserve">- Paragraph 3: </w:t>
      </w:r>
      <w:hyperlink r:id="rId14">
        <w:r>
          <w:rPr>
            <w:color w:val="0000EE"/>
            <w:u w:val="single"/>
          </w:rPr>
          <w:t>[6]</w:t>
        </w:r>
      </w:hyperlink>
      <w:r>
        <w:t xml:space="preserve">, </w:t>
      </w:r>
      <w:hyperlink r:id="rId15">
        <w:r>
          <w:rPr>
            <w:color w:val="0000EE"/>
            <w:u w:val="single"/>
          </w:rPr>
          <w:t>[5]</w:t>
        </w:r>
      </w:hyperlink>
      <w:r>
        <w:t xml:space="preserve">- Paragraph 4: </w:t>
      </w:r>
      <w:hyperlink r:id="rId11">
        <w:r>
          <w:rPr>
            <w:color w:val="0000EE"/>
            <w:u w:val="single"/>
          </w:rPr>
          <w:t>[3]</w:t>
        </w:r>
      </w:hyperlink>
      <w:r>
        <w:t xml:space="preserve">, </w:t>
      </w:r>
      <w:hyperlink r:id="rId13">
        <w:r>
          <w:rPr>
            <w:color w:val="0000EE"/>
            <w:u w:val="single"/>
          </w:rPr>
          <w:t>[7]</w:t>
        </w:r>
      </w:hyperlink>
      <w:r>
        <w:t xml:space="preserve">- Paragraph 5: </w:t>
      </w:r>
      <w:hyperlink r:id="rId12">
        <w:r>
          <w:rPr>
            <w:color w:val="0000EE"/>
            <w:u w:val="single"/>
          </w:rPr>
          <w:t>[4]</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https://hesaiddallas.com/2026/07/13/another-chance-to-become-part-of-dallas-queer-history/</w:t>
        </w:r>
      </w:hyperlink>
      <w:r>
        <w:t xml:space="preserve"> - Please view link - unable to able to access data</w:t>
      </w:r>
      <w:r/>
    </w:p>
    <w:p>
      <w:pPr>
        <w:pStyle w:val="ListNumber"/>
        <w:spacing w:line="240" w:lineRule="auto"/>
        <w:ind w:left="720"/>
      </w:pPr>
      <w:r/>
      <w:hyperlink r:id="rId10">
        <w:r>
          <w:rPr>
            <w:color w:val="0000EE"/>
            <w:u w:val="single"/>
          </w:rPr>
          <w:t>https://www.badgeofpride.org/</w:t>
        </w:r>
      </w:hyperlink>
      <w:r>
        <w:t xml:space="preserve"> - Badge of Pride is a Dallas-based, queer-led organisation dedicated to preserving LGBTQ+ history. They steward a nationally significant collection of over 10,000 artefacts, spanning resistance, creativity, daily life, and collective struggle. Their mission is to activate queer history as a living force through exhibitions, performances, and educational programmes, aiming to inform public life and fuel cultural imagination for global progress. They are hosting a community scanning event titled 'The Way We Were: Dallas LGBTQ+ Nightlife, 1945–Today' on July 23, 2026, at the Resource Center in Dallas, inviting individuals to bring photos and memorabilia to be digitised and archived. (</w:t>
      </w:r>
      <w:hyperlink r:id="rId16">
        <w:r>
          <w:rPr>
            <w:color w:val="0000EE"/>
            <w:u w:val="single"/>
          </w:rPr>
          <w:t>badgeofpride.org</w:t>
        </w:r>
      </w:hyperlink>
      <w:r>
        <w:t>)</w:t>
      </w:r>
      <w:r/>
    </w:p>
    <w:p>
      <w:pPr>
        <w:pStyle w:val="ListNumber"/>
        <w:spacing w:line="240" w:lineRule="auto"/>
        <w:ind w:left="720"/>
      </w:pPr>
      <w:r/>
      <w:hyperlink r:id="rId11">
        <w:r>
          <w:rPr>
            <w:color w:val="0000EE"/>
            <w:u w:val="single"/>
          </w:rPr>
          <w:t>https://www.thedallasway.org/events/2026/7/23/-way-we-were-2</w:t>
        </w:r>
      </w:hyperlink>
      <w:r>
        <w:t xml:space="preserve"> - The Dallas Way, in partnership with Badge of Pride, Dallas Social Queer Organization, and Coalition for Aging LGBT, is hosting 'The Way We Were: Dallas LGBTQ+ Nightlife, 1945–Today' on July 23, 2026, from 6:00 to 8:00 p.m. at the Resource Center in Dallas. This community archiving initiative aims to preserve photos, flyers, snapshots, and memories that tell the story of Dallas LGBTQ+ nightlife across eight decades. Participants are encouraged to bring their materials for digitisation on-site. The event is free and open to the public. (</w:t>
      </w:r>
      <w:hyperlink r:id="rId17">
        <w:r>
          <w:rPr>
            <w:color w:val="0000EE"/>
            <w:u w:val="single"/>
          </w:rPr>
          <w:t>thedallasway.org</w:t>
        </w:r>
      </w:hyperlink>
      <w:r>
        <w:t>)</w:t>
      </w:r>
      <w:r/>
    </w:p>
    <w:p>
      <w:pPr>
        <w:pStyle w:val="ListNumber"/>
        <w:spacing w:line="240" w:lineRule="auto"/>
        <w:ind w:left="720"/>
      </w:pPr>
      <w:r/>
      <w:hyperlink r:id="rId12">
        <w:r>
          <w:rPr>
            <w:color w:val="0000EE"/>
            <w:u w:val="single"/>
          </w:rPr>
          <w:t>https://www.keranews.org/news/2026-06-25/historic-preservation-of-lgbtq-nightlife-in-dallas?_amp=true</w:t>
        </w:r>
      </w:hyperlink>
      <w:r>
        <w:t xml:space="preserve"> - In response to the removal of rainbow crosswalks in Dallas' Oak Lawn neighbourhood, Badge of Pride collaborated with The Dallas Way, Dallas Social Queer Organization, and Coalition for Aging LGBT to create 'The Way We Were: Dallas LGBTQ+ Nightlife, 1945-Today,' a community archival project. The initiative includes community scanning events where individuals can bring old photos and documents to be digitised and added to the University of North Texas' Portal to Texas History database, ensuring the preservation of Dallas LGBTQ+ nightlife history for future generations. (</w:t>
      </w:r>
      <w:hyperlink r:id="rId18">
        <w:r>
          <w:rPr>
            <w:color w:val="0000EE"/>
            <w:u w:val="single"/>
          </w:rPr>
          <w:t>keranews.org</w:t>
        </w:r>
      </w:hyperlink>
      <w:r>
        <w:t>)</w:t>
      </w:r>
      <w:r/>
    </w:p>
    <w:p>
      <w:pPr>
        <w:pStyle w:val="ListNumber"/>
        <w:spacing w:line="240" w:lineRule="auto"/>
        <w:ind w:left="720"/>
      </w:pPr>
      <w:r/>
      <w:hyperlink r:id="rId15">
        <w:r>
          <w:rPr>
            <w:color w:val="0000EE"/>
            <w:u w:val="single"/>
          </w:rPr>
          <w:t>https://www.thedallasway.org/events</w:t>
        </w:r>
      </w:hyperlink>
      <w:r>
        <w:t xml:space="preserve"> - The Dallas Way is dedicated to gathering, organising, storing, and presenting the complete LGBTQ+ history of Dallas, Texas. Founded in 2011, the organisation collects and preserves historical archives, captures personal oral histories, and publishes written stories of Dallas-area LGBTQ+ organisations and community members. Their archives are stored and digitised at the University of North Texas (UNT) libraries, drawing researchers and visitors from around the nation. The Dallas Way also hosts events like 'Outrageous Oral,' where personal LGBTQ+ stories are shared, and collaborates with organisations like Badge of Pride to preserve and celebrate LGBTQ+ history. (</w:t>
      </w:r>
      <w:hyperlink r:id="rId19">
        <w:r>
          <w:rPr>
            <w:color w:val="0000EE"/>
            <w:u w:val="single"/>
          </w:rPr>
          <w:t>thedallasway.org</w:t>
        </w:r>
      </w:hyperlink>
      <w:r>
        <w:t>)</w:t>
      </w:r>
      <w:r/>
    </w:p>
    <w:p>
      <w:pPr>
        <w:pStyle w:val="ListNumber"/>
        <w:spacing w:line="240" w:lineRule="auto"/>
        <w:ind w:left="720"/>
      </w:pPr>
      <w:r/>
      <w:hyperlink r:id="rId14">
        <w:r>
          <w:rPr>
            <w:color w:val="0000EE"/>
            <w:u w:val="single"/>
          </w:rPr>
          <w:t>https://www.dallasvoice.com/gay-bars-as-history/</w:t>
        </w:r>
      </w:hyperlink>
      <w:r>
        <w:t xml:space="preserve"> - Badge of Pride is collecting old photos from Dallas bars to help preserve Dallas LGBTQ+ history. The organisation is hosting community scanning events where individuals can bring their photos to be digitised and possibly included in upcoming exhibits. This initiative aims to document and celebrate the rich history of LGBTQ+ nightlife in Dallas, ensuring that these stories are preserved and shared with future generations. (</w:t>
      </w:r>
      <w:hyperlink r:id="rId20">
        <w:r>
          <w:rPr>
            <w:color w:val="0000EE"/>
            <w:u w:val="single"/>
          </w:rPr>
          <w:t>dallasvoice.com</w:t>
        </w:r>
      </w:hyperlink>
      <w:r>
        <w:t>)</w:t>
      </w:r>
      <w:r/>
    </w:p>
    <w:p>
      <w:pPr>
        <w:pStyle w:val="ListNumber"/>
        <w:spacing w:line="240" w:lineRule="auto"/>
        <w:ind w:left="720"/>
      </w:pPr>
      <w:r/>
      <w:hyperlink r:id="rId13">
        <w:r>
          <w:rPr>
            <w:color w:val="0000EE"/>
            <w:u w:val="single"/>
          </w:rPr>
          <w:t>https://www.badgeofpride.org/event-details/the-dallas-way-badge-of-pride-special-exhibit-visit</w:t>
        </w:r>
      </w:hyperlink>
      <w:r>
        <w:t xml:space="preserve"> - Badge of Pride and The Dallas Way are hosting a special exhibit visit on September 13, 2025, at the Irving Archives and Museum. The event features Badge of Pride's director and exhibit curator, Adrian Cardwell, who will discuss the stories and artefacts that shaped the exhibition 'From Silence...To Celebration!' This exhibition is the largest presentation of LGBTQ+ history ever in Texas, showcasing a century of struggles and triumphs in the LGBTQ+ community. The event is free and open to the public. (</w:t>
      </w:r>
      <w:hyperlink r:id="rId21">
        <w:r>
          <w:rPr>
            <w:color w:val="0000EE"/>
            <w:u w:val="single"/>
          </w:rPr>
          <w:t>badgeofpride.org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hesaiddallas.com/2026/07/13/another-chance-to-become-part-of-dallas-queer-history/" TargetMode="External"/><Relationship Id="rId10" Type="http://schemas.openxmlformats.org/officeDocument/2006/relationships/hyperlink" Target="https://www.badgeofpride.org/" TargetMode="External"/><Relationship Id="rId11" Type="http://schemas.openxmlformats.org/officeDocument/2006/relationships/hyperlink" Target="https://www.thedallasway.org/events/2026/7/23/-way-we-were-2" TargetMode="External"/><Relationship Id="rId12" Type="http://schemas.openxmlformats.org/officeDocument/2006/relationships/hyperlink" Target="https://www.keranews.org/news/2026-06-25/historic-preservation-of-lgbtq-nightlife-in-dallas?_amp=true" TargetMode="External"/><Relationship Id="rId13" Type="http://schemas.openxmlformats.org/officeDocument/2006/relationships/hyperlink" Target="https://www.badgeofpride.org/event-details/the-dallas-way-badge-of-pride-special-exhibit-visit" TargetMode="External"/><Relationship Id="rId14" Type="http://schemas.openxmlformats.org/officeDocument/2006/relationships/hyperlink" Target="https://www.dallasvoice.com/gay-bars-as-history/" TargetMode="External"/><Relationship Id="rId15" Type="http://schemas.openxmlformats.org/officeDocument/2006/relationships/hyperlink" Target="https://www.thedallasway.org/events" TargetMode="External"/><Relationship Id="rId16" Type="http://schemas.openxmlformats.org/officeDocument/2006/relationships/hyperlink" Target="https://www.badgeofpride.org/?utm_source=openai" TargetMode="External"/><Relationship Id="rId17" Type="http://schemas.openxmlformats.org/officeDocument/2006/relationships/hyperlink" Target="https://www.thedallasway.org/events/2026/7/23/-way-we-were-2?utm_source=openai" TargetMode="External"/><Relationship Id="rId18" Type="http://schemas.openxmlformats.org/officeDocument/2006/relationships/hyperlink" Target="https://www.keranews.org/news/2026-06-25/historic-preservation-of-lgbtq-nightlife-in-dallas?_amp=true&amp;utm_source=openai" TargetMode="External"/><Relationship Id="rId19" Type="http://schemas.openxmlformats.org/officeDocument/2006/relationships/hyperlink" Target="https://www.thedallasway.org/?utm_source=openai" TargetMode="External"/><Relationship Id="rId20" Type="http://schemas.openxmlformats.org/officeDocument/2006/relationships/hyperlink" Target="https://dallasvoice.com/gay-bars-as-history/?utm_source=openai" TargetMode="External"/><Relationship Id="rId21" Type="http://schemas.openxmlformats.org/officeDocument/2006/relationships/hyperlink" Target="https://www.badgeofpride.org/event-details/the-dallas-way-badge-of-pride-special-exhibit-visit?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