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Victoria Pride Parade Moments: How 80,000 Turned the Capital Rainbow</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Bursting into colour, Victoria’s streets filled with people, music and a party mood as more than 80,000 spectators lined the 2.4-kilometre parade route on July 12; residents, visitors and elected officials came together for a family-friendly Pride celebration that mattered to community, commerce and culture.</w:t>
      </w:r>
      <w:r/>
    </w:p>
    <w:p>
      <w:r/>
      <w:r>
        <w:t>Essential Takeaways</w:t>
      </w:r>
      <w:r/>
      <w:r/>
    </w:p>
    <w:p>
      <w:pPr>
        <w:pStyle w:val="ListBullet"/>
        <w:spacing w:line="240" w:lineRule="auto"/>
        <w:ind w:left="720"/>
      </w:pPr>
      <w:r/>
      <w:r>
        <w:rPr>
          <w:b/>
        </w:rPr>
        <w:t>Huge turnout:</w:t>
      </w:r>
      <w:r>
        <w:t xml:space="preserve"> An estimated 80,000 people watched the parade, creating a lively, packed atmosphere along downtown streets. </w:t>
      </w:r>
      <w:r/>
    </w:p>
    <w:p>
      <w:pPr>
        <w:pStyle w:val="ListBullet"/>
        <w:spacing w:line="240" w:lineRule="auto"/>
        <w:ind w:left="720"/>
      </w:pPr>
      <w:r/>
      <w:r>
        <w:rPr>
          <w:b/>
        </w:rPr>
        <w:t>Big procession:</w:t>
      </w:r>
      <w:r>
        <w:t xml:space="preserve"> Over 140 entries and hundreds of marchers moved through the 2.4-kilometre route from Johnson and Government to MacDonald Park. </w:t>
      </w:r>
      <w:r/>
    </w:p>
    <w:p>
      <w:pPr>
        <w:pStyle w:val="ListBullet"/>
        <w:spacing w:line="240" w:lineRule="auto"/>
        <w:ind w:left="720"/>
      </w:pPr>
      <w:r/>
      <w:r>
        <w:rPr>
          <w:b/>
        </w:rPr>
        <w:t>Festival vibe:</w:t>
      </w:r>
      <w:r>
        <w:t xml:space="preserve"> The post-parade Pride Festival at MacDonald Park featured live drag, music and more than 130 vendors , food, crafts and community booths. </w:t>
      </w:r>
      <w:r/>
    </w:p>
    <w:p>
      <w:pPr>
        <w:pStyle w:val="ListBullet"/>
        <w:spacing w:line="240" w:lineRule="auto"/>
        <w:ind w:left="720"/>
      </w:pPr>
      <w:r/>
      <w:r>
        <w:rPr>
          <w:b/>
        </w:rPr>
        <w:t>Local officials present:</w:t>
      </w:r>
      <w:r>
        <w:t xml:space="preserve"> Municipal leaders, including Saanich Mayor Dean Murdock and Coun. Teale Phelps Bondaroff, were among those attending, underscoring civic support. </w:t>
      </w:r>
      <w:r/>
    </w:p>
    <w:p>
      <w:pPr>
        <w:pStyle w:val="ListBullet"/>
        <w:spacing w:line="240" w:lineRule="auto"/>
        <w:ind w:left="720"/>
      </w:pPr>
      <w:r/>
      <w:r>
        <w:rPr>
          <w:b/>
        </w:rPr>
        <w:t>Inclusive and free:</w:t>
      </w:r>
      <w:r>
        <w:t xml:space="preserve"> The event was free and family-friendly, welcoming people of all ages to celebrate Pride together.</w:t>
      </w:r>
      <w:r/>
      <w:r/>
    </w:p>
    <w:p>
      <w:pPr>
        <w:pStyle w:val="Heading2"/>
      </w:pPr>
      <w:r>
        <w:t>A sunny, colourful morning that felt like a celebration of the whole city</w:t>
      </w:r>
      <w:r/>
    </w:p>
    <w:p>
      <w:r/>
      <w:r>
        <w:t>The parade kicked off shortly after 11am and under bright skies the mood was buoyant, almost carnival-like, with the scent of street food and the hum of conversation filling the air. According to local reporting, spectators packed sidewalks and vantage points along Government Street, cheering as floats and marchers passed by. The combination of local bands, performers and decorated vehicles made the route feel energetic and inclusive.</w:t>
      </w:r>
      <w:r/>
    </w:p>
    <w:p>
      <w:r/>
      <w:r>
        <w:t>This year’s turnout felt significant not just for numbers but for atmosphere; people weren’t just watching, they were taking part , waving, dancing and joining the singalongs. For first-timers, the scale can be surprising: plan to arrive early for good viewing spots, bring water and wear comfortable shoes.</w:t>
      </w:r>
      <w:r/>
    </w:p>
    <w:p>
      <w:pPr>
        <w:pStyle w:val="Heading2"/>
      </w:pPr>
      <w:r>
        <w:t>What made this Pride different: scale, community and civic presence</w:t>
      </w:r>
      <w:r/>
    </w:p>
    <w:p>
      <w:r/>
      <w:r>
        <w:t>More than 140 entries meant a wide variety of groups were represented , from grassroots advocacy organisations to small local businesses and community clubs. The visible presence of municipal figures, including Saanich’s mayor and councillors, added a civic note to the festivities, signalling broad local support.</w:t>
      </w:r>
      <w:r/>
    </w:p>
    <w:p>
      <w:r/>
      <w:r>
        <w:t>Events like this have a ripple effect: they’re civic moments and economic ones. Vendors, cafés and shops around the route reported steady foot traffic throughout the day. If you’re organising a return visit, check parade maps and vendor lists beforehand to pinpoint quieter spots or family-friendly zones.</w:t>
      </w:r>
      <w:r/>
    </w:p>
    <w:p>
      <w:pPr>
        <w:pStyle w:val="Heading2"/>
      </w:pPr>
      <w:r>
        <w:t>From parade to park: the festival that keeps the party going</w:t>
      </w:r>
      <w:r/>
    </w:p>
    <w:p>
      <w:r/>
      <w:r>
        <w:t>After the procession ended at MacDonald Park in James Bay, the Pride Festival took over with live drag performances, music stages and more than 130 vendors on site. The festival atmosphere offered shaded seating, food options and activities for kids, which helped families stay comfortable and engaged.</w:t>
      </w:r>
      <w:r/>
    </w:p>
    <w:p>
      <w:r/>
      <w:r>
        <w:t>Organisers emphasised accessibility and free entry, and many attendees praised the friendly, welcoming tone. If you’re heading to the festival next time, bring a picnic blanket and cash or contactless payment for vendor stalls, and factor in time to wander through community booths.</w:t>
      </w:r>
      <w:r/>
    </w:p>
    <w:p>
      <w:pPr>
        <w:pStyle w:val="Heading2"/>
      </w:pPr>
      <w:r>
        <w:t>Why this matters: visibility, business and belonging</w:t>
      </w:r>
      <w:r/>
    </w:p>
    <w:p>
      <w:r/>
      <w:r>
        <w:t>Large public Pride events do more than entertain; they visibly affirm inclusion and offer safe public space for LGBTQ2S+ communities and allies. Tourism Victoria and local partners have highlighted the parade as a draw for visitors, and the day’s activities showcased how celebrations can support small businesses and artists.</w:t>
      </w:r>
      <w:r/>
    </w:p>
    <w:p>
      <w:r/>
      <w:r>
        <w:t>Community groups use these moments to amplify causes, recruit volunteers and share services, so the parade functions as much as an organising platform as a party. Expect to see community outreach and follow-up events throughout the summer.</w:t>
      </w:r>
      <w:r/>
    </w:p>
    <w:p>
      <w:pPr>
        <w:pStyle w:val="Heading2"/>
      </w:pPr>
      <w:r>
        <w:t>Practical tips for next year: how to enjoy Pride without the stress</w:t>
      </w:r>
      <w:r/>
    </w:p>
    <w:p>
      <w:r/>
      <w:r>
        <w:t>Plan to arrive early if you want a central viewing spot, or pick a quieter cross-street if you prefer less crowding. Bring sun protection and refillable water; public transit and bike parking are great options to avoid traffic delays. Check the Victoria Pride Society website for route maps, vendor lists and accessibility information before you go.</w:t>
      </w:r>
      <w:r/>
    </w:p>
    <w:p>
      <w:r/>
      <w:r>
        <w:t>If you’re a vendor or performer thinking of joining, book early , slots fill fast after an event this size.</w:t>
      </w:r>
      <w:r/>
    </w:p>
    <w:p>
      <w:r/>
      <w:r>
        <w:t>It's a small change that can make every Pride moment safer and more enjoyable.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[5]</w:t>
        </w:r>
      </w:hyperlink>
      <w:r>
        <w:t xml:space="preserve">- Paragraph 3: </w:t>
      </w:r>
      <w:hyperlink r:id="rId10">
        <w:r>
          <w:rPr>
            <w:color w:val="0000EE"/>
            <w:u w:val="single"/>
          </w:rPr>
          <w:t>[2]</w:t>
        </w:r>
      </w:hyperlink>
      <w:r>
        <w:t xml:space="preserve">, </w:t>
      </w:r>
      <w:hyperlink r:id="rId14">
        <w:r>
          <w:rPr>
            <w:color w:val="0000EE"/>
            <w:u w:val="single"/>
          </w:rPr>
          <w:t>[6]</w:t>
        </w:r>
      </w:hyperlink>
      <w:r>
        <w:t xml:space="preserve">- Paragraph 4: </w:t>
      </w:r>
      <w:hyperlink r:id="rId13">
        <w:r>
          <w:rPr>
            <w:color w:val="0000EE"/>
            <w:u w:val="single"/>
          </w:rPr>
          <w:t>[5]</w:t>
        </w:r>
      </w:hyperlink>
      <w:r>
        <w:t xml:space="preserve">, </w:t>
      </w:r>
      <w:hyperlink r:id="rId15">
        <w:r>
          <w:rPr>
            <w:color w:val="0000EE"/>
            <w:u w:val="single"/>
          </w:rPr>
          <w:t>[7]</w:t>
        </w:r>
      </w:hyperlink>
      <w:r>
        <w:t xml:space="preserve">- Paragraph 5: </w:t>
      </w:r>
      <w:hyperlink r:id="rId12">
        <w:r>
          <w:rPr>
            <w:color w:val="0000EE"/>
            <w:u w:val="single"/>
          </w:rPr>
          <w:t>[3]</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https://campbellrivermirror.com/2026/07/13/photos-more-than-80k-paint-b-c-s-capital-all-colours-of-the-rainbow-for-pride/</w:t>
        </w:r>
      </w:hyperlink>
      <w:r>
        <w:t xml:space="preserve"> - Please view link - unable to able to access data</w:t>
      </w:r>
      <w:r/>
    </w:p>
    <w:p>
      <w:pPr>
        <w:pStyle w:val="ListNumber"/>
        <w:spacing w:line="240" w:lineRule="auto"/>
        <w:ind w:left="720"/>
      </w:pPr>
      <w:r/>
      <w:hyperlink r:id="rId10">
        <w:r>
          <w:rPr>
            <w:color w:val="0000EE"/>
            <w:u w:val="single"/>
          </w:rPr>
          <w:t>https://victoriapridesociety.org/pride-2026/parade/</w:t>
        </w:r>
      </w:hyperlink>
      <w:r>
        <w:t xml:space="preserve"> - The Victoria Pride Society's official page for the 2026 Pride Parade, scheduled for Sunday, July 12, 2026, at 11 AM. The parade is expected to feature approximately 140 entries and attract over 80,000 spectators. The route is approximately 2.4 kilometres long, starting at the corner of Johnson and Government streets and ending at MacDonald Park in James Bay. The event is free and family-friendly, with music, live drag performances, and over 130 vendors at the festival in the park.</w:t>
      </w:r>
      <w:r/>
    </w:p>
    <w:p>
      <w:pPr>
        <w:pStyle w:val="ListNumber"/>
        <w:spacing w:line="240" w:lineRule="auto"/>
        <w:ind w:left="720"/>
      </w:pPr>
      <w:r/>
      <w:hyperlink r:id="rId12">
        <w:r>
          <w:rPr>
            <w:color w:val="0000EE"/>
            <w:u w:val="single"/>
          </w:rPr>
          <w:t>https://www.tourismvictoria.com/events/pride-parade-2026</w:t>
        </w:r>
      </w:hyperlink>
      <w:r>
        <w:t xml:space="preserve"> - A listing on Tourism Victoria's website detailing the 2026 Victoria Pride Parade, highlighting the parade's start time at 11 AM on July 12, 2026, and its colourful nature with as many as 140 entries and over 80,000 spectators. The page also provides a link to the Victoria Pride Society's website for more information.</w:t>
      </w:r>
      <w:r/>
    </w:p>
    <w:p>
      <w:pPr>
        <w:pStyle w:val="ListNumber"/>
        <w:spacing w:line="240" w:lineRule="auto"/>
        <w:ind w:left="720"/>
      </w:pPr>
      <w:r/>
      <w:hyperlink r:id="rId11">
        <w:r>
          <w:rPr>
            <w:color w:val="0000EE"/>
            <w:u w:val="single"/>
          </w:rPr>
          <w:t>https://events.downtownvictoria.ca/event/🌈-victoria-pride-parade/</w:t>
        </w:r>
      </w:hyperlink>
      <w:r>
        <w:t xml:space="preserve"> - An event listing on Downtown Victoria's website for the 2026 Victoria Pride Parade, scheduled for July 12, 2026, at 11 AM. The page describes the parade as a large, colourful event with as many as 140 entries and over 80,000 spectators, and notes that it is one of the favourite moments of the year.</w:t>
      </w:r>
      <w:r/>
    </w:p>
    <w:p>
      <w:pPr>
        <w:pStyle w:val="ListNumber"/>
        <w:spacing w:line="240" w:lineRule="auto"/>
        <w:ind w:left="720"/>
      </w:pPr>
      <w:r/>
      <w:hyperlink r:id="rId13">
        <w:r>
          <w:rPr>
            <w:color w:val="0000EE"/>
            <w:u w:val="single"/>
          </w:rPr>
          <w:t>https://victorialabour.ca/events/victoria-pride-parade-2026/</w:t>
        </w:r>
      </w:hyperlink>
      <w:r>
        <w:t xml:space="preserve"> - An announcement from the Victoria Labour Council about their participation in the 2026 Victoria Pride Parade on July 12, 2026. The page provides details about the meeting location and time for participants, as well as information about the parade's start time at 11 AM and the route through downtown Victoria.</w:t>
      </w:r>
      <w:r/>
    </w:p>
    <w:p>
      <w:pPr>
        <w:pStyle w:val="ListNumber"/>
        <w:spacing w:line="240" w:lineRule="auto"/>
        <w:ind w:left="720"/>
      </w:pPr>
      <w:r/>
      <w:hyperlink r:id="rId14">
        <w:r>
          <w:rPr>
            <w:color w:val="0000EE"/>
            <w:u w:val="single"/>
          </w:rPr>
          <w:t>https://www.uvic.ca/event/pride.php</w:t>
        </w:r>
      </w:hyperlink>
      <w:r>
        <w:t xml:space="preserve"> - The University of Victoria's page detailing their involvement in the 2026 Victoria Pride Parade, including information about the parade's start time at 11 AM on July 12, 2026, and the route through downtown Victoria. The page also provides information about other Pride Week events and campus groups supporting the 2SLGBTQIA+ community.</w:t>
      </w:r>
      <w:r/>
    </w:p>
    <w:p>
      <w:pPr>
        <w:pStyle w:val="ListNumber"/>
        <w:spacing w:line="240" w:lineRule="auto"/>
        <w:ind w:left="720"/>
      </w:pPr>
      <w:r/>
      <w:hyperlink r:id="rId15">
        <w:r>
          <w:rPr>
            <w:color w:val="0000EE"/>
            <w:u w:val="single"/>
          </w:rPr>
          <w:t>https://bcgreens.ca/event/saturday-july-12th-victoria-pride-parade/</w:t>
        </w:r>
      </w:hyperlink>
      <w:r>
        <w:t xml:space="preserve"> - An announcement from the BC Green Party about their participation in the 2026 Victoria Pride Parade on July 12, 2026. The page provides details about the meeting location and time for participants, as well as information about the parade's start time at 11 AM and the route through downtown Victoria.</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campbellrivermirror.com/2026/07/13/photos-more-than-80k-paint-b-c-s-capital-all-colours-of-the-rainbow-for-pride/" TargetMode="External"/><Relationship Id="rId10" Type="http://schemas.openxmlformats.org/officeDocument/2006/relationships/hyperlink" Target="https://victoriapridesociety.org/pride-2026/parade/" TargetMode="External"/><Relationship Id="rId11" Type="http://schemas.openxmlformats.org/officeDocument/2006/relationships/hyperlink" Target="https://events.downtownvictoria.ca/event/&#127752;-victoria-pride-parade/" TargetMode="External"/><Relationship Id="rId12" Type="http://schemas.openxmlformats.org/officeDocument/2006/relationships/hyperlink" Target="https://www.tourismvictoria.com/events/pride-parade-2026" TargetMode="External"/><Relationship Id="rId13" Type="http://schemas.openxmlformats.org/officeDocument/2006/relationships/hyperlink" Target="https://victorialabour.ca/events/victoria-pride-parade-2026/" TargetMode="External"/><Relationship Id="rId14" Type="http://schemas.openxmlformats.org/officeDocument/2006/relationships/hyperlink" Target="https://www.uvic.ca/event/pride.php" TargetMode="External"/><Relationship Id="rId15" Type="http://schemas.openxmlformats.org/officeDocument/2006/relationships/hyperlink" Target="https://bcgreens.ca/event/saturday-july-12th-victoria-pride-parad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