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Queer as Funk Party to Kick Off Vancouver Pride Weekend at the Commodore Ballroom</w:t>
      </w:r>
      <w:r/>
    </w:p>
    <w:p>
      <w:r/>
      <w:r/>
    </w:p>
    <w:p>
      <w:r>
        <w:drawing>
          <wp:inline xmlns:a="http://schemas.openxmlformats.org/drawingml/2006/main" xmlns:pic="http://schemas.openxmlformats.org/drawingml/2006/picture">
            <wp:extent cx="5080000" cy="3408101"/>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3408101"/>
                    </a:xfrm>
                    <a:prstGeom prst="rect"/>
                  </pic:spPr>
                </pic:pic>
              </a:graphicData>
            </a:graphic>
          </wp:inline>
        </w:drawing>
      </w:r>
    </w:p>
    <w:p>
      <w:r/>
      <w:r>
        <w:rPr>
          <w:b/>
        </w:rPr>
        <w:t>Celebrate Pride weekend early with live funk, soulful vocals, and a dancefloor-ready line-up at the Commodore Ballroom on Friday, 31 July , a lively, inclusive night that’s become one of Vancouver’s must-attend queer dance parties. Tickets are available now, or try your luck in the giveaway.</w:t>
      </w:r>
      <w:r/>
    </w:p>
    <w:p>
      <w:r/>
      <w:r>
        <w:t>Essential Takeaways</w:t>
      </w:r>
      <w:r/>
      <w:r/>
    </w:p>
    <w:p>
      <w:pPr>
        <w:pStyle w:val="ListBullet"/>
        <w:spacing w:line="240" w:lineRule="auto"/>
        <w:ind w:left="720"/>
      </w:pPr>
      <w:r/>
      <w:r>
        <w:rPr>
          <w:b/>
        </w:rPr>
        <w:t>When and where:</w:t>
      </w:r>
      <w:r>
        <w:t xml:space="preserve"> Queer as Funk performs Friday, 31 July 2026, doors at 7:00pm, at the Commodore Ballroom in downtown Vancouver , a roomy, iconic venue with great sightlines. </w:t>
      </w:r>
      <w:r/>
    </w:p>
    <w:p>
      <w:pPr>
        <w:pStyle w:val="ListBullet"/>
        <w:spacing w:line="240" w:lineRule="auto"/>
        <w:ind w:left="720"/>
      </w:pPr>
      <w:r/>
      <w:r>
        <w:rPr>
          <w:b/>
        </w:rPr>
        <w:t>What to expect:</w:t>
      </w:r>
      <w:r>
        <w:t xml:space="preserve"> High-energy funk, soul, Motown and R&amp;B fusion, with special guests Dawn Pemberton, DJ Slade and Susana Williams for an extended dance-party vibe. </w:t>
      </w:r>
      <w:r/>
    </w:p>
    <w:p>
      <w:pPr>
        <w:pStyle w:val="ListBullet"/>
        <w:spacing w:line="240" w:lineRule="auto"/>
        <w:ind w:left="720"/>
      </w:pPr>
      <w:r/>
      <w:r>
        <w:rPr>
          <w:b/>
        </w:rPr>
        <w:t>Community focus:</w:t>
      </w:r>
      <w:r>
        <w:t xml:space="preserve"> The band has spent 13+ years centring 2SLGBTQI+ joy and advocacy; shows double as celebrations and community-building events. </w:t>
      </w:r>
      <w:r/>
    </w:p>
    <w:p>
      <w:pPr>
        <w:pStyle w:val="ListBullet"/>
        <w:spacing w:line="240" w:lineRule="auto"/>
        <w:ind w:left="720"/>
      </w:pPr>
      <w:r/>
      <w:r>
        <w:rPr>
          <w:b/>
        </w:rPr>
        <w:t>Tickets:</w:t>
      </w:r>
      <w:r>
        <w:t xml:space="preserve"> On sale now through Ticketmaster for about $48 plus fees; the venue’s box office and official Commodore site have event details. </w:t>
      </w:r>
      <w:r/>
    </w:p>
    <w:p>
      <w:pPr>
        <w:pStyle w:val="ListBullet"/>
        <w:spacing w:line="240" w:lineRule="auto"/>
        <w:ind w:left="720"/>
      </w:pPr>
      <w:r/>
      <w:r>
        <w:rPr>
          <w:b/>
        </w:rPr>
        <w:t>Vibe notes:</w:t>
      </w:r>
      <w:r>
        <w:t xml:space="preserve"> Expect a warm, celebratory crowd, loud live rhythms, and plenty of opportunities to dance , bring comfy shoes and your pride colours.</w:t>
      </w:r>
      <w:r/>
      <w:r/>
    </w:p>
    <w:p>
      <w:pPr>
        <w:pStyle w:val="Heading2"/>
      </w:pPr>
      <w:r>
        <w:t>A proper party to launch Pride weekend</w:t>
      </w:r>
      <w:r/>
    </w:p>
    <w:p>
      <w:r/>
      <w:r>
        <w:t>If you want Pride weekend to start with your feet moving, this is the ticket. Queer as Funk are known for a big, bright sound , think horn-driven grooves and soulful lead lines that make you want to dance the moment they hit a beat. The Commodore Ballroom’s sprung floor and classic room layout amplify that live-music thrill, creating a close-but-electric atmosphere.</w:t>
      </w:r>
      <w:r/>
    </w:p>
    <w:p>
      <w:r/>
      <w:r>
        <w:t>Ticketmaster lists the event for 31 July with doors at 7:00pm, so plan for an evening that stretches into a proper night out. The band’s long history in BC means their set is as much a community reunion as it is a concert.</w:t>
      </w:r>
      <w:r/>
    </w:p>
    <w:p>
      <w:pPr>
        <w:pStyle w:val="Heading2"/>
      </w:pPr>
      <w:r>
        <w:t>Line-up that keeps the energy high</w:t>
      </w:r>
      <w:r/>
    </w:p>
    <w:p>
      <w:r/>
      <w:r>
        <w:t>The headliners are joined by Dawn Pemberton, DJ Slade and Susana Williams, a mix designed to keep the pace varied and the dance floor full. Special guests bring their own followings and flavours, so expect transitions from big-band funk to DJ-powered grooves that keep momentum between live sets.</w:t>
      </w:r>
      <w:r/>
    </w:p>
    <w:p>
      <w:r/>
      <w:r>
        <w:t>If you like varied nights , a little live singing, some DJ-mixed dance breaks , this event ticks the boxes. It’s the kind of line-up that invites people who come for the band to stay for the party, and vice versa.</w:t>
      </w:r>
      <w:r/>
    </w:p>
    <w:p>
      <w:pPr>
        <w:pStyle w:val="Heading2"/>
      </w:pPr>
      <w:r>
        <w:t>Why this matters to local queer culture</w:t>
      </w:r>
      <w:r/>
    </w:p>
    <w:p>
      <w:r/>
      <w:r>
        <w:t>Queer as Funk have spent more than a decade building shows that celebrate and advocate. Their gigs double as social spaces where visibility, music and activism meet , the sort of dance-party that also feeds networks and friendships. For many in Vancouver’s 2SLGBTQI+ community, these concerts are ritual: joyful, affirming, and politically resonant.</w:t>
      </w:r>
      <w:r/>
    </w:p>
    <w:p>
      <w:r/>
      <w:r>
        <w:t>Attending this show is a way to support artists who invest in community building, and to start Pride weekend among people who’ve chosen music as both celebration and statement.</w:t>
      </w:r>
      <w:r/>
    </w:p>
    <w:p>
      <w:pPr>
        <w:pStyle w:val="Heading2"/>
      </w:pPr>
      <w:r>
        <w:t>Practical tips: tickets, transport and what to bring</w:t>
      </w:r>
      <w:r/>
    </w:p>
    <w:p>
      <w:r/>
      <w:r>
        <w:t>Tickets are on sale through Ticketmaster for roughly $48 plus fees; check the listing for seating options or general admission details. The Commodore Ballroom is on Granville Street, easily reached by public transit , avoid driving if you can, and allow time for busy downtown traffic and queues.</w:t>
      </w:r>
      <w:r/>
    </w:p>
    <w:p>
      <w:r/>
      <w:r>
        <w:t>Dress for dancing: comfortable shoes, a small crossbody or pockets for essentials, and a reusable water bottle if you like (water stations may be available). If you’re hoping to win tickets, follow the Miss604 giveaway instructions to enter.</w:t>
      </w:r>
      <w:r/>
    </w:p>
    <w:p>
      <w:pPr>
        <w:pStyle w:val="Heading2"/>
      </w:pPr>
      <w:r>
        <w:t>Expectation and outlook: a Pride weekend starter that feels intentional</w:t>
      </w:r>
      <w:r/>
    </w:p>
    <w:p>
      <w:r/>
      <w:r>
        <w:t>This isn’t just a warm-up gig; it’s a deliberate opening to Pride weekend that invites everyone to start celebrations together, loud and proud. With a veteran band, celebrated guests and a classic venue, the night promises to be one of the summer’s liveliest queer-friendly dance floors.</w:t>
      </w:r>
      <w:r/>
    </w:p>
    <w:p>
      <w:r/>
      <w:r>
        <w:t>It’s a small decision that can make your Pride weekend feel properly begun.</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0">
        <w:r>
          <w:rPr>
            <w:color w:val="0000EE"/>
            <w:u w:val="single"/>
          </w:rPr>
          <w:t>[2]</w:t>
        </w:r>
      </w:hyperlink>
      <w:r>
        <w:t xml:space="preserve">, </w:t>
      </w:r>
      <w:hyperlink r:id="rId12">
        <w:r>
          <w:rPr>
            <w:color w:val="0000EE"/>
            <w:u w:val="single"/>
          </w:rPr>
          <w:t>[3]</w:t>
        </w:r>
      </w:hyperlink>
      <w:r>
        <w:t xml:space="preserve">- Paragraph 3: </w:t>
      </w:r>
      <w:hyperlink r:id="rId10">
        <w:r>
          <w:rPr>
            <w:color w:val="0000EE"/>
            <w:u w:val="single"/>
          </w:rPr>
          <w:t>[2]</w:t>
        </w:r>
      </w:hyperlink>
      <w:r>
        <w:t xml:space="preserve">, </w:t>
      </w:r>
      <w:hyperlink r:id="rId12">
        <w:r>
          <w:rPr>
            <w:color w:val="0000EE"/>
            <w:u w:val="single"/>
          </w:rPr>
          <w:t>[6]</w:t>
        </w:r>
      </w:hyperlink>
      <w:r>
        <w:t xml:space="preserve">- Paragraph 4: </w:t>
      </w:r>
      <w:hyperlink r:id="rId12">
        <w:r>
          <w:rPr>
            <w:color w:val="0000EE"/>
            <w:u w:val="single"/>
          </w:rPr>
          <w:t>[3]</w:t>
        </w:r>
      </w:hyperlink>
      <w:r>
        <w:t xml:space="preserve">, </w:t>
      </w:r>
      <w:hyperlink r:id="rId11">
        <w:r>
          <w:rPr>
            <w:color w:val="0000EE"/>
            <w:u w:val="single"/>
          </w:rPr>
          <w:t>[4]</w:t>
        </w:r>
      </w:hyperlink>
      <w:r>
        <w:t xml:space="preserve">- Paragraph 5: </w:t>
      </w:r>
      <w:hyperlink r:id="rId10">
        <w:r>
          <w:rPr>
            <w:color w:val="0000EE"/>
            <w:u w:val="single"/>
          </w:rPr>
          <w:t>[2]</w:t>
        </w:r>
      </w:hyperlink>
      <w:r>
        <w:t xml:space="preserve">, </w:t>
      </w:r>
      <w:hyperlink r:id="rId10">
        <w:r>
          <w:rPr>
            <w:color w:val="0000EE"/>
            <w:u w:val="single"/>
          </w:rPr>
          <w:t>[5]</w:t>
        </w:r>
      </w:hyperlink>
      <w:r>
        <w:t xml:space="preserve">- Paragraph 6: </w:t>
      </w:r>
      <w:hyperlink r:id="rId12">
        <w:r>
          <w:rPr>
            <w:color w:val="0000EE"/>
            <w:u w:val="single"/>
          </w:rPr>
          <w:t>[3]</w:t>
        </w:r>
      </w:hyperlink>
      <w:r>
        <w:t xml:space="preserve">, </w:t>
      </w:r>
      <w:hyperlink r:id="rId11">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https://miss604.com/2026/07/giveaway-queer-as-funk-kicks-off-pride-weekend-at-the-commodore/</w:t>
        </w:r>
      </w:hyperlink>
      <w:r>
        <w:t xml:space="preserve"> - Please view link - unable to able to access data</w:t>
      </w:r>
      <w:r/>
    </w:p>
    <w:p>
      <w:pPr>
        <w:pStyle w:val="ListNumber"/>
        <w:spacing w:line="240" w:lineRule="auto"/>
        <w:ind w:left="720"/>
      </w:pPr>
      <w:r/>
      <w:hyperlink r:id="rId10">
        <w:r>
          <w:rPr>
            <w:color w:val="0000EE"/>
            <w:u w:val="single"/>
          </w:rPr>
          <w:t>https://www.ticketmaster.ca/vancouver-pride-with-queer-as-funk-vancouver-british-columbia-07-31-2026/event/11006451D371EC84?tt_scene=anchor_view</w:t>
        </w:r>
      </w:hyperlink>
      <w:r>
        <w:t xml:space="preserve"> - Ticketmaster offers tickets for the 'Vancouver Pride with Queer as Funk' event at the Commodore Ballroom on July 31, 2026, at 7:00 PM. The event is restricted to attendees aged 19 and over, requiring valid government ID for entry. The Commodore Ballroom is located at 868 Granville Street, Vancouver, BC. For more details and ticket purchases, visit the provided link.</w:t>
      </w:r>
      <w:r/>
    </w:p>
    <w:p>
      <w:pPr>
        <w:pStyle w:val="ListNumber"/>
        <w:spacing w:line="240" w:lineRule="auto"/>
        <w:ind w:left="720"/>
      </w:pPr>
      <w:r/>
      <w:hyperlink r:id="rId12">
        <w:r>
          <w:rPr>
            <w:color w:val="0000EE"/>
            <w:u w:val="single"/>
          </w:rPr>
          <w:t>https://www.ticketmaster.ca/queer-as-funk-billets/artist/2209539</w:t>
        </w:r>
      </w:hyperlink>
      <w:r>
        <w:t xml:space="preserve"> - Ticketmaster provides information and ticket options for Queer As Funk's performances, including the upcoming event at the Commodore Ballroom in Vancouver on July 31, 2026. The page includes artist details, concert dates, and ticket availability. For the latest updates and ticket purchases, refer to the provided link.</w:t>
      </w:r>
      <w:r/>
    </w:p>
    <w:p>
      <w:pPr>
        <w:pStyle w:val="ListNumber"/>
        <w:spacing w:line="240" w:lineRule="auto"/>
        <w:ind w:left="720"/>
      </w:pPr>
      <w:r/>
      <w:hyperlink r:id="rId11">
        <w:r>
          <w:rPr>
            <w:color w:val="0000EE"/>
            <w:u w:val="single"/>
          </w:rPr>
          <w:t>https://www.commodoreballroom.com/</w:t>
        </w:r>
      </w:hyperlink>
      <w:r>
        <w:t xml:space="preserve"> - The official website of the Commodore Ballroom in Vancouver offers information about upcoming events, including the 'Vancouver Pride with Queer as Funk' concert on July 31, 2026. The venue is located at 868 Granville Street, Vancouver, BC. For event schedules, ticket purchases, and venue details, visit the provided link.</w:t>
      </w:r>
      <w:r/>
    </w:p>
    <w:p>
      <w:pPr>
        <w:pStyle w:val="ListNumber"/>
        <w:spacing w:line="240" w:lineRule="auto"/>
        <w:ind w:left="720"/>
      </w:pPr>
      <w:r/>
      <w:hyperlink r:id="rId10">
        <w:r>
          <w:rPr>
            <w:color w:val="0000EE"/>
            <w:u w:val="single"/>
          </w:rPr>
          <w:t>https://www.ticketmaster.ca/vancouver-pride-with-queer-as-funk-vancouver-british-columbia-07-31-2026/event/11006451D371EC84?tt_scene=anchor_view</w:t>
        </w:r>
      </w:hyperlink>
      <w:r>
        <w:t xml:space="preserve"> - Ticketmaster provides ticketing services for the 'Vancouver Pride with Queer as Funk' event at the Commodore Ballroom on July 31, 2026, at 7:00 PM. The event is restricted to attendees aged 19 and over, requiring valid government ID for entry. The Commodore Ballroom is located at 868 Granville Street, Vancouver, BC. For more details and ticket purchases, visit the provided link.</w:t>
      </w:r>
      <w:r/>
    </w:p>
    <w:p>
      <w:pPr>
        <w:pStyle w:val="ListNumber"/>
        <w:spacing w:line="240" w:lineRule="auto"/>
        <w:ind w:left="720"/>
      </w:pPr>
      <w:r/>
      <w:hyperlink r:id="rId12">
        <w:r>
          <w:rPr>
            <w:color w:val="0000EE"/>
            <w:u w:val="single"/>
          </w:rPr>
          <w:t>https://www.ticketmaster.ca/queer-as-funk-billets/artist/2209539</w:t>
        </w:r>
      </w:hyperlink>
      <w:r>
        <w:t xml:space="preserve"> - Ticketmaster provides information and ticket options for Queer As Funk's performances, including the upcoming event at the Commodore Ballroom in Vancouver on July 31, 2026. The page includes artist details, concert dates, and ticket availability. For the latest updates and ticket purchases, refer to the provided link.</w:t>
      </w:r>
      <w:r/>
    </w:p>
    <w:p>
      <w:pPr>
        <w:pStyle w:val="ListNumber"/>
        <w:spacing w:line="240" w:lineRule="auto"/>
        <w:ind w:left="720"/>
      </w:pPr>
      <w:r/>
      <w:hyperlink r:id="rId11">
        <w:r>
          <w:rPr>
            <w:color w:val="0000EE"/>
            <w:u w:val="single"/>
          </w:rPr>
          <w:t>https://www.commodoreballroom.com/</w:t>
        </w:r>
      </w:hyperlink>
      <w:r>
        <w:t xml:space="preserve"> - The official website of the Commodore Ballroom in Vancouver offers information about upcoming events, including the 'Vancouver Pride with Queer as Funk' concert on July 31, 2026. The venue is located at 868 Granville Street, Vancouver, BC. For event schedules, ticket purchases, and venue details, visit the provided link.</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miss604.com/2026/07/giveaway-queer-as-funk-kicks-off-pride-weekend-at-the-commodore/" TargetMode="External"/><Relationship Id="rId10" Type="http://schemas.openxmlformats.org/officeDocument/2006/relationships/hyperlink" Target="https://www.ticketmaster.ca/vancouver-pride-with-queer-as-funk-vancouver-british-columbia-07-31-2026/event/11006451D371EC84?tt_scene=anchor_view" TargetMode="External"/><Relationship Id="rId11" Type="http://schemas.openxmlformats.org/officeDocument/2006/relationships/hyperlink" Target="https://www.commodoreballroom.com/" TargetMode="External"/><Relationship Id="rId12" Type="http://schemas.openxmlformats.org/officeDocument/2006/relationships/hyperlink" Target="https://www.ticketmaster.ca/queer-as-funk-billets/artist/220953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