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 Moments from Victoria 2026: Why 80,000 Turned Out for Rainbow Celebration</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Bursting with colour and community spirit, Victoria’s Pride parade drew more than 80,000 people on July 12, 2026 , a joyful, family-friendly celebration that wound through downtown to MacDonald Park and kicked off a festival with live music, drag and 130+ vendors. Here’s what made this year stand out and why it mattered.</w:t>
      </w:r>
      <w:r/>
    </w:p>
    <w:p>
      <w:r/>
      <w:r>
        <w:t>Essential Takeaways</w:t>
      </w:r>
      <w:r/>
      <w:r/>
    </w:p>
    <w:p>
      <w:pPr>
        <w:pStyle w:val="ListBullet"/>
        <w:spacing w:line="240" w:lineRule="auto"/>
        <w:ind w:left="720"/>
      </w:pPr>
      <w:r/>
      <w:r>
        <w:rPr>
          <w:b/>
        </w:rPr>
        <w:t>Huge turnout:</w:t>
      </w:r>
      <w:r>
        <w:t xml:space="preserve"> Organisers and photographers reported more than 80,000 spectators lining the 2.4 km route, creating a buzzing, packed atmosphere.</w:t>
      </w:r>
      <w:r/>
    </w:p>
    <w:p>
      <w:pPr>
        <w:pStyle w:val="ListBullet"/>
        <w:spacing w:line="240" w:lineRule="auto"/>
        <w:ind w:left="720"/>
      </w:pPr>
      <w:r/>
      <w:r>
        <w:rPr>
          <w:b/>
        </w:rPr>
        <w:t>Big parade presence:</w:t>
      </w:r>
      <w:r>
        <w:t xml:space="preserve"> Over 140 entries and hundreds of marchers filled the street, giving the crowd a steady stream of floats, banners and performers.</w:t>
      </w:r>
      <w:r/>
    </w:p>
    <w:p>
      <w:pPr>
        <w:pStyle w:val="ListBullet"/>
        <w:spacing w:line="240" w:lineRule="auto"/>
        <w:ind w:left="720"/>
      </w:pPr>
      <w:r/>
      <w:r>
        <w:rPr>
          <w:b/>
        </w:rPr>
        <w:t>Festival after-party:</w:t>
      </w:r>
      <w:r>
        <w:t xml:space="preserve"> The free Pride Festival at MacDonald Park featured live drag, music and 130+ vendors , easy to wander, family-friendly and lively.</w:t>
      </w:r>
      <w:r/>
    </w:p>
    <w:p>
      <w:pPr>
        <w:pStyle w:val="ListBullet"/>
        <w:spacing w:line="240" w:lineRule="auto"/>
        <w:ind w:left="720"/>
      </w:pPr>
      <w:r/>
      <w:r>
        <w:rPr>
          <w:b/>
        </w:rPr>
        <w:t>Local leaders joined in:</w:t>
      </w:r>
      <w:r>
        <w:t xml:space="preserve"> City and regional politicians were visible among attendees, signalling civic support while keeping the mood celebratory.</w:t>
      </w:r>
      <w:r/>
    </w:p>
    <w:p>
      <w:pPr>
        <w:pStyle w:val="ListBullet"/>
        <w:spacing w:line="240" w:lineRule="auto"/>
        <w:ind w:left="720"/>
      </w:pPr>
      <w:r/>
      <w:r>
        <w:rPr>
          <w:b/>
        </w:rPr>
        <w:t>Sunny timing:</w:t>
      </w:r>
      <w:r>
        <w:t xml:space="preserve"> The parade’s sunny morning helped turn out a wide cross-section of the city, from families to long-time activists.</w:t>
      </w:r>
      <w:r/>
      <w:r/>
    </w:p>
    <w:p>
      <w:pPr>
        <w:pStyle w:val="Heading2"/>
      </w:pPr>
      <w:r>
        <w:t>What the numbers tell us , and how that feels on the street</w:t>
      </w:r>
      <w:r/>
    </w:p>
    <w:p>
      <w:r/>
      <w:r>
        <w:t>More than 80,000 people is a headline number, but the real story is the sensory one: packed sidewalks, cheering, music and the constant flash of rainbow flags and colourful costumes. According to event listings and parade previews, the route ran from Johnson and Government through downtown to MacDonald Park, a compact 2.4-kilometre loop that keeps the action concentrated and bumper-to-bumper.</w:t>
      </w:r>
      <w:r/>
    </w:p>
    <w:p>
      <w:r/>
      <w:r>
        <w:t>Organisers say large turnouts like this reflect both local enthusiasm and wider attention on Pride season. For visitors, the experience is immediate , tight crowds, close-up performances and a carnival-like hum , so go early if you want a front-row spot or bring a picnic blanket for chill viewing near the finish.</w:t>
      </w:r>
      <w:r/>
    </w:p>
    <w:p>
      <w:pPr>
        <w:pStyle w:val="Heading2"/>
      </w:pPr>
      <w:r>
        <w:t>Floats, entries and community groups , diversity on display</w:t>
      </w:r>
      <w:r/>
    </w:p>
    <w:p>
      <w:r/>
      <w:r>
        <w:t>With more than 140 entries, the parade had something for everyone: arts groups, unions, local businesses, activist contingents and plenty of community-run floats. That mix helps keep the event both celebratory and civic , a place for protest, solidarity and pure fun.</w:t>
      </w:r>
      <w:r/>
    </w:p>
    <w:p>
      <w:r/>
      <w:r>
        <w:t>If you’re planning to march next year, the Pride Society’s parade pages lay out entry rules and deadlines, and they tend to fill quickly. For spectators, spotting your favourite groups is half the fun; organisers usually publish an order-of-appearance so you can time your arrival.</w:t>
      </w:r>
      <w:r/>
    </w:p>
    <w:p>
      <w:pPr>
        <w:pStyle w:val="Heading2"/>
      </w:pPr>
      <w:r>
        <w:t>Festival at MacDonald Park , the all-ages party after the march</w:t>
      </w:r>
      <w:r/>
    </w:p>
    <w:p>
      <w:r/>
      <w:r>
        <w:t>Finish-line energy spilled into MacDonald Park, where a free Pride Festival staged live drag, music and more than 130 vendors. It’s designed to be family-friendly, so expect everything from craft stalls and community booths to louder performance stages.</w:t>
      </w:r>
      <w:r/>
    </w:p>
    <w:p>
      <w:r/>
      <w:r>
        <w:t>Practical tip: festivals can get busy quickly, so scope the vendor map early, pick a meeting spot with good sightlines and keep hydrated , especially on a sunny July day.</w:t>
      </w:r>
      <w:r/>
    </w:p>
    <w:p>
      <w:pPr>
        <w:pStyle w:val="Heading2"/>
      </w:pPr>
      <w:r>
        <w:t>Civic support and local faces , why politicians showing up matters</w:t>
      </w:r>
      <w:r/>
    </w:p>
    <w:p>
      <w:r/>
      <w:r>
        <w:t>Local leaders were present among the crowds, a reminder that Pride has a civic dimension. Their attendance signals municipal support while the event itself remains grassroots and community-led. That balance matters to many attendees who want recognition without the parade being co-opted.</w:t>
      </w:r>
      <w:r/>
    </w:p>
    <w:p>
      <w:r/>
      <w:r>
        <w:t>Observers note the tone in Victoria tends to be welcoming and pragmatic; officials often use the occasion to listen and to publicly back local services for 2SLGBTQ+ people.</w:t>
      </w:r>
      <w:r/>
    </w:p>
    <w:p>
      <w:pPr>
        <w:pStyle w:val="Heading2"/>
      </w:pPr>
      <w:r>
        <w:t>Why this year felt different , momentum, timing and tourism</w:t>
      </w:r>
      <w:r/>
    </w:p>
    <w:p>
      <w:r/>
      <w:r>
        <w:t>Timing matters. The parade followed weeks of global sporting colour, and many locals chose rainbow over national kits , a small but visible cultural choice. With tourism bodies highlighting Victoria as a Pride destination, the event also feeds summer visitor itineraries, giving local businesses a lively weekend.</w:t>
      </w:r>
      <w:r/>
    </w:p>
    <w:p>
      <w:r/>
      <w:r>
        <w:t>Looking ahead, organisers are likely to build on this momentum: more programming, clearer accessibility info and continued outreach to new neighbourhoods. If you care about access, watch the Pride Society’s festival and FAQ pages for transport, accessibility and volunteer slots.</w:t>
      </w:r>
      <w:r/>
    </w:p>
    <w:p>
      <w:r/>
      <w:r>
        <w:t>It's a small change that can make every celebration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3">
        <w:r>
          <w:rPr>
            <w:color w:val="0000EE"/>
            <w:u w:val="single"/>
          </w:rPr>
          <w:t>[3]</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15">
        <w:r>
          <w:rPr>
            <w:color w:val="0000EE"/>
            <w:u w:val="single"/>
          </w:rPr>
          <w:t>[7]</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https://vicnews.com/2026/07/12/photos-over-80k-paint-victoria-all-colours-of-the-rainbow-for-pride/</w:t>
        </w:r>
      </w:hyperlink>
      <w:r>
        <w:t xml:space="preserve"> - Please view link - unable to able to access data</w:t>
      </w:r>
      <w:r/>
    </w:p>
    <w:p>
      <w:pPr>
        <w:pStyle w:val="ListNumber"/>
        <w:spacing w:line="240" w:lineRule="auto"/>
        <w:ind w:left="720"/>
      </w:pPr>
      <w:r/>
      <w:hyperlink r:id="rId10">
        <w:r>
          <w:rPr>
            <w:color w:val="0000EE"/>
            <w:u w:val="single"/>
          </w:rPr>
          <w:t>https://victoriapridesociety.org/pride-2026/parade/</w:t>
        </w:r>
      </w:hyperlink>
      <w:r>
        <w:t xml:space="preserve"> - The Victoria Pride Society's official page for the 2026 Pride Parade, scheduled for Sunday, July 12, 2026, at 11 AM in downtown Victoria. The parade is expected to feature approximately 140 entries and attract over 80,000 spectators, lasting about 90 minutes and concluding at the Victoria Pride Festival in the Park. The page provides detailed information about the parade route, participation, and related events.</w:t>
      </w:r>
      <w:r/>
    </w:p>
    <w:p>
      <w:pPr>
        <w:pStyle w:val="ListNumber"/>
        <w:spacing w:line="240" w:lineRule="auto"/>
        <w:ind w:left="720"/>
      </w:pPr>
      <w:r/>
      <w:hyperlink r:id="rId13">
        <w:r>
          <w:rPr>
            <w:color w:val="0000EE"/>
            <w:u w:val="single"/>
          </w:rPr>
          <w:t>https://victoriapridesociety.org/pride-2026/festival/</w:t>
        </w:r>
      </w:hyperlink>
      <w:r>
        <w:t xml:space="preserve"> - Details about the Festival in the Park 2026, organised by the Victoria Pride Society, taking place on Sunday, July 12, 2026, at MacDonald Park in James Bay. The festival grounds open at 11 AM, offering a quieter atmosphere before the main entertainment begins at 12 PM. Attendees can enjoy performances by drag artists, DJs, and other talented performers, along with over 130 vendors and a diverse food court. The event is free and family-friendly, with activities for all ages.</w:t>
      </w:r>
      <w:r/>
    </w:p>
    <w:p>
      <w:pPr>
        <w:pStyle w:val="ListNumber"/>
        <w:spacing w:line="240" w:lineRule="auto"/>
        <w:ind w:left="720"/>
      </w:pPr>
      <w:r/>
      <w:hyperlink r:id="rId14">
        <w:r>
          <w:rPr>
            <w:color w:val="0000EE"/>
            <w:u w:val="single"/>
          </w:rPr>
          <w:t>https://victoriapridesociety.org/pride-2026/2026s-faq-copy/</w:t>
        </w:r>
      </w:hyperlink>
      <w:r>
        <w:t xml:space="preserve"> - A comprehensive FAQ page for the 2026 Victoria Pride events, providing essential information for attendees. It covers parade details, including the starting point at Johnson and Government streets, the parade's duration of approximately 90 minutes, and the availability of public washrooms along the route. The festival section addresses location, entry requirements, bike parking, beverage options, and amenities like portable washrooms and a designated smoking area. The page also offers guidance on bringing reusable water bottles and other event specifics.</w:t>
      </w:r>
      <w:r/>
    </w:p>
    <w:p>
      <w:pPr>
        <w:pStyle w:val="ListNumber"/>
        <w:spacing w:line="240" w:lineRule="auto"/>
        <w:ind w:left="720"/>
      </w:pPr>
      <w:r/>
      <w:hyperlink r:id="rId12">
        <w:r>
          <w:rPr>
            <w:color w:val="0000EE"/>
            <w:u w:val="single"/>
          </w:rPr>
          <w:t>https://www.tourismvictoria.com/events/pride-parade-2026</w:t>
        </w:r>
      </w:hyperlink>
      <w:r>
        <w:t xml:space="preserve"> - An event listing for the 2026 Victoria Pride Parade, highlighting its start time at 11 AM on Sunday, July 12, 2026, in downtown Victoria. The listing notes the parade's vibrant and colourful nature, featuring as many as 140 entries and attracting over 80,000 spectators. It includes a photo credit to Victoria Pride Society and KZ Photography, emphasising the visual appeal of the event.</w:t>
      </w:r>
      <w:r/>
    </w:p>
    <w:p>
      <w:pPr>
        <w:pStyle w:val="ListNumber"/>
        <w:spacing w:line="240" w:lineRule="auto"/>
        <w:ind w:left="720"/>
      </w:pPr>
      <w:r/>
      <w:hyperlink r:id="rId11">
        <w:r>
          <w:rPr>
            <w:color w:val="0000EE"/>
            <w:u w:val="single"/>
          </w:rPr>
          <w:t>https://www.focusonvictoria.ca/events/event/3566-%F0%9F%8C%88-victoria-pride-parade/</w:t>
        </w:r>
      </w:hyperlink>
      <w:r>
        <w:t xml:space="preserve"> - An event announcement for the 2026 Victoria Pride Parade, scheduled for Sunday, July 12, 2026, at 11 AM in downtown Victoria. The listing highlights the parade's large and colourful nature, with as many as 140 entries and over 80,000 spectators. It provides basic event details and encourages community participation.</w:t>
      </w:r>
      <w:r/>
    </w:p>
    <w:p>
      <w:pPr>
        <w:pStyle w:val="ListNumber"/>
        <w:spacing w:line="240" w:lineRule="auto"/>
        <w:ind w:left="720"/>
      </w:pPr>
      <w:r/>
      <w:hyperlink r:id="rId15">
        <w:r>
          <w:rPr>
            <w:color w:val="0000EE"/>
            <w:u w:val="single"/>
          </w:rPr>
          <w:t>https://www.travelgay.com/event/victoria-pride</w:t>
        </w:r>
      </w:hyperlink>
      <w:r>
        <w:t xml:space="preserve"> - An overview of the Victoria Pride 2026 events, including the annual Pride Parade and Festival in the Park on Sunday, July 12, 2026. Organised by the Victoria Pride Society, the event takes place on the traditional territories of the Lekwungen Peoples, with relationships with the Songhees, Esquimalt, and WSÁNEĆ Peoples at the heart of the organisation. The page mentions supporting events leading up to the main weekend, such as the Memorial Drag Ball Game, Big Gay Dog Walk, and Pride in the Word, a literary and spoken word celebration. It also notes that nearly 300 volunteers contribute to bringing the festival together each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vicnews.com/2026/07/12/photos-over-80k-paint-victoria-all-colours-of-the-rainbow-for-pride/" TargetMode="External"/><Relationship Id="rId10" Type="http://schemas.openxmlformats.org/officeDocument/2006/relationships/hyperlink" Target="https://victoriapridesociety.org/pride-2026/parade/" TargetMode="External"/><Relationship Id="rId11" Type="http://schemas.openxmlformats.org/officeDocument/2006/relationships/hyperlink" Target="https://www.focusonvictoria.ca/events/event/3566-%F0%9F%8C%88-victoria-pride-parade/" TargetMode="External"/><Relationship Id="rId12" Type="http://schemas.openxmlformats.org/officeDocument/2006/relationships/hyperlink" Target="https://www.tourismvictoria.com/events/pride-parade-2026" TargetMode="External"/><Relationship Id="rId13" Type="http://schemas.openxmlformats.org/officeDocument/2006/relationships/hyperlink" Target="https://victoriapridesociety.org/pride-2026/festival/" TargetMode="External"/><Relationship Id="rId14" Type="http://schemas.openxmlformats.org/officeDocument/2006/relationships/hyperlink" Target="https://victoriapridesociety.org/pride-2026/2026s-faq-copy/" TargetMode="External"/><Relationship Id="rId15" Type="http://schemas.openxmlformats.org/officeDocument/2006/relationships/hyperlink" Target="https://www.travelgay.com/event/victoria-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