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Music Festivals in Enfield: Chroma Brings Colour, Pop and Community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music-lovers are turning out for Chroma: A Festival of Pride at Dugdale Arts Centre, a one-day celebration of LGBTQ artists, DJs and makers that promises a vibrant, family-friendly atmosphere and headline pop energy in the heart of Enfield.</w:t>
      </w:r>
      <w:r/>
    </w:p>
    <w:p>
      <w:r/>
      <w:r>
        <w:t>Essential takeaways</w:t>
      </w:r>
      <w:r/>
      <w:r/>
    </w:p>
    <w:p>
      <w:pPr>
        <w:pStyle w:val="ListBullet"/>
        <w:spacing w:line="240" w:lineRule="auto"/>
        <w:ind w:left="720"/>
      </w:pPr>
      <w:r/>
      <w:r>
        <w:rPr>
          <w:b/>
        </w:rPr>
        <w:t>Headline act:</w:t>
      </w:r>
      <w:r>
        <w:t xml:space="preserve"> Jo O’Meara from S Club will top the bill, bringing 2000s pop nostalgia to the Pride stage.</w:t>
      </w:r>
      <w:r/>
    </w:p>
    <w:p>
      <w:pPr>
        <w:pStyle w:val="ListBullet"/>
        <w:spacing w:line="240" w:lineRule="auto"/>
        <w:ind w:left="720"/>
      </w:pPr>
      <w:r/>
      <w:r>
        <w:rPr>
          <w:b/>
        </w:rPr>
        <w:t>Local talent:</w:t>
      </w:r>
      <w:r>
        <w:t xml:space="preserve"> Enfield’s Natalie Shay and a diverse roster including Bollyqueer and Harem of No One will perform across indoor and outdoor stages.</w:t>
      </w:r>
      <w:r/>
    </w:p>
    <w:p>
      <w:pPr>
        <w:pStyle w:val="ListBullet"/>
        <w:spacing w:line="240" w:lineRule="auto"/>
        <w:ind w:left="720"/>
      </w:pPr>
      <w:r/>
      <w:r>
        <w:rPr>
          <w:b/>
        </w:rPr>
        <w:t>All-ages event:</w:t>
      </w:r>
      <w:r>
        <w:t xml:space="preserve"> The festival is open to everyone, with food stalls, makers’ market and DJs as well as live acts.</w:t>
      </w:r>
      <w:r/>
    </w:p>
    <w:p>
      <w:pPr>
        <w:pStyle w:val="ListBullet"/>
        <w:spacing w:line="240" w:lineRule="auto"/>
        <w:ind w:left="720"/>
      </w:pPr>
      <w:r/>
      <w:r>
        <w:rPr>
          <w:b/>
        </w:rPr>
        <w:t>Community focus:</w:t>
      </w:r>
      <w:r>
        <w:t xml:space="preserve"> Organisers and the council frame Chroma as a celebration of identity, inclusivity and local LGBTQ creativity.</w:t>
      </w:r>
      <w:r/>
    </w:p>
    <w:p>
      <w:pPr>
        <w:pStyle w:val="ListBullet"/>
        <w:spacing w:line="240" w:lineRule="auto"/>
        <w:ind w:left="720"/>
      </w:pPr>
      <w:r/>
      <w:r>
        <w:rPr>
          <w:b/>
        </w:rPr>
        <w:t>Affordable access:</w:t>
      </w:r>
      <w:r>
        <w:t xml:space="preserve"> Tickets start from around £15, with more info and bookings via the Dugdale Arts Centre.</w:t>
      </w:r>
      <w:r/>
      <w:r/>
    </w:p>
    <w:p>
      <w:pPr>
        <w:pStyle w:val="Heading2"/>
      </w:pPr>
      <w:r>
        <w:t>What Chroma is and why it matters</w:t>
      </w:r>
      <w:r/>
    </w:p>
    <w:p>
      <w:r/>
      <w:r>
        <w:t>Chroma is a one-day Pride music festival staged at the Dugdale Arts Centre, designed to spotlight LGBTQ artists and community voices in Enfield. It’s a colourful, upbeat affair where live music, tribute acts and DJs play across indoor and outdoor stages, so there’s a bit of bustle and a bit of chill depending on your mood. According to the centre’s event page, organisers want Chroma to feel inclusive and accessible, making Pride visible right in the town centre.</w:t>
      </w:r>
      <w:r/>
    </w:p>
    <w:p>
      <w:r/>
      <w:r>
        <w:t>The timing matters: it’s a local, high-profile moment for LGBTQ talent to perform in the borough, and for neighbours to come together. There’s a makers’ marketplace and street-food options too, so it’s as much about browsing and meeting people as it is about the music.</w:t>
      </w:r>
      <w:r/>
    </w:p>
    <w:p>
      <w:pPr>
        <w:pStyle w:val="Heading2"/>
      </w:pPr>
      <w:r>
        <w:t>A headline with pop appeal</w:t>
      </w:r>
      <w:r/>
    </w:p>
    <w:p>
      <w:r/>
      <w:r>
        <w:t>Jo O’Meara, formerly of S Club, will headline the festival, which brings a touch of early-2000s pop optimism to the bill. That kind of familiar, singalong energy is a neat fit for a Pride event, songs people know tend to loosen the crowd up, create moments of collective joy, and keep families entertained.</w:t>
      </w:r>
      <w:r/>
    </w:p>
    <w:p>
      <w:r/>
      <w:r>
        <w:t>Alongside the headline slot, local artists such as Natalie Shay are showcased, reflecting a mix of national recognition and homegrown talent. If you like a blend of nostalgia and new voices, this lineup is made for that.</w:t>
      </w:r>
      <w:r/>
    </w:p>
    <w:p>
      <w:pPr>
        <w:pStyle w:val="Heading2"/>
      </w:pPr>
      <w:r>
        <w:t>How Chroma fits Enfield’s bigger cultural push</w:t>
      </w:r>
      <w:r/>
    </w:p>
    <w:p>
      <w:r/>
      <w:r>
        <w:t>Dugdale Arts Centre has been positioning itself as a place for community-focused programming, with live events spilling out to Library Green and local venues. The Chroma festival continues a trend the council has been promoting: live entertainment that brings people into the town centre and highlights local creatives. Enfield Council has promoted Pride activities at Dugdale as part of its summer line-up, underscoring the civic backing for cultural inclusion.</w:t>
      </w:r>
      <w:r/>
    </w:p>
    <w:p>
      <w:r/>
      <w:r>
        <w:t>That said, the festival also lands amid local conversation about how Pride is represented more widely in the borough, so Chroma is both a celebration and, in a way, a reminder that community events can shape the local narrative.</w:t>
      </w:r>
      <w:r/>
    </w:p>
    <w:p>
      <w:pPr>
        <w:pStyle w:val="Heading2"/>
      </w:pPr>
      <w:r>
        <w:t>Practical things to know before you go</w:t>
      </w:r>
      <w:r/>
    </w:p>
    <w:p>
      <w:r/>
      <w:r>
        <w:t>Tickets start from approximately £15 and are available through the Dugdale Arts Centre website; check the event page for exact prices and time slots. The site hosts acts across indoor and outdoor stages, so bring layers, Library Green can be breezy even on sunny days, and wear comfortable shoes if you plan to browse stalls.</w:t>
      </w:r>
      <w:r/>
    </w:p>
    <w:p>
      <w:r/>
      <w:r>
        <w:t>If you’re going with children, the event is family-friendly, but do check specific set times for acts that might be louder or late in the day. There’s an emphasis on accessibility and inclusivity, so expect a welcoming crowd and information on-site for any special requirements.</w:t>
      </w:r>
      <w:r/>
    </w:p>
    <w:p>
      <w:pPr>
        <w:pStyle w:val="Heading2"/>
      </w:pPr>
      <w:r>
        <w:t>Why locals should care , and what to expect next</w:t>
      </w:r>
      <w:r/>
    </w:p>
    <w:p>
      <w:r/>
      <w:r>
        <w:t>Chroma is a neat example of how a town can stage an affirming cultural event without needing to travel into central London. It’s a chance to hear new music, support LGBTQ makers and enjoy something that feels made for the community. For Enfield residents who want more regular arts-led moments, Dugdale’s programme suggests more live events are likely to follow.</w:t>
      </w:r>
      <w:r/>
    </w:p>
    <w:p>
      <w:r/>
      <w:r>
        <w:t>If the festival lands with the energy organisers hope for, it could become a summer staple that helps change how people think about Pride locally, less of a one-off headline and more of a colourful, recurring celebration.</w:t>
      </w:r>
      <w:r/>
    </w:p>
    <w:p>
      <w:r/>
      <w:r>
        <w:t>It's a small, local moment that could brighten a big summer for Enfield.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2">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https://enfielddispatch.co.uk/s-club-star-headlining-pride-music-festival-in-enfield-town/</w:t>
        </w:r>
      </w:hyperlink>
      <w:r>
        <w:t xml:space="preserve"> - Please view link - unable to able to access data</w:t>
      </w:r>
      <w:r/>
    </w:p>
    <w:p>
      <w:pPr>
        <w:pStyle w:val="ListNumber"/>
        <w:spacing w:line="240" w:lineRule="auto"/>
        <w:ind w:left="720"/>
      </w:pPr>
      <w:r/>
      <w:hyperlink r:id="rId10">
        <w:r>
          <w:rPr>
            <w:color w:val="0000EE"/>
            <w:u w:val="single"/>
          </w:rPr>
          <w:t>https://www.dugdaleartscentre.co.uk/whats-on/chroma-a-festival-of-pride</w:t>
        </w:r>
      </w:hyperlink>
      <w:r>
        <w:t xml:space="preserve"> - The Dugdale Arts Centre in Enfield is hosting 'Chroma: A Festival of Pride' on 18 July 2026. This one-day music festival celebrates Pride with a vibrant programme of live performances, including a mix of live acts, tributes, and DJs across indoor and outdoor stages. The event is open to all ages and aims to create an uplifting atmosphere that celebrates identity, creativity, and community pride. Tickets are available starting from £15.</w:t>
      </w:r>
      <w:r/>
    </w:p>
    <w:p>
      <w:pPr>
        <w:pStyle w:val="ListNumber"/>
        <w:spacing w:line="240" w:lineRule="auto"/>
        <w:ind w:left="720"/>
      </w:pPr>
      <w:r/>
      <w:hyperlink r:id="rId11">
        <w:r>
          <w:rPr>
            <w:color w:val="0000EE"/>
            <w:u w:val="single"/>
          </w:rPr>
          <w:t>https://www.enfield.gov.uk/news-and-events/2025/06/celebrate-pride-month-with-a-bold-lineup-at-the-dugdale-arts-centre</w:t>
        </w:r>
      </w:hyperlink>
      <w:r>
        <w:t xml:space="preserve"> - In June 2025, the Dugdale Arts Centre celebrated Pride Month with a series of free events, including creative workshops, live performances, and hands-on experiences led by diverse artists. The programme featured activities such as burlesque dance skills, drag make-up workshops, and spoken word sessions, all aimed at entertaining, empowering, and connecting the local community.</w:t>
      </w:r>
      <w:r/>
    </w:p>
    <w:p>
      <w:pPr>
        <w:pStyle w:val="ListNumber"/>
        <w:spacing w:line="240" w:lineRule="auto"/>
        <w:ind w:left="720"/>
      </w:pPr>
      <w:r/>
      <w:hyperlink r:id="rId12">
        <w:r>
          <w:rPr>
            <w:color w:val="0000EE"/>
            <w:u w:val="single"/>
          </w:rPr>
          <w:t>https://www.enfield.gov.uk/news-and-events/dugdale-centre-brings-live-entertainment-to-library-green-in-enfield</w:t>
        </w:r>
      </w:hyperlink>
      <w:r>
        <w:t xml:space="preserve"> - In May 2021, the Dugdale Centre hosted a week-long culture festival on Library Green in Enfield Town. The event featured live entertainment, including giant stilt puppets, balloon artists, and acrobats from Tanzania. Local talent was also showcased, with performances by pianist Gwen Lee and singer Natalie from Magic If Theatre, who had appeared on ITV’s The Voice and collaborated with established artists.</w:t>
      </w:r>
      <w:r/>
    </w:p>
    <w:p>
      <w:pPr>
        <w:pStyle w:val="ListNumber"/>
        <w:spacing w:line="240" w:lineRule="auto"/>
        <w:ind w:left="720"/>
      </w:pPr>
      <w:r/>
      <w:hyperlink r:id="rId13">
        <w:r>
          <w:rPr>
            <w:color w:val="0000EE"/>
            <w:u w:val="single"/>
          </w:rPr>
          <w:t>https://www.enfield.gov.uk/news-and-events/2022/05/enfield-to-host-its-first-major-pride-festival</w:t>
        </w:r>
      </w:hyperlink>
      <w:r>
        <w:t xml:space="preserve"> - In June 2022, Enfield hosted its first major Pride festival on Library Green in Enfield Town. The two-day event featured performances by Sum Ting Wong, Vanity Milan, Cheryl Hole from RuPaul's Drag Race, X Factor winner Joe McElderry, and tribute acts to Cher and Lady Gaga. The festival aimed to celebrate diversity, inclusion, and equality within the community.</w:t>
      </w:r>
      <w:r/>
    </w:p>
    <w:p>
      <w:pPr>
        <w:pStyle w:val="ListNumber"/>
        <w:spacing w:line="240" w:lineRule="auto"/>
        <w:ind w:left="720"/>
      </w:pPr>
      <w:r/>
      <w:hyperlink r:id="rId14">
        <w:r>
          <w:rPr>
            <w:color w:val="0000EE"/>
            <w:u w:val="single"/>
          </w:rPr>
          <w:t>https://www.enfield.gov.uk/news-and-events/2023/02/a-feast-for-the-senses-at-enfield-culture-festival</w:t>
        </w:r>
      </w:hyperlink>
      <w:r>
        <w:t xml:space="preserve"> - In February 2023, the Enfield Culture Festival celebrated the borough’s artistic scene with a week-long festival at the Dugdale Arts Centre. The event featured a diverse range of performers, including live jazz, Caribbean tea dances, and LGBTQ+ nightlife-inspired clubs. Supported by Arts Council England, the festival aimed to rejoice in local culture and creativity.</w:t>
      </w:r>
      <w:r/>
    </w:p>
    <w:p>
      <w:pPr>
        <w:pStyle w:val="ListNumber"/>
        <w:spacing w:line="240" w:lineRule="auto"/>
        <w:ind w:left="720"/>
      </w:pPr>
      <w:r/>
      <w:hyperlink r:id="rId15">
        <w:r>
          <w:rPr>
            <w:color w:val="0000EE"/>
            <w:u w:val="single"/>
          </w:rPr>
          <w:t>https://enfielddispatch.co.uk/taking-pride-in-our-borough/</w:t>
        </w:r>
      </w:hyperlink>
      <w:r>
        <w:t xml:space="preserve"> - In June 2025, Enfield celebrated Pride with a series of events at the Dugdale Arts Centre. These included a queer performance event featuring burlesque, cabaret, comedy, and drag, exploring how these art forms have been spaces of liberation and community. Additionally, a panel discussion titled 'Harem of No One' was held, focusing on LGBTQ+ performers of Cypriot, Kurdish, Turkish, and SWANA heritage.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nfielddispatch.co.uk/s-club-star-headlining-pride-music-festival-in-enfield-town/" TargetMode="External"/><Relationship Id="rId10" Type="http://schemas.openxmlformats.org/officeDocument/2006/relationships/hyperlink" Target="https://www.dugdaleartscentre.co.uk/whats-on/chroma-a-festival-of-pride" TargetMode="External"/><Relationship Id="rId11" Type="http://schemas.openxmlformats.org/officeDocument/2006/relationships/hyperlink" Target="https://www.enfield.gov.uk/news-and-events/2025/06/celebrate-pride-month-with-a-bold-lineup-at-the-dugdale-arts-centre" TargetMode="External"/><Relationship Id="rId12" Type="http://schemas.openxmlformats.org/officeDocument/2006/relationships/hyperlink" Target="https://www.enfield.gov.uk/news-and-events/dugdale-centre-brings-live-entertainment-to-library-green-in-enfield" TargetMode="External"/><Relationship Id="rId13" Type="http://schemas.openxmlformats.org/officeDocument/2006/relationships/hyperlink" Target="https://www.enfield.gov.uk/news-and-events/2022/05/enfield-to-host-its-first-major-pride-festival" TargetMode="External"/><Relationship Id="rId14" Type="http://schemas.openxmlformats.org/officeDocument/2006/relationships/hyperlink" Target="https://www.enfield.gov.uk/news-and-events/2023/02/a-feast-for-the-senses-at-enfield-culture-festival" TargetMode="External"/><Relationship Id="rId15" Type="http://schemas.openxmlformats.org/officeDocument/2006/relationships/hyperlink" Target="https://enfielddispatch.co.uk/taking-pride-in-our-boroug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