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Northampton Pride 2026 Moments: Market Square Bursts into Colour and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Bask in the buzz , Northampton Pride drew hundreds to Market Square on Saturday July 11, as sunshine, a parade and live music turned the town centre into a festival of colour and community spirit. Here’s what happened, who took part and why it mattered to locals and visitors alike.</w:t>
      </w:r>
      <w:r/>
    </w:p>
    <w:p>
      <w:r/>
      <w:r>
        <w:t>Essential Takeaways</w:t>
      </w:r>
      <w:r/>
      <w:r/>
    </w:p>
    <w:p>
      <w:pPr>
        <w:pStyle w:val="ListBullet"/>
        <w:spacing w:line="240" w:lineRule="auto"/>
        <w:ind w:left="720"/>
      </w:pPr>
      <w:r/>
      <w:r>
        <w:rPr>
          <w:b/>
        </w:rPr>
        <w:t>Big turnout:</w:t>
      </w:r>
      <w:r>
        <w:t xml:space="preserve"> Hundreds attended, creating a warm, joyous atmosphere across Market Square.</w:t>
      </w:r>
      <w:r/>
    </w:p>
    <w:p>
      <w:pPr>
        <w:pStyle w:val="ListBullet"/>
        <w:spacing w:line="240" w:lineRule="auto"/>
        <w:ind w:left="720"/>
      </w:pPr>
      <w:r/>
      <w:r>
        <w:rPr>
          <w:b/>
        </w:rPr>
        <w:t>Parade and performers:</w:t>
      </w:r>
      <w:r>
        <w:t xml:space="preserve"> Community groups marched in a lively parade and a full line-up of live music entertained the crowd.</w:t>
      </w:r>
      <w:r/>
    </w:p>
    <w:p>
      <w:pPr>
        <w:pStyle w:val="ListBullet"/>
        <w:spacing w:line="240" w:lineRule="auto"/>
        <w:ind w:left="720"/>
      </w:pPr>
      <w:r/>
      <w:r>
        <w:rPr>
          <w:b/>
        </w:rPr>
        <w:t>Stalls and support:</w:t>
      </w:r>
      <w:r>
        <w:t xml:space="preserve"> Charities, local businesses and community groups staffed stalls offering information, activities and refreshments.</w:t>
      </w:r>
      <w:r/>
    </w:p>
    <w:p>
      <w:pPr>
        <w:pStyle w:val="ListBullet"/>
        <w:spacing w:line="240" w:lineRule="auto"/>
        <w:ind w:left="720"/>
      </w:pPr>
      <w:r/>
      <w:r>
        <w:rPr>
          <w:b/>
        </w:rPr>
        <w:t>Family-friendly vibe:</w:t>
      </w:r>
      <w:r>
        <w:t xml:space="preserve"> The event felt inclusive and celebratory, with something for different ages and interests.</w:t>
      </w:r>
      <w:r/>
    </w:p>
    <w:p>
      <w:pPr>
        <w:pStyle w:val="ListBullet"/>
        <w:spacing w:line="240" w:lineRule="auto"/>
        <w:ind w:left="720"/>
      </w:pPr>
      <w:r/>
      <w:r>
        <w:rPr>
          <w:b/>
        </w:rPr>
        <w:t>Central setting:</w:t>
      </w:r>
      <w:r>
        <w:t xml:space="preserve"> Market Square’s open, historic space proved ideal , easy to navigate, easy to join in.</w:t>
      </w:r>
      <w:r/>
      <w:r/>
    </w:p>
    <w:p>
      <w:pPr>
        <w:pStyle w:val="Heading2"/>
      </w:pPr>
      <w:r>
        <w:t>Sunshine, sound and colour: the scene in Market Square</w:t>
      </w:r>
      <w:r/>
    </w:p>
    <w:p>
      <w:r/>
      <w:r>
        <w:t>The strongest impression on Saturday was how bright it all felt , not just the weather, but the colour, the music and the chatter. According to local reporting, Market Square filled with people from across Northampton, many gathered to watch the parade and enjoy the stage acts. Market Square’s central layout made it simple for families and friends to drift between performances and stalls, giving the day a relaxed festival pace.</w:t>
      </w:r>
      <w:r/>
    </w:p>
    <w:p>
      <w:r/>
      <w:r>
        <w:t>The event followed a growing pattern of town-centre Prides that aim to be accessible as well as celebratory. Organisers positioned stages and stalls so visitors could see a variety of acts without feeling crowded, and the open-square setting amplified both the sound and the sense of community. If you’re planning to visit a future Pride, take comfortable shoes , you’ll be on your feet, moving between music, food and conversation.</w:t>
      </w:r>
      <w:r/>
    </w:p>
    <w:p>
      <w:pPr>
        <w:pStyle w:val="Heading2"/>
      </w:pPr>
      <w:r>
        <w:t>Parade energy: community groups taking the lead</w:t>
      </w:r>
      <w:r/>
    </w:p>
    <w:p>
      <w:r/>
      <w:r>
        <w:t>A parade around the square was a highlight, bringing community groups, charities and allies together in a visual, joyful march. Local groups have been central to Northampton’s Pride planning, and their presence on the route reinforced the event’s grassroots feel. Witnesses said the march felt inclusive and uplifting, with banners, costumes and a few poignant speeches.</w:t>
      </w:r>
      <w:r/>
    </w:p>
    <w:p>
      <w:r/>
      <w:r>
        <w:t>Parades like this are more than theatre; they’re a way for organisations to connect directly with the public. If you’re with a community group thinking of joining next time, consider a simple float or banner and a clear sign-up table at your stall , that visibility keeps the momentum going long after the music stops.</w:t>
      </w:r>
      <w:r/>
    </w:p>
    <w:p>
      <w:pPr>
        <w:pStyle w:val="Heading2"/>
      </w:pPr>
      <w:r>
        <w:t>Music on stage: a full line-up kept the crowd moving</w:t>
      </w:r>
      <w:r/>
    </w:p>
    <w:p>
      <w:r/>
      <w:r>
        <w:t>Live music was stacked across the day, with acts performing on a central stage that acted as the festival’s heartbeat. The variety of performers meant there was something for different tastes, and the steady stream of music helped sustain a lively, convivial mood across the square. Organisers aimed for broad appeal, and the result was a soundtrack that felt celebratory rather than competitive.</w:t>
      </w:r>
      <w:r/>
    </w:p>
    <w:p>
      <w:r/>
      <w:r>
        <w:t>For future attendees, arrive early if you want front-row spots for headline sets, but know the sound travels well , you’ll hear the main acts from most corners of the square. Performers and promoters have opportunities here too; local venues and booking platforms often use Northampton Pride to showcase rising talent.</w:t>
      </w:r>
      <w:r/>
    </w:p>
    <w:p>
      <w:pPr>
        <w:pStyle w:val="Heading2"/>
      </w:pPr>
      <w:r>
        <w:t>Stalls, charities and local business: Pride as a marketplace of ideas</w:t>
      </w:r>
      <w:r/>
    </w:p>
    <w:p>
      <w:r/>
      <w:r>
        <w:t>Around the square, stalls offered everything from information and charity sign-ups to food and drink. Local businesses used the day to connect with customers while charities and support groups engaged people directly about services and volunteering. The balance of commercial stalls and community resources helped the event feel useful as well as festive.</w:t>
      </w:r>
      <w:r/>
    </w:p>
    <w:p>
      <w:r/>
      <w:r>
        <w:t>If you’re a stallholder considering future Prides, pack clear literature, a contact form and a small giveaway , simple items help start conversations. For visitors, stalls are the best place to find out how to get involved locally or to pick up a keepsake that supports a cause.</w:t>
      </w:r>
      <w:r/>
    </w:p>
    <w:p>
      <w:pPr>
        <w:pStyle w:val="Heading2"/>
      </w:pPr>
      <w:r>
        <w:t>What Northampton Pride means going forward</w:t>
      </w:r>
      <w:r/>
    </w:p>
    <w:p>
      <w:r/>
      <w:r>
        <w:t>Events like this matter because they turn visibility into connection. Northampton’s Market Square provided a public, central stage where celebration and civic life met , and hundreds turning up is a reminder that Pride is as much about community infrastructure as it is about performance. Local reporting suggests organisers and volunteers will build on this momentum, widening reach and supporting more community partners next year.</w:t>
      </w:r>
      <w:r/>
    </w:p>
    <w:p>
      <w:r/>
      <w:r>
        <w:t>So whether you were there for the parade, the music or the company, Northampton Pride 2026 left a clear impression: when a town comes together in daylight, the result is loud, proud and often quietly transformative.</w:t>
      </w:r>
      <w:r/>
    </w:p>
    <w:p>
      <w:r/>
      <w:r>
        <w:t>It's a small change that makes every celebration feel like it belongs to the whole town.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14">
        <w:r>
          <w:rPr>
            <w:color w:val="0000EE"/>
            <w:u w:val="single"/>
          </w:rPr>
          <w:t>[5]</w:t>
        </w:r>
      </w:hyperlink>
      <w:r>
        <w:t xml:space="preserve">, </w:t>
      </w:r>
      <w:hyperlink r:id="rId11">
        <w:r>
          <w:rPr>
            <w:color w:val="0000EE"/>
            <w:u w:val="single"/>
          </w:rPr>
          <w:t>[3]</w:t>
        </w:r>
      </w:hyperlink>
      <w:r>
        <w:t xml:space="preserve">- Paragraph 5: </w:t>
      </w:r>
      <w:hyperlink r:id="rId15">
        <w:r>
          <w:rPr>
            <w:color w:val="0000EE"/>
            <w:u w:val="single"/>
          </w:rPr>
          <w:t>[6]</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https://www.northamptonchron.co.uk/news/people/in-pictures-explosion-of-colour-and-joy-as-northampton-pride-takes-over-market-square-8792409</w:t>
        </w:r>
      </w:hyperlink>
      <w:r>
        <w:t xml:space="preserve"> - Please view link - unable to able to access data</w:t>
      </w:r>
      <w:r/>
    </w:p>
    <w:p>
      <w:pPr>
        <w:pStyle w:val="ListNumber"/>
        <w:spacing w:line="240" w:lineRule="auto"/>
        <w:ind w:left="720"/>
      </w:pPr>
      <w:r/>
      <w:hyperlink r:id="rId10">
        <w:r>
          <w:rPr>
            <w:color w:val="0000EE"/>
            <w:u w:val="single"/>
          </w:rPr>
          <w:t>https://www.westnorthants.gov.uk/events-and-activities/northampton-pride</w:t>
        </w:r>
      </w:hyperlink>
      <w:r>
        <w:t xml:space="preserve"> - Northampton Pride 2026 is scheduled for Saturday, 11 July, in Northampton Market Square. Organised by the Northampton Pride Committee, the event will feature live performances, walkabout entertainers, food and drink stalls, and community spaces. The Pride Parade will commence at 12 pm, with community groups leading the procession. The day's entertainment includes performances by Theatre Front of House, Northampton Musical Theatre Company, Mixx Lab DJs, That Joe Payne, Miss Cara-mel Latte, Teena, and Late Night Talking – A Harry Styles Tribute. Over 50 stalls will showcase LGBTQ+ organisations, inclusive sports clubs, local services, and independent businesses. Applications for local groups, organisations, and businesses to sponsor Northampton Pride 2026 were submitted before Friday, 8 May. (</w:t>
      </w:r>
      <w:hyperlink r:id="rId16">
        <w:r>
          <w:rPr>
            <w:color w:val="0000EE"/>
            <w:u w:val="single"/>
          </w:rPr>
          <w:t>westnorthants.gov.uk</w:t>
        </w:r>
      </w:hyperlink>
      <w:r>
        <w:t>)</w:t>
      </w:r>
      <w:r/>
    </w:p>
    <w:p>
      <w:pPr>
        <w:pStyle w:val="ListNumber"/>
        <w:spacing w:line="240" w:lineRule="auto"/>
        <w:ind w:left="720"/>
      </w:pPr>
      <w:r/>
      <w:hyperlink r:id="rId11">
        <w:r>
          <w:rPr>
            <w:color w:val="0000EE"/>
            <w:u w:val="single"/>
          </w:rPr>
          <w:t>https://www.discovernorthampton.co.uk/venue/northampton-market-square/</w:t>
        </w:r>
      </w:hyperlink>
      <w:r>
        <w:t xml:space="preserve"> - Northampton Market Square is the central hub for various events, including Northampton Pride 2026. The square is a vibrant location in the heart of Northampton, hosting numerous community activities and celebrations throughout the year. For more information on events and activities in the Market Square, visit the Discover Northampton website. (</w:t>
      </w:r>
      <w:hyperlink r:id="rId17">
        <w:r>
          <w:rPr>
            <w:color w:val="0000EE"/>
            <w:u w:val="single"/>
          </w:rPr>
          <w:t>discovernorthampton.co.uk</w:t>
        </w:r>
      </w:hyperlink>
      <w:r>
        <w:t>)</w:t>
      </w:r>
      <w:r/>
    </w:p>
    <w:p>
      <w:pPr>
        <w:pStyle w:val="ListNumber"/>
        <w:spacing w:line="240" w:lineRule="auto"/>
        <w:ind w:left="720"/>
      </w:pPr>
      <w:r/>
      <w:hyperlink r:id="rId12">
        <w:r>
          <w:rPr>
            <w:color w:val="0000EE"/>
            <w:u w:val="single"/>
          </w:rPr>
          <w:t>https://www.gaydio.co.uk/south-west/events/the-guide/event/northampton-pride/</w:t>
        </w:r>
      </w:hyperlink>
      <w:r>
        <w:t xml:space="preserve"> - NoHo Pride, Northampton's annual LGBTQ+ celebration, is set for Saturday, 11 July 2026. The event includes a parade through Northampton town centre, with the main festival site hosting stages, community stalls, family activities, and food and drink throughout the day. The 2026 line-up has not yet been confirmed by the organisers. NoHo Pride is free entry, with donations and sponsorship helping to keep the event accessible. For the confirmed parade route, full line-up, and accessibility information, check the NoHo Pride website. (</w:t>
      </w:r>
      <w:hyperlink r:id="rId18">
        <w:r>
          <w:rPr>
            <w:color w:val="0000EE"/>
            <w:u w:val="single"/>
          </w:rPr>
          <w:t>gaydio.co.uk</w:t>
        </w:r>
      </w:hyperlink>
      <w:r>
        <w:t>)</w:t>
      </w:r>
      <w:r/>
    </w:p>
    <w:p>
      <w:pPr>
        <w:pStyle w:val="ListNumber"/>
        <w:spacing w:line="240" w:lineRule="auto"/>
        <w:ind w:left="720"/>
      </w:pPr>
      <w:r/>
      <w:hyperlink r:id="rId14">
        <w:r>
          <w:rPr>
            <w:color w:val="0000EE"/>
            <w:u w:val="single"/>
          </w:rPr>
          <w:t>https://www.revolutionradio.com/news/local-news-northampton/partner-with-pride-performer-stallholder-and-sponsor-opportunities/</w:t>
        </w:r>
      </w:hyperlink>
      <w:r>
        <w:t xml:space="preserve"> - Applications are open for local groups, organisations, and businesses to sponsor Northampton Pride 2026, taking place on Saturday, 11 July 2026, in Northampton Market Square. Performers, food vendors, stallholders, volunteers, and community groups are also invited to get involved. This is a fantastic opportunity to align your brand with a strong commitment to inclusion and equality while taking part in a joyful celebration of Northampton’s vibrant LGBTQ+ community. (</w:t>
      </w:r>
      <w:hyperlink r:id="rId19">
        <w:r>
          <w:rPr>
            <w:color w:val="0000EE"/>
            <w:u w:val="single"/>
          </w:rPr>
          <w:t>revolutionradio.com</w:t>
        </w:r>
      </w:hyperlink>
      <w:r>
        <w:t>)</w:t>
      </w:r>
      <w:r/>
    </w:p>
    <w:p>
      <w:pPr>
        <w:pStyle w:val="ListNumber"/>
        <w:spacing w:line="240" w:lineRule="auto"/>
        <w:ind w:left="720"/>
      </w:pPr>
      <w:r/>
      <w:hyperlink r:id="rId15">
        <w:r>
          <w:rPr>
            <w:color w:val="0000EE"/>
            <w:u w:val="single"/>
          </w:rPr>
          <w:t>https://discover-northamptonshire.co.uk/event/corby-pride-2026/?sourcepage=online-online</w:t>
        </w:r>
      </w:hyperlink>
      <w:r>
        <w:t xml:space="preserve"> - Corby Pride 2026 is scheduled for Saturday, 13 June 2026, at Coronation Park in Corby, Northamptonshire. The event runs from 12:00 pm to 6:00 pm and is free to attend. The day's festivities include a parade starting at James Ashworth VC Square, live entertainment on two stages, a marketplace with over 50 vendors, and family-friendly activities. The main stage features performances by artists such as Zoe Roderick, Tara Simms, and Flash (a Queen tribute). The community stage offers local talent and interactive sessions. Roaming performers, a marketplace with local vendors, and family-friendly features like inflatables and a neurodiversity safe space are also part of the celebration. (</w:t>
      </w:r>
      <w:hyperlink r:id="rId20">
        <w:r>
          <w:rPr>
            <w:color w:val="0000EE"/>
            <w:u w:val="single"/>
          </w:rPr>
          <w:t>discover-northamptonshire.co.uk</w:t>
        </w:r>
      </w:hyperlink>
      <w:r>
        <w:t>)</w:t>
      </w:r>
      <w:r/>
    </w:p>
    <w:p>
      <w:pPr>
        <w:pStyle w:val="ListNumber"/>
        <w:spacing w:line="240" w:lineRule="auto"/>
        <w:ind w:left="720"/>
      </w:pPr>
      <w:r/>
      <w:hyperlink r:id="rId13">
        <w:r>
          <w:rPr>
            <w:color w:val="0000EE"/>
            <w:u w:val="single"/>
          </w:rPr>
          <w:t>https://www.pinkuk.com/events/europe/uk/northamptonshire/northampton/northampton-pride-2026</w:t>
        </w:r>
      </w:hyperlink>
      <w:r>
        <w:t xml:space="preserve"> - Northampton Pride 2026 is scheduled for Saturday, 11 July 2026, in Northampton Market Square. Now in its ninth year, the event is organised by the Northampton Pride Committee and West Northamptonshire Council’s LGBTQ+ and Allies Forum. The celebration features live performances, walkabout entertainers, stalls, food, and more. The Pride Parade, a central part of the celebrations, will start in Northampton Town Centre at 11:00 am. Entertainment includes rainbow stilt walkers, hula hoopers, burlesque dancers, drag queens, and musical performances. The main stage is sponsored by Northampton Town Council, and several community groups will provide information and support. (</w:t>
      </w:r>
      <w:hyperlink r:id="rId21">
        <w:r>
          <w:rPr>
            <w:color w:val="0000EE"/>
            <w:u w:val="single"/>
          </w:rPr>
          <w:t>pinkuk.com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orthamptonchron.co.uk/news/people/in-pictures-explosion-of-colour-and-joy-as-northampton-pride-takes-over-market-square-8792409" TargetMode="External"/><Relationship Id="rId10" Type="http://schemas.openxmlformats.org/officeDocument/2006/relationships/hyperlink" Target="https://www.westnorthants.gov.uk/events-and-activities/northampton-pride" TargetMode="External"/><Relationship Id="rId11" Type="http://schemas.openxmlformats.org/officeDocument/2006/relationships/hyperlink" Target="https://www.discovernorthampton.co.uk/venue/northampton-market-square/" TargetMode="External"/><Relationship Id="rId12" Type="http://schemas.openxmlformats.org/officeDocument/2006/relationships/hyperlink" Target="https://www.gaydio.co.uk/south-west/events/the-guide/event/northampton-pride/" TargetMode="External"/><Relationship Id="rId13" Type="http://schemas.openxmlformats.org/officeDocument/2006/relationships/hyperlink" Target="https://www.pinkuk.com/events/europe/uk/northamptonshire/northampton/northampton-pride-2026" TargetMode="External"/><Relationship Id="rId14" Type="http://schemas.openxmlformats.org/officeDocument/2006/relationships/hyperlink" Target="https://www.revolutionradio.com/news/local-news-northampton/partner-with-pride-performer-stallholder-and-sponsor-opportunities/" TargetMode="External"/><Relationship Id="rId15" Type="http://schemas.openxmlformats.org/officeDocument/2006/relationships/hyperlink" Target="https://discover-northamptonshire.co.uk/event/corby-pride-2026/?sourcepage=online-online" TargetMode="External"/><Relationship Id="rId16" Type="http://schemas.openxmlformats.org/officeDocument/2006/relationships/hyperlink" Target="https://www.westnorthants.gov.uk/events-and-activities/northampton-pride?utm_source=openai" TargetMode="External"/><Relationship Id="rId17" Type="http://schemas.openxmlformats.org/officeDocument/2006/relationships/hyperlink" Target="https://www.discovernorthampton.co.uk/venue/northampton-market-square/?utm_source=openai" TargetMode="External"/><Relationship Id="rId18" Type="http://schemas.openxmlformats.org/officeDocument/2006/relationships/hyperlink" Target="https://www.gaydio.co.uk/south-west/events/the-guide/event/northampton-pride/?utm_source=openai" TargetMode="External"/><Relationship Id="rId19" Type="http://schemas.openxmlformats.org/officeDocument/2006/relationships/hyperlink" Target="https://www.revolutionradio.com/news/local-news-northampton/partner-with-pride-performer-stallholder-and-sponsor-opportunities/?utm_source=openai" TargetMode="External"/><Relationship Id="rId20" Type="http://schemas.openxmlformats.org/officeDocument/2006/relationships/hyperlink" Target="https://discover-northamptonshire.co.uk/event/corby-pride-2026/?sourcepage=online-online&amp;utm_source=openai" TargetMode="External"/><Relationship Id="rId21" Type="http://schemas.openxmlformats.org/officeDocument/2006/relationships/hyperlink" Target="https://pinkuk.com/events/europe/uk/northamptonshire/northampton/northampton-pride-2026?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