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New Queer Role Models: Why Josie from I Kissed A Girl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Watching Josie walk into the Masseria felt like a breath of fresh air , a rugby-shirted, masc-for-masc presence who’s already sparking conversations about sport, representation and what queer joy looks like on screen, and why that matters to people watching at home.</w:t>
      </w:r>
      <w:r/>
    </w:p>
    <w:p>
      <w:r/>
      <w:r>
        <w:t>Essential Takeaways</w:t>
      </w:r>
      <w:r/>
      <w:r/>
    </w:p>
    <w:p>
      <w:pPr>
        <w:pStyle w:val="ListBullet"/>
        <w:spacing w:line="240" w:lineRule="auto"/>
        <w:ind w:left="720"/>
      </w:pPr>
      <w:r/>
      <w:r>
        <w:rPr>
          <w:b/>
        </w:rPr>
        <w:t>Fresh representation:</w:t>
      </w:r>
      <w:r>
        <w:t xml:space="preserve"> Josie brings masc4masc visibility and sports-minded energy to a mainstream queer dating show.</w:t>
      </w:r>
      <w:r/>
    </w:p>
    <w:p>
      <w:pPr>
        <w:pStyle w:val="ListBullet"/>
        <w:spacing w:line="240" w:lineRule="auto"/>
        <w:ind w:left="720"/>
      </w:pPr>
      <w:r/>
      <w:r>
        <w:rPr>
          <w:b/>
        </w:rPr>
        <w:t>Emotional resonance:</w:t>
      </w:r>
      <w:r>
        <w:t xml:space="preserve"> Her appearance has prompted heartfelt messages and new fans reaching out online.</w:t>
      </w:r>
      <w:r/>
    </w:p>
    <w:p>
      <w:pPr>
        <w:pStyle w:val="ListBullet"/>
        <w:spacing w:line="240" w:lineRule="auto"/>
        <w:ind w:left="720"/>
      </w:pPr>
      <w:r/>
      <w:r>
        <w:rPr>
          <w:b/>
        </w:rPr>
        <w:t>Community impact:</w:t>
      </w:r>
      <w:r>
        <w:t xml:space="preserve"> Walking Pride and speaking about queer platonic bonds highlights how media can amplify community connection.</w:t>
      </w:r>
      <w:r/>
    </w:p>
    <w:p>
      <w:pPr>
        <w:pStyle w:val="ListBullet"/>
        <w:spacing w:line="240" w:lineRule="auto"/>
        <w:ind w:left="720"/>
      </w:pPr>
      <w:r/>
      <w:r>
        <w:rPr>
          <w:b/>
        </w:rPr>
        <w:t>Calls for broader visibility:</w:t>
      </w:r>
      <w:r>
        <w:t xml:space="preserve"> Josie wants to see more butches, POC love stories and disabled queer people on screen.</w:t>
      </w:r>
      <w:r/>
    </w:p>
    <w:p>
      <w:pPr>
        <w:pStyle w:val="ListBullet"/>
        <w:spacing w:line="240" w:lineRule="auto"/>
        <w:ind w:left="720"/>
      </w:pPr>
      <w:r/>
      <w:r>
        <w:rPr>
          <w:b/>
        </w:rPr>
        <w:t>Where to watch:</w:t>
      </w:r>
      <w:r>
        <w:t xml:space="preserve"> The final episodes of I Kissed A Girl are on BBC iPlayer and BBC Three.</w:t>
      </w:r>
      <w:r/>
      <w:r/>
    </w:p>
    <w:p>
      <w:pPr>
        <w:pStyle w:val="Heading2"/>
      </w:pPr>
      <w:r>
        <w:t>A late arrival who left an impression</w:t>
      </w:r>
      <w:r/>
    </w:p>
    <w:p>
      <w:r/>
      <w:r>
        <w:t>Josie didn’t need much screen time to make waves; her entrance felt tactile , the slightly rumpled rugby top, an easy grin, the kind of presence you notice in a room. According to DIVA, she offered a masterclass in flirting while also opening up a conversation about women’s sport and masc presentation on TV. Fans were quick to respond, sliding into DMs with playful affection at first and then with deeper messages about how her openness helped them feel seen.</w:t>
      </w:r>
      <w:r/>
    </w:p>
    <w:p>
      <w:pPr>
        <w:pStyle w:val="Heading2"/>
      </w:pPr>
      <w:r>
        <w:t>Why sport and masculinity on screen matters</w:t>
      </w:r>
      <w:r/>
    </w:p>
    <w:p>
      <w:r/>
      <w:r>
        <w:t>Sportswomen still get pigeonholed, so seeing a rugby player come through a queer dating show matters for more than aesthetics. It challenges narrow ideas about what queer women look like and who gets to be desirable. Journalists and commentators have noted a wider appetite for nuanced masculine-of-centre portrayals, and Josie’s appearance slots into that trend while reminding producers there’s demand for authenticity over polished, palatable edits.</w:t>
      </w:r>
      <w:r/>
    </w:p>
    <w:p>
      <w:pPr>
        <w:pStyle w:val="Heading2"/>
      </w:pPr>
      <w:r>
        <w:t>Queer joy, community and Pride in public life</w:t>
      </w:r>
      <w:r/>
    </w:p>
    <w:p>
      <w:r/>
      <w:r>
        <w:t>Walking London Pride was a full-circle moment for Josie, who described watching the march four years ago as deeply moving. That emotional thread , from spectator to participant to on-screen figure , illustrates how visibility in media feeds back into real-life belonging. Viewers told DIVA that seeing her on screen sparked messages about representation, solidarity and the kinds of conversations queer communities tend to have about politics and identity.</w:t>
      </w:r>
      <w:r/>
    </w:p>
    <w:p>
      <w:pPr>
        <w:pStyle w:val="Heading2"/>
      </w:pPr>
      <w:r>
        <w:t>What Josie’s asking for next , and why it’s realistic</w:t>
      </w:r>
      <w:r/>
    </w:p>
    <w:p>
      <w:r/>
      <w:r>
        <w:t>Her wishlist is simple but pointed: genuine butch representation, more on-screen POC love, and disabled queer characters. She’s sceptical that mainstream TV will lead the charge, suggesting that social media and grassroots platforms will continue to push the needle. That’s realistic; increasingly, creators build audiences online before traditional outlets catch up. For commissioners and indie producers, it’s a reminder that authenticity sells and communities reward honesty.</w:t>
      </w:r>
      <w:r/>
    </w:p>
    <w:p>
      <w:pPr>
        <w:pStyle w:val="Heading2"/>
      </w:pPr>
      <w:r>
        <w:t>How to think about representation when watching shows like IKAG</w:t>
      </w:r>
      <w:r/>
    </w:p>
    <w:p>
      <w:r/>
      <w:r>
        <w:t>If you’re tuning into I Kissed A Girl or following cast reactions, look beyond the flirtation reels. Notice who gets airtime, whose backstories are fleshed out, and whether different bodies and voices are allowed complexity. For viewers who want to help, amplify clips and interviews from underrepresented cast members, support queer media outlets, and if possible back charities or publications that sustain community storytelling.</w:t>
      </w:r>
      <w:r/>
    </w:p>
    <w:p>
      <w:r/>
      <w:r>
        <w:t>It's a small change to swap passive viewing for active support, and it helps shows reflect the people they claim to celebrate.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4">
        <w:r>
          <w:rPr>
            <w:color w:val="0000EE"/>
            <w:u w:val="single"/>
          </w:rPr>
          <w:t>[7]</w:t>
        </w:r>
      </w:hyperlink>
      <w:r>
        <w:t xml:space="preserve">, </w:t>
      </w:r>
      <w:hyperlink r:id="rId9">
        <w:r>
          <w:rPr>
            <w:color w:val="0000EE"/>
            <w:u w:val="single"/>
          </w:rPr>
          <w:t>[1]</w:t>
        </w:r>
      </w:hyperlink>
      <w:r>
        <w:t xml:space="preserve">- Paragraph 4: </w:t>
      </w:r>
      <w:hyperlink r:id="rId13">
        <w:r>
          <w:rPr>
            <w:color w:val="0000EE"/>
            <w:u w:val="single"/>
          </w:rPr>
          <w:t>[5]</w:t>
        </w:r>
      </w:hyperlink>
      <w:r>
        <w:t xml:space="preserve">, </w:t>
      </w:r>
      <w:hyperlink r:id="rId10">
        <w:r>
          <w:rPr>
            <w:color w:val="0000EE"/>
            <w:u w:val="single"/>
          </w:rPr>
          <w:t>[2]</w:t>
        </w:r>
      </w:hyperlink>
      <w:r>
        <w:t xml:space="preserve">- Paragraph 5: </w:t>
      </w:r>
      <w:hyperlink r:id="rId15">
        <w:r>
          <w:rPr>
            <w:color w:val="0000EE"/>
            <w:u w:val="single"/>
          </w:rPr>
          <w:t>[6]</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https://diva-magazine.com/2026/07/13/meet-i-kissed-a-girls-josie/?utm_source=rss&amp;utm_medium=rss&amp;utm_campaign=meet-i-kissed-a-girls-josie</w:t>
        </w:r>
      </w:hyperlink>
      <w:r>
        <w:t xml:space="preserve"> - Please view link - unable to able to access data</w:t>
      </w:r>
      <w:r/>
    </w:p>
    <w:p>
      <w:pPr>
        <w:pStyle w:val="ListNumber"/>
        <w:spacing w:line="240" w:lineRule="auto"/>
        <w:ind w:left="720"/>
      </w:pPr>
      <w:r/>
      <w:hyperlink r:id="rId10">
        <w:r>
          <w:rPr>
            <w:color w:val="0000EE"/>
            <w:u w:val="single"/>
          </w:rPr>
          <w:t>https://www.thepinknews.com/2024/05/09/i-kissed-a-girl-priya-south-asian-queer-woman/</w:t>
        </w:r>
      </w:hyperlink>
      <w:r>
        <w:t xml:space="preserve"> - Priya Sohanpal, a contestant on BBC's 'I Kissed a Girl', discusses the challenges of being a South Asian queer woman, highlighting the taboo surrounding LGBTQ+ relationships in her community. She expresses gratitude for her supportive family and the significance of her participation in the show, noting that such representation could have eased her own journey of self-acceptance.</w:t>
      </w:r>
      <w:r/>
    </w:p>
    <w:p>
      <w:pPr>
        <w:pStyle w:val="ListNumber"/>
        <w:spacing w:line="240" w:lineRule="auto"/>
        <w:ind w:left="720"/>
      </w:pPr>
      <w:r/>
      <w:hyperlink r:id="rId12">
        <w:r>
          <w:rPr>
            <w:color w:val="0000EE"/>
            <w:u w:val="single"/>
          </w:rPr>
          <w:t>https://diva-magazine.com/2024/05/09/meet-i-kissed-a-girls-georgia/</w:t>
        </w:r>
      </w:hyperlink>
      <w:r>
        <w:t xml:space="preserve"> - Footballer Georgia Robert shares her experience on 'I Kissed a Girl', describing the show as groundbreaking and the first of its kind. She reflects on her initial nervousness about the first kiss and the profound conversations about identity and the term 'lesbian' that unfolded during the series.</w:t>
      </w:r>
      <w:r/>
    </w:p>
    <w:p>
      <w:pPr>
        <w:pStyle w:val="ListNumber"/>
        <w:spacing w:line="240" w:lineRule="auto"/>
        <w:ind w:left="720"/>
      </w:pPr>
      <w:r/>
      <w:hyperlink r:id="rId11">
        <w:r>
          <w:rPr>
            <w:color w:val="0000EE"/>
            <w:u w:val="single"/>
          </w:rPr>
          <w:t>https://www.thepinknews.com/2026/07/02/exclusive-bbc-i-kissed-a-girl-season-2-elisha-kayleigh-pippa/</w:t>
        </w:r>
      </w:hyperlink>
      <w:r>
        <w:t xml:space="preserve"> - The second season of 'I Kissed a Girl' features new contestants and continues to explore themes of representation and identity. The show has been praised for its portrayal of diverse queer experiences and its impact on the LGBTQ+ community.</w:t>
      </w:r>
      <w:r/>
    </w:p>
    <w:p>
      <w:pPr>
        <w:pStyle w:val="ListNumber"/>
        <w:spacing w:line="240" w:lineRule="auto"/>
        <w:ind w:left="720"/>
      </w:pPr>
      <w:r/>
      <w:hyperlink r:id="rId13">
        <w:r>
          <w:rPr>
            <w:color w:val="0000EE"/>
            <w:u w:val="single"/>
          </w:rPr>
          <w:t>https://www.thepinknews.com/2026/06/24/i-kissed-a-girl-season-2-interview/</w:t>
        </w:r>
      </w:hyperlink>
      <w:r>
        <w:t xml:space="preserve"> - The cast of 'I Kissed a Girl' season 2 discusses the dynamics of the show, including the challenges of being part of a reality series and the importance of representation. They express gratitude for the opportunity to share their stories and the impact the show has had on viewers.</w:t>
      </w:r>
      <w:r/>
    </w:p>
    <w:p>
      <w:pPr>
        <w:pStyle w:val="ListNumber"/>
        <w:spacing w:line="240" w:lineRule="auto"/>
        <w:ind w:left="720"/>
      </w:pPr>
      <w:r/>
      <w:hyperlink r:id="rId15">
        <w:r>
          <w:rPr>
            <w:color w:val="0000EE"/>
            <w:u w:val="single"/>
          </w:rPr>
          <w:t>https://diva-magazine.com/2025/04/26/diva-awards-winners-2025/</w:t>
        </w:r>
      </w:hyperlink>
      <w:r>
        <w:t xml:space="preserve"> - The DIVA Awards 2025 celebrated LGBTQIA+ trailblazers, with notable figures like Pearl Mackie and Vicky Myers receiving accolades. The event, hosted by Char Bailey and Megan Jayne Crabbe, highlighted the achievements of women and non-binary individuals in the community.</w:t>
      </w:r>
      <w:r/>
    </w:p>
    <w:p>
      <w:pPr>
        <w:pStyle w:val="ListNumber"/>
        <w:spacing w:line="240" w:lineRule="auto"/>
        <w:ind w:left="720"/>
      </w:pPr>
      <w:r/>
      <w:hyperlink r:id="rId14">
        <w:r>
          <w:rPr>
            <w:color w:val="0000EE"/>
            <w:u w:val="single"/>
          </w:rPr>
          <w:t>https://www.wearequeeraf.com/shes-alright-but-shes-proper-posh-lessons-for-reality-tv-from-i-kissed-a-girl-2/</w:t>
        </w:r>
      </w:hyperlink>
      <w:r>
        <w:t xml:space="preserve"> - An analysis of 'I Kissed a Girl' examines the representation of contestants from Yorkshire, discussing the challenges of portraying regional identities in a London-centric media landscape. The article highlights the need for authentic representation and the complexities of reality TV portrayals.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diva-magazine.com/2026/07/13/meet-i-kissed-a-girls-josie/?utm_source=rss&amp;utm_medium=rss&amp;utm_campaign=meet-i-kissed-a-girls-josie" TargetMode="External"/><Relationship Id="rId10" Type="http://schemas.openxmlformats.org/officeDocument/2006/relationships/hyperlink" Target="https://www.thepinknews.com/2024/05/09/i-kissed-a-girl-priya-south-asian-queer-woman/" TargetMode="External"/><Relationship Id="rId11" Type="http://schemas.openxmlformats.org/officeDocument/2006/relationships/hyperlink" Target="https://www.thepinknews.com/2026/07/02/exclusive-bbc-i-kissed-a-girl-season-2-elisha-kayleigh-pippa/" TargetMode="External"/><Relationship Id="rId12" Type="http://schemas.openxmlformats.org/officeDocument/2006/relationships/hyperlink" Target="https://diva-magazine.com/2024/05/09/meet-i-kissed-a-girls-georgia/" TargetMode="External"/><Relationship Id="rId13" Type="http://schemas.openxmlformats.org/officeDocument/2006/relationships/hyperlink" Target="https://www.thepinknews.com/2026/06/24/i-kissed-a-girl-season-2-interview/" TargetMode="External"/><Relationship Id="rId14" Type="http://schemas.openxmlformats.org/officeDocument/2006/relationships/hyperlink" Target="https://www.wearequeeraf.com/shes-alright-but-shes-proper-posh-lessons-for-reality-tv-from-i-kissed-a-girl-2/" TargetMode="External"/><Relationship Id="rId15" Type="http://schemas.openxmlformats.org/officeDocument/2006/relationships/hyperlink" Target="https://diva-magazine.com/2025/04/26/diva-awards-winners-20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