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Books on LGBTQ Music: Why Mighty Real Matters for Pop Fans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Barry Walters’ Mighty Real as a vivid, personal history of LGBTQ influence on pop music from 1969 to 2000 , a roomy, passionate read that shows why artists, club floors and coded lyrics reshaped what pop could mean, and why that still matters for listeners today.</w:t>
      </w:r>
      <w:r/>
    </w:p>
    <w:p>
      <w:r/>
      <w:r>
        <w:t>Essential Takeaways</w:t>
      </w:r>
      <w:r/>
      <w:r/>
    </w:p>
    <w:p>
      <w:pPr>
        <w:pStyle w:val="ListBullet"/>
        <w:spacing w:line="240" w:lineRule="auto"/>
        <w:ind w:left="720"/>
      </w:pPr>
      <w:r/>
      <w:r>
        <w:rPr>
          <w:b/>
        </w:rPr>
        <w:t>Scope:</w:t>
      </w:r>
      <w:r>
        <w:t xml:space="preserve"> Mighty Real surveys 100+ artists across three decades, blending straight-up queer anthems with songs that can be read as queer metaphors. </w:t>
      </w:r>
      <w:r/>
    </w:p>
    <w:p>
      <w:pPr>
        <w:pStyle w:val="ListBullet"/>
        <w:spacing w:line="240" w:lineRule="auto"/>
        <w:ind w:left="720"/>
      </w:pPr>
      <w:r/>
      <w:r>
        <w:rPr>
          <w:b/>
        </w:rPr>
        <w:t>Tone:</w:t>
      </w:r>
      <w:r>
        <w:t xml:space="preserve"> The book is intimate and opinionated, mixing cultural history with Walters’ own coming-out and critic’s insights. </w:t>
      </w:r>
      <w:r/>
    </w:p>
    <w:p>
      <w:pPr>
        <w:pStyle w:val="ListBullet"/>
        <w:spacing w:line="240" w:lineRule="auto"/>
        <w:ind w:left="720"/>
      </w:pPr>
      <w:r/>
      <w:r>
        <w:rPr>
          <w:b/>
        </w:rPr>
        <w:t>Highlights:</w:t>
      </w:r>
      <w:r>
        <w:t xml:space="preserve"> Strong chapters on dance-floor culture, female artists’ influence, and the coded language pop used to signal queer experience. </w:t>
      </w:r>
      <w:r/>
    </w:p>
    <w:p>
      <w:pPr>
        <w:pStyle w:val="ListBullet"/>
        <w:spacing w:line="240" w:lineRule="auto"/>
        <w:ind w:left="720"/>
      </w:pPr>
      <w:r/>
      <w:r>
        <w:rPr>
          <w:b/>
        </w:rPr>
        <w:t>Limitations:</w:t>
      </w:r>
      <w:r>
        <w:t xml:space="preserve"> The focus is primarily US and anglophone pop, with less coverage of European or Latin scenes; racial breadth is addressed but uneven. </w:t>
      </w:r>
      <w:r/>
    </w:p>
    <w:p>
      <w:pPr>
        <w:pStyle w:val="ListBullet"/>
        <w:spacing w:line="240" w:lineRule="auto"/>
        <w:ind w:left="720"/>
      </w:pPr>
      <w:r/>
      <w:r>
        <w:rPr>
          <w:b/>
        </w:rPr>
        <w:t>Practical:</w:t>
      </w:r>
      <w:r>
        <w:t xml:space="preserve"> The volume includes a 30-page discography and a 100-song Spotify playlist for immediate listening.</w:t>
      </w:r>
      <w:r/>
      <w:r/>
    </w:p>
    <w:p>
      <w:pPr>
        <w:pStyle w:val="Heading2"/>
      </w:pPr>
      <w:r>
        <w:t>A lively corrective to pop’s “straight” story</w:t>
      </w:r>
      <w:r/>
    </w:p>
    <w:p>
      <w:r/>
      <w:r>
        <w:t>Walters opens with a clear, warm charge: pop music has been telling two stories at once. He reads the hits both as mainstream products and as vessels of queer feeling , a porous, sometimes thrilling double meaning. According to review coverage, that dual view is the book’s organising logic and its main delight, since it lets readers hear familiar songs with new ears and feel the textures of repression and joy that shaped them.</w:t>
      </w:r>
      <w:r/>
    </w:p>
    <w:p>
      <w:pPr>
        <w:pStyle w:val="Heading2"/>
      </w:pPr>
      <w:r>
        <w:t>How personal memory becomes cultural criticism</w:t>
      </w:r>
      <w:r/>
    </w:p>
    <w:p>
      <w:r/>
      <w:r>
        <w:t>This isn’t a dry academic survey; it’s a critic’s life mapped onto three decades of records. Walters threads his own experience , growing up, working as a critic, and coming out publicly , through chapters on everyone from Dusty Springfield to RuPaul. Interviews and anecdotes, noted in press roundups, give the book its cinematic intimacy and make the history feel lived-in rather than merely catalogued.</w:t>
      </w:r>
      <w:r/>
    </w:p>
    <w:p>
      <w:pPr>
        <w:pStyle w:val="Heading2"/>
      </w:pPr>
      <w:r>
        <w:t>Why the dance floor gets centre stage</w:t>
      </w:r>
      <w:r/>
    </w:p>
    <w:p>
      <w:r/>
      <w:r>
        <w:t>One striking through-line is the role of clubs as laboratories for identity and sonic mixing. Walters argues, and reviewers echo, that dance floors offered queer people a place to experiment with gender and sound away from mainstream policing. That emphasis helps explain why disco, house and club remixes show up as crucial genres in his retelling, not just as beats but as communities.</w:t>
      </w:r>
      <w:r/>
    </w:p>
    <w:p>
      <w:pPr>
        <w:pStyle w:val="Heading2"/>
      </w:pPr>
      <w:r>
        <w:t>A generous playlist and guide for listeners</w:t>
      </w:r>
      <w:r/>
    </w:p>
    <w:p>
      <w:r/>
      <w:r>
        <w:t>If you prefer to learn by listening, the book delivers: a lengthy discography and an accompanying playlist make it easy to follow Walters’ claims in real time. For curious readers, that’s invaluable , you can flip to a chapter about a song, queue it on Spotify, and hear the cues Walters points out. It’s a practical feature that turns the book into both a reading and listening experience.</w:t>
      </w:r>
      <w:r/>
    </w:p>
    <w:p>
      <w:pPr>
        <w:pStyle w:val="Heading2"/>
      </w:pPr>
      <w:r>
        <w:t>Where the book could go further</w:t>
      </w:r>
      <w:r/>
    </w:p>
    <w:p>
      <w:r/>
      <w:r>
        <w:t>Critics note gaps: limited attention to European pop and almost no Latin representation, and an uneven treatment of race, even as Walters gives space to notable Black crossover artists. That matters because queer musical life is global and multiply inflected; still, the book’s strengths in storytelling and archive-building make it a significant corrective to older pop histories that underplay queer influence.</w:t>
      </w:r>
      <w:r/>
    </w:p>
    <w:p>
      <w:pPr>
        <w:pStyle w:val="Heading2"/>
      </w:pPr>
      <w:r>
        <w:t>Who will love this book , and how to read it</w:t>
      </w:r>
      <w:r/>
    </w:p>
    <w:p>
      <w:r/>
      <w:r>
        <w:t>Mighty Real suits listeners who want a guided tour through the queer underside of familiar pop, critics who enjoy a memoir-inflected approach, and anyone who likes playlists that double as history lessons. Read it straight through for the narrative arc or dip into chapters and cue the playlist for a more tactile experience.</w:t>
      </w:r>
      <w:r/>
    </w:p>
    <w:p>
      <w:r/>
      <w:r>
        <w:t>It's a small change in perspective that makes many songs sound newly radical.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9">
        <w:r>
          <w:rPr>
            <w:color w:val="0000EE"/>
            <w:u w:val="single"/>
          </w:rPr>
          <w:t>[2]</w:t>
        </w:r>
      </w:hyperlink>
      <w:r>
        <w:t xml:space="preserve">- Paragraph 2: </w:t>
      </w:r>
      <w:hyperlink r:id="rId9">
        <w:r>
          <w:rPr>
            <w:color w:val="0000EE"/>
            <w:u w:val="single"/>
          </w:rPr>
          <w:t>[2]</w:t>
        </w:r>
      </w:hyperlink>
      <w:r>
        <w:t xml:space="preserve">, </w:t>
      </w:r>
      <w:hyperlink r:id="rId11">
        <w:r>
          <w:rPr>
            <w:color w:val="0000EE"/>
            <w:u w:val="single"/>
          </w:rPr>
          <w:t>[7]</w:t>
        </w:r>
      </w:hyperlink>
      <w:r>
        <w:t xml:space="preserve">- Paragraph 3: </w:t>
      </w:r>
      <w:hyperlink r:id="rId9">
        <w:r>
          <w:rPr>
            <w:color w:val="0000EE"/>
            <w:u w:val="single"/>
          </w:rPr>
          <w:t>[2]</w:t>
        </w:r>
      </w:hyperlink>
      <w:r>
        <w:t xml:space="preserve">, </w:t>
      </w:r>
      <w:hyperlink r:id="rId12">
        <w:r>
          <w:rPr>
            <w:color w:val="0000EE"/>
            <w:u w:val="single"/>
          </w:rPr>
          <w:t>[4]</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9">
        <w:r>
          <w:rPr>
            <w:color w:val="0000EE"/>
            <w:u w:val="single"/>
          </w:rPr>
          <w:t>[2]</w:t>
        </w:r>
      </w:hyperlink>
      <w:r>
        <w:t xml:space="preserve">, </w:t>
      </w:r>
      <w:hyperlink r:id="rId11">
        <w:r>
          <w:rPr>
            <w:color w:val="0000EE"/>
            <w:u w:val="single"/>
          </w:rPr>
          <w:t>[7]</w:t>
        </w:r>
      </w:hyperlink>
      <w:r>
        <w:t xml:space="preserve">- Paragraph 6: </w:t>
      </w:r>
      <w:hyperlink r:id="rId9">
        <w:r>
          <w:rPr>
            <w:color w:val="0000EE"/>
            <w:u w:val="single"/>
          </w:rPr>
          <w:t>[2]</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https://www.popmatters.com/mighty-real-barry-walters</w:t>
        </w:r>
      </w:hyperlink>
      <w:r>
        <w:t xml:space="preserve"> - Please view link - unable to able to access data</w:t>
      </w:r>
      <w:r/>
    </w:p>
    <w:p>
      <w:pPr>
        <w:pStyle w:val="ListNumber"/>
        <w:spacing w:line="240" w:lineRule="auto"/>
        <w:ind w:left="720"/>
      </w:pPr>
      <w:r/>
      <w:hyperlink r:id="rId9">
        <w:r>
          <w:rPr>
            <w:color w:val="0000EE"/>
            <w:u w:val="single"/>
          </w:rPr>
          <w:t>https://www.popmatters.com/mighty-real-barry-walters</w:t>
        </w:r>
      </w:hyperlink>
      <w:r>
        <w:t xml:space="preserve"> - This article reviews Barry Walters' book, 'Mighty Real: A History of LGBTQ Music, 1969-2000', highlighting its exploration of LGBTQ musicians' impact on pop culture over three decades. It discusses how Walters examines both overtly queer music and songs that can be interpreted as metaphors for LGBTQ existence, emphasizing the book's dual approach to LGBTQ music history.</w:t>
      </w:r>
      <w:r/>
    </w:p>
    <w:p>
      <w:pPr>
        <w:pStyle w:val="ListNumber"/>
        <w:spacing w:line="240" w:lineRule="auto"/>
        <w:ind w:left="720"/>
      </w:pPr>
      <w:r/>
      <w:hyperlink r:id="rId10">
        <w:r>
          <w:rPr>
            <w:color w:val="0000EE"/>
            <w:u w:val="single"/>
          </w:rPr>
          <w:t>https://www.forbes.com/sites/davidchiu/2026/05/10/mighty-real-is-the-definitive-history-of-pop-music-from-an-lgbtq-perspective/</w:t>
        </w:r>
      </w:hyperlink>
      <w:r>
        <w:t xml:space="preserve"> - Forbes features an article on Barry Walters' book, 'Mighty Real', describing it as an extensive history of LGBTQ music from 1969 to 2000. The piece highlights Walters' personal experiences and how the book intertwines his memoir with the history of LGBTQ music, covering artists from the Velvet Underground to RuPaul.</w:t>
      </w:r>
      <w:r/>
    </w:p>
    <w:p>
      <w:pPr>
        <w:pStyle w:val="ListNumber"/>
        <w:spacing w:line="240" w:lineRule="auto"/>
        <w:ind w:left="720"/>
      </w:pPr>
      <w:r/>
      <w:hyperlink r:id="rId12">
        <w:r>
          <w:rPr>
            <w:color w:val="0000EE"/>
            <w:u w:val="single"/>
          </w:rPr>
          <w:t>https://www.wxxinews.org/show/connections/2026-07-10/rochester-native-barry-walters-launches-his-book-on-lgbtq-music</w:t>
        </w:r>
      </w:hyperlink>
      <w:r>
        <w:t xml:space="preserve"> - WXXI News reports on Barry Walters' launch of his book, 'Mighty Real: A History of LGBTQ Music, 1969-2000'. The article discusses Walters' background as a music critic and journalist, his personal journey, and how the book chronicles the evolution of music by and for the LGBTQ community, influencing the music industry.</w:t>
      </w:r>
      <w:r/>
    </w:p>
    <w:p>
      <w:pPr>
        <w:pStyle w:val="ListNumber"/>
        <w:spacing w:line="240" w:lineRule="auto"/>
        <w:ind w:left="720"/>
      </w:pPr>
      <w:r/>
      <w:hyperlink r:id="rId14">
        <w:r>
          <w:rPr>
            <w:color w:val="0000EE"/>
            <w:u w:val="single"/>
          </w:rPr>
          <w:t>https://www.soundopinions.org/show/1072</w:t>
        </w:r>
      </w:hyperlink>
      <w:r>
        <w:t xml:space="preserve"> - Sound Opinions features an interview with Barry Walters about his book, 'Mighty Real: A History of LGBTQ Music 1969-2000'. The discussion covers how LGBTQ artists, industry executives, and audiences have changed mainstream music, with mentions of artists like R.E.M., Pet Shop Boys, and Donna Summer.</w:t>
      </w:r>
      <w:r/>
    </w:p>
    <w:p>
      <w:pPr>
        <w:pStyle w:val="ListNumber"/>
        <w:spacing w:line="240" w:lineRule="auto"/>
        <w:ind w:left="720"/>
      </w:pPr>
      <w:r/>
      <w:hyperlink r:id="rId13">
        <w:r>
          <w:rPr>
            <w:color w:val="0000EE"/>
            <w:u w:val="single"/>
          </w:rPr>
          <w:t>https://www.goodreads.com/book/show/240114576-mighty-real</w:t>
        </w:r>
      </w:hyperlink>
      <w:r>
        <w:t xml:space="preserve"> - Goodreads provides information on 'Mighty Real: A History of LGBTQ Music, 1969-2000' by Barry Walters. The page includes user ratings and reviews, with the book being described as the definitive history of LGBTQ music, from Stonewall to RuPaul, and its impact on culture and American life.</w:t>
      </w:r>
      <w:r/>
    </w:p>
    <w:p>
      <w:pPr>
        <w:pStyle w:val="ListNumber"/>
        <w:spacing w:line="240" w:lineRule="auto"/>
        <w:ind w:left="720"/>
      </w:pPr>
      <w:r/>
      <w:hyperlink r:id="rId11">
        <w:r>
          <w:rPr>
            <w:color w:val="0000EE"/>
            <w:u w:val="single"/>
          </w:rPr>
          <w:t>https://www.publishersweekly.com/9798217059829</w:t>
        </w:r>
      </w:hyperlink>
      <w:r>
        <w:t xml:space="preserve"> - Publishers Weekly reviews 'Mighty Real: A History of LGBTQ Music, 1969-2000' by Barry Walters. The review highlights how Walters examines the evolution of LGBTQ+ music, from the late 1960s with artists like the Velvet Underground and Elton John, to the 1970s with David Bowie and Bette Midler, and the unique challenges faced by artists like the Jackson Five and Diana Ross.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opmatters.com/mighty-real-barry-walters" TargetMode="External"/><Relationship Id="rId10" Type="http://schemas.openxmlformats.org/officeDocument/2006/relationships/hyperlink" Target="https://www.forbes.com/sites/davidchiu/2026/05/10/mighty-real-is-the-definitive-history-of-pop-music-from-an-lgbtq-perspective/" TargetMode="External"/><Relationship Id="rId11" Type="http://schemas.openxmlformats.org/officeDocument/2006/relationships/hyperlink" Target="https://www.publishersweekly.com/9798217059829" TargetMode="External"/><Relationship Id="rId12" Type="http://schemas.openxmlformats.org/officeDocument/2006/relationships/hyperlink" Target="https://www.wxxinews.org/show/connections/2026-07-10/rochester-native-barry-walters-launches-his-book-on-lgbtq-music" TargetMode="External"/><Relationship Id="rId13" Type="http://schemas.openxmlformats.org/officeDocument/2006/relationships/hyperlink" Target="https://www.goodreads.com/book/show/240114576-mighty-real" TargetMode="External"/><Relationship Id="rId14" Type="http://schemas.openxmlformats.org/officeDocument/2006/relationships/hyperlink" Target="https://www.soundopinions.org/show/10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