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Pride Moments: Why MN T-Girls Are Heading to Wright Sherburne Pride</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supporters are turning out beyond June , the MN T-Girls are bringing visibility, conversation and community to Wright Sherburne Pride this Saturday, July 18, with a friendly booth, info and real-life connection that matters in small-town Minnesota.</w:t>
      </w:r>
      <w:r/>
    </w:p>
    <w:p>
      <w:r/>
      <w:r>
        <w:t>Essential Takeaways</w:t>
      </w:r>
      <w:r/>
      <w:r/>
    </w:p>
    <w:p>
      <w:pPr>
        <w:pStyle w:val="ListBullet"/>
        <w:spacing w:line="240" w:lineRule="auto"/>
        <w:ind w:left="720"/>
      </w:pPr>
      <w:r/>
      <w:r>
        <w:rPr>
          <w:b/>
        </w:rPr>
        <w:t>Who’s attending:</w:t>
      </w:r>
      <w:r>
        <w:t xml:space="preserve"> MN T-Girls will staff a meet-and-greet booth at Wright Sherburne Pride, about an hour north of the Twin Cities. </w:t>
      </w:r>
      <w:r/>
    </w:p>
    <w:p>
      <w:pPr>
        <w:pStyle w:val="ListBullet"/>
        <w:spacing w:line="240" w:lineRule="auto"/>
        <w:ind w:left="720"/>
      </w:pPr>
      <w:r/>
      <w:r>
        <w:rPr>
          <w:b/>
        </w:rPr>
        <w:t>When and where:</w:t>
      </w:r>
      <w:r>
        <w:t xml:space="preserve"> The event runs this weekend, Saturday 18 July, as part of a series of summer Pride celebrations across the state. </w:t>
      </w:r>
      <w:r/>
    </w:p>
    <w:p>
      <w:pPr>
        <w:pStyle w:val="ListBullet"/>
        <w:spacing w:line="240" w:lineRule="auto"/>
        <w:ind w:left="720"/>
      </w:pPr>
      <w:r/>
      <w:r>
        <w:rPr>
          <w:b/>
        </w:rPr>
        <w:t>Vibe and value:</w:t>
      </w:r>
      <w:r>
        <w:t xml:space="preserve"> Expect a relaxed, welcoming setup , conversations, resources, and a chance to connect face-to-face. </w:t>
      </w:r>
      <w:r/>
    </w:p>
    <w:p>
      <w:pPr>
        <w:pStyle w:val="ListBullet"/>
        <w:spacing w:line="240" w:lineRule="auto"/>
        <w:ind w:left="720"/>
      </w:pPr>
      <w:r/>
      <w:r>
        <w:rPr>
          <w:b/>
        </w:rPr>
        <w:t>Why it matters:</w:t>
      </w:r>
      <w:r>
        <w:t xml:space="preserve"> Smaller festivals bring Pride to new communities and make support more visible outside big-city parades. </w:t>
      </w:r>
      <w:r/>
    </w:p>
    <w:p>
      <w:pPr>
        <w:pStyle w:val="ListBullet"/>
        <w:spacing w:line="240" w:lineRule="auto"/>
        <w:ind w:left="720"/>
      </w:pPr>
      <w:r/>
      <w:r>
        <w:rPr>
          <w:b/>
        </w:rPr>
        <w:t>Practical note:</w:t>
      </w:r>
      <w:r>
        <w:t xml:space="preserve"> Stop by the vendor area for info, ask questions, and pick up local resources , it’s low-pressure and high-impact.</w:t>
      </w:r>
      <w:r/>
      <w:r/>
    </w:p>
    <w:p>
      <w:pPr>
        <w:pStyle w:val="Heading2"/>
      </w:pPr>
      <w:r>
        <w:t>Pride doesn’t end with June , small events keep it alive</w:t>
      </w:r>
      <w:r/>
    </w:p>
    <w:p>
      <w:r/>
      <w:r>
        <w:t>Pride isn’t just a calendar item, it’s an attitude people carry year-round, and smaller festivals are where that attitude lands in real life. Local groups like MN T-Girls are using summer events to meet people who might not attend a huge city parade, offering a quieter, more personal welcome. It’s the kind of encounter that feels warm and immediate , a chat, a leaflet, someone to point you to support.</w:t>
      </w:r>
      <w:r/>
    </w:p>
    <w:p>
      <w:pPr>
        <w:pStyle w:val="Heading2"/>
      </w:pPr>
      <w:r>
        <w:t>Wright Sherburne Pride: what to expect this weekend</w:t>
      </w:r>
      <w:r/>
    </w:p>
    <w:p>
      <w:r/>
      <w:r>
        <w:t>The Wright Sherburne Pride celebration brings the spirit of Pride to central Minnesota, roughly an hour from the Twin Cities, and runs on Saturday 18 July. Organisers have been putting together vendor spaces and community booths so attendees can mill around, ask questions and pick up resources. If you want a low-key Pride with local faces and accessible information, this is it.</w:t>
      </w:r>
      <w:r/>
    </w:p>
    <w:p>
      <w:pPr>
        <w:pStyle w:val="Heading2"/>
      </w:pPr>
      <w:r>
        <w:t>Why MN T-Girls are showing up , visibility and support matter</w:t>
      </w:r>
      <w:r/>
    </w:p>
    <w:p>
      <w:r/>
      <w:r>
        <w:t>Groups like MN T-Girls turn up not just to hand out flyers but to humanise trans experiences in towns that may rarely see visible trans community members. According to local event listings, these summer fests help spread awareness across regions, expanding the conversation beyond one big parade in the city. For many visitors, meeting someone from a community organisation is the first step toward finding local allies or services.</w:t>
      </w:r>
      <w:r/>
    </w:p>
    <w:p>
      <w:pPr>
        <w:pStyle w:val="Heading2"/>
      </w:pPr>
      <w:r>
        <w:t>How to get the most from a smaller Pride festival</w:t>
      </w:r>
      <w:r/>
    </w:p>
    <w:p>
      <w:r/>
      <w:r>
        <w:t>Go expecting easy conversation, not spectacle. Arrive with questions , about services, local support groups, or simply how to be a better ally. If you’re organising a booth, bring clear signage and take-home materials; if you’re visiting, bring patience and curiosity. Small events are also excellent for families and older residents who may prefer a quieter environment.</w:t>
      </w:r>
      <w:r/>
    </w:p>
    <w:p>
      <w:pPr>
        <w:pStyle w:val="Heading2"/>
      </w:pPr>
      <w:r>
        <w:t>What this means for Minnesota’s Pride scene</w:t>
      </w:r>
      <w:r/>
    </w:p>
    <w:p>
      <w:r/>
      <w:r>
        <w:t>The scene is diversifying: major festivals still matter, but smaller celebrations spread the meaning of Pride into neighbourhoods and rural counties. That trend helps build local networks and makes Pride accessible to people who can’t travel into the city. It’s community-building on a human scale , grassroots visibility that lasts well past June.</w:t>
      </w:r>
      <w:r/>
    </w:p>
    <w:p>
      <w:r/>
      <w:r>
        <w:t>It's a small change that can make every Pride encounter more local, personal and lasting.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13">
        <w:r>
          <w:rPr>
            <w:color w:val="0000EE"/>
            <w:u w:val="single"/>
          </w:rPr>
          <w:t>[4]</w:t>
        </w:r>
      </w:hyperlink>
      <w:r>
        <w:t xml:space="preserve">, </w:t>
      </w:r>
      <w:hyperlink r:id="rId14">
        <w:r>
          <w:rPr>
            <w:color w:val="0000EE"/>
            <w:u w:val="single"/>
          </w:rPr>
          <w:t>[5]</w:t>
        </w:r>
      </w:hyperlink>
      <w:r>
        <w:t xml:space="preserve">- Paragraph 5: </w:t>
      </w:r>
      <w:hyperlink r:id="rId15">
        <w:r>
          <w:rPr>
            <w:color w:val="0000EE"/>
            <w:u w:val="single"/>
          </w:rPr>
          <w:t>[7]</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https://hannahmcknight.org/2026/07/13/mn-t-girls-at-pride-3/</w:t>
        </w:r>
      </w:hyperlink>
      <w:r>
        <w:t xml:space="preserve"> - Please view link - unable to able to access data</w:t>
      </w:r>
      <w:r/>
    </w:p>
    <w:p>
      <w:pPr>
        <w:pStyle w:val="ListNumber"/>
        <w:spacing w:line="240" w:lineRule="auto"/>
        <w:ind w:left="720"/>
      </w:pPr>
      <w:r/>
      <w:hyperlink r:id="rId10">
        <w:r>
          <w:rPr>
            <w:color w:val="0000EE"/>
            <w:u w:val="single"/>
          </w:rPr>
          <w:t>https://www.eventeny.com/events/wrightsherburne-pride-2026-28912/</w:t>
        </w:r>
      </w:hyperlink>
      <w:r>
        <w:t xml:space="preserve"> - The Wright-Sherburne Pride 2026 is an annual LGBTQIA+ festival in Central Minnesota, scheduled for July 18, 2026, at Ellison Park in Monticello. The event features local food vendors, businesses, organizations, live music, games, and more. Attendees can purchase tickets for the Queer All Year Drag &amp; After Party, with doors opening at 7 pm and the show starting at 7:30 pm. Additional parking is available at the CentraCare Monticello Hospital Parking Lot. For more information, visit the official website or email wrightsherburnepride@gmail.com. (</w:t>
      </w:r>
      <w:hyperlink r:id="rId16">
        <w:r>
          <w:rPr>
            <w:color w:val="0000EE"/>
            <w:u w:val="single"/>
          </w:rPr>
          <w:t>eventeny.com</w:t>
        </w:r>
      </w:hyperlink>
      <w:r>
        <w:t>)</w:t>
      </w:r>
      <w:r/>
    </w:p>
    <w:p>
      <w:pPr>
        <w:pStyle w:val="ListNumber"/>
        <w:spacing w:line="240" w:lineRule="auto"/>
        <w:ind w:left="720"/>
      </w:pPr>
      <w:r/>
      <w:hyperlink r:id="rId12">
        <w:r>
          <w:rPr>
            <w:color w:val="0000EE"/>
            <w:u w:val="single"/>
          </w:rPr>
          <w:t>https://www.eventeny.com/events/vendor/?id=46127</w:t>
        </w:r>
      </w:hyperlink>
      <w:r>
        <w:t xml:space="preserve"> - The Vendor Booth application for Wright-Sherburne Pride 2026 is open, with a registration fee of $20. The festival is set for July 18, 2026, from 11 am to 3 pm at Ellison Park in Monticello, Minnesota. This family-friendly event includes local food vendors, businesses, organizations, live music, games, and more. For more details, visit the official website or email wrightsherburnepride@gmail.com. (</w:t>
      </w:r>
      <w:hyperlink r:id="rId17">
        <w:r>
          <w:rPr>
            <w:color w:val="0000EE"/>
            <w:u w:val="single"/>
          </w:rPr>
          <w:t>eventeny.com</w:t>
        </w:r>
      </w:hyperlink>
      <w:r>
        <w:t>)</w:t>
      </w:r>
      <w:r/>
    </w:p>
    <w:p>
      <w:pPr>
        <w:pStyle w:val="ListNumber"/>
        <w:spacing w:line="240" w:lineRule="auto"/>
        <w:ind w:left="720"/>
      </w:pPr>
      <w:r/>
      <w:hyperlink r:id="rId13">
        <w:r>
          <w:rPr>
            <w:color w:val="0000EE"/>
            <w:u w:val="single"/>
          </w:rPr>
          <w:t>https://www.eventeny.com/events/sponsor/application/?a=fbvdbnrv-20786</w:t>
        </w:r>
      </w:hyperlink>
      <w:r>
        <w:t xml:space="preserve"> - Sponsorship opportunities for Wright-Sherburne Pride 2026 are available, with multiple sponsorship levels: Bronze ($100), Silver ($200), Gold ($300), and Platinum ($500). The festival is scheduled for July 18, 2026, from 11 am to 3 pm at Ellison Park in Monticello, Minnesota. For more information, visit the official website or email wrightsherburnepride@gmail.com. (</w:t>
      </w:r>
      <w:hyperlink r:id="rId18">
        <w:r>
          <w:rPr>
            <w:color w:val="0000EE"/>
            <w:u w:val="single"/>
          </w:rPr>
          <w:t>eventeny.com</w:t>
        </w:r>
      </w:hyperlink>
      <w:r>
        <w:t>)</w:t>
      </w:r>
      <w:r/>
    </w:p>
    <w:p>
      <w:pPr>
        <w:pStyle w:val="ListNumber"/>
        <w:spacing w:line="240" w:lineRule="auto"/>
        <w:ind w:left="720"/>
      </w:pPr>
      <w:r/>
      <w:hyperlink r:id="rId14">
        <w:r>
          <w:rPr>
            <w:color w:val="0000EE"/>
            <w:u w:val="single"/>
          </w:rPr>
          <w:t>https://www.bloomingtonpridemn.org/festival</w:t>
        </w:r>
      </w:hyperlink>
      <w:r>
        <w:t xml:space="preserve"> - The Bloomington Pride 2026 Festival is a free, family-friendly event celebrating LGBTQ+ community, culture, visibility, and belonging. Scheduled for June 14, 2026, from 1 pm to 6 pm at the Bloomington Civic Plaza, the festival features live music, drag performances, local food trucks, vendors, artists, nonprofits, family-friendly activities, and new indoor experiences designed for every age and comfort level. For more details, visit the official website. (</w:t>
      </w:r>
      <w:hyperlink r:id="rId19">
        <w:r>
          <w:rPr>
            <w:color w:val="0000EE"/>
            <w:u w:val="single"/>
          </w:rPr>
          <w:t>bloomingtonpridemn.org</w:t>
        </w:r>
      </w:hyperlink>
      <w:r>
        <w:t>)</w:t>
      </w:r>
      <w:r/>
    </w:p>
    <w:p>
      <w:pPr>
        <w:pStyle w:val="ListNumber"/>
        <w:spacing w:line="240" w:lineRule="auto"/>
        <w:ind w:left="720"/>
      </w:pPr>
      <w:r/>
      <w:hyperlink r:id="rId11">
        <w:r>
          <w:rPr>
            <w:color w:val="0000EE"/>
            <w:u w:val="single"/>
          </w:rPr>
          <w:t>https://www.eventeny.com/events/ticket/?id=28912</w:t>
        </w:r>
      </w:hyperlink>
      <w:r>
        <w:t xml:space="preserve"> - Tickets for the Queer All Year Drag &amp; After Party at Wright-Sherburne Pride 2026 are available. The event is scheduled for July 18, 2026, from 7 pm to 10 pm CDT at River City Extreme, 3875 School Blvd, Monticello, MN 55362. General admission doors open at 7 pm, with the show starting at 7:30 pm. For more information, visit the official website. (</w:t>
      </w:r>
      <w:hyperlink r:id="rId20">
        <w:r>
          <w:rPr>
            <w:color w:val="0000EE"/>
            <w:u w:val="single"/>
          </w:rPr>
          <w:t>eventeny.com</w:t>
        </w:r>
      </w:hyperlink>
      <w:r>
        <w:t>)</w:t>
      </w:r>
      <w:r/>
    </w:p>
    <w:p>
      <w:pPr>
        <w:pStyle w:val="ListNumber"/>
        <w:spacing w:line="240" w:lineRule="auto"/>
        <w:ind w:left="720"/>
      </w:pPr>
      <w:r/>
      <w:hyperlink r:id="rId15">
        <w:r>
          <w:rPr>
            <w:color w:val="0000EE"/>
            <w:u w:val="single"/>
          </w:rPr>
          <w:t>https://www.mystichealingstones.com/events/mnpoc-pride-family-day-in-the-park</w:t>
        </w:r>
      </w:hyperlink>
      <w:r>
        <w:t xml:space="preserve"> - The MNPOC Pride – Family Day in the Park is scheduled for August 16, 2026, from 9 am to 4 pm at Powderhorn Park, 3400 15th Avenue South, Minneapolis, MN 55407. This community celebration focuses on culture, connection, visibility, and support for LGBTQ+ communities of colour. The event brings together families, local organizations, artists, performers, and small businesses in a welcoming environment centred on community pride, inclusion, and togetherness. For more details, visit the official website. (</w:t>
      </w:r>
      <w:hyperlink r:id="rId21">
        <w:r>
          <w:rPr>
            <w:color w:val="0000EE"/>
            <w:u w:val="single"/>
          </w:rPr>
          <w:t>mystichealingstones.com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annahmcknight.org/2026/07/13/mn-t-girls-at-pride-3/" TargetMode="External"/><Relationship Id="rId10" Type="http://schemas.openxmlformats.org/officeDocument/2006/relationships/hyperlink" Target="https://www.eventeny.com/events/wrightsherburne-pride-2026-28912/" TargetMode="External"/><Relationship Id="rId11" Type="http://schemas.openxmlformats.org/officeDocument/2006/relationships/hyperlink" Target="https://www.eventeny.com/events/ticket/?id=28912" TargetMode="External"/><Relationship Id="rId12" Type="http://schemas.openxmlformats.org/officeDocument/2006/relationships/hyperlink" Target="https://www.eventeny.com/events/vendor/?id=46127" TargetMode="External"/><Relationship Id="rId13" Type="http://schemas.openxmlformats.org/officeDocument/2006/relationships/hyperlink" Target="https://www.eventeny.com/events/sponsor/application/?a=fbvdbnrv-20786" TargetMode="External"/><Relationship Id="rId14" Type="http://schemas.openxmlformats.org/officeDocument/2006/relationships/hyperlink" Target="https://www.bloomingtonpridemn.org/festival" TargetMode="External"/><Relationship Id="rId15" Type="http://schemas.openxmlformats.org/officeDocument/2006/relationships/hyperlink" Target="https://www.mystichealingstones.com/events/mnpoc-pride-family-day-in-the-park" TargetMode="External"/><Relationship Id="rId16" Type="http://schemas.openxmlformats.org/officeDocument/2006/relationships/hyperlink" Target="https://www.eventeny.com/events/wrightsherburne-pride-2026-28912/?utm_source=openai" TargetMode="External"/><Relationship Id="rId17" Type="http://schemas.openxmlformats.org/officeDocument/2006/relationships/hyperlink" Target="https://www.eventeny.com/events/vendor/?id=46127&amp;utm_source=openai" TargetMode="External"/><Relationship Id="rId18" Type="http://schemas.openxmlformats.org/officeDocument/2006/relationships/hyperlink" Target="https://www.eventeny.com/events/sponsor/application/?a=fbvdbnrv-20786&amp;utm_source=openai" TargetMode="External"/><Relationship Id="rId19" Type="http://schemas.openxmlformats.org/officeDocument/2006/relationships/hyperlink" Target="https://www.bloomingtonpridemn.org/festival?utm_source=openai" TargetMode="External"/><Relationship Id="rId20" Type="http://schemas.openxmlformats.org/officeDocument/2006/relationships/hyperlink" Target="https://www.eventeny.com/events/ticket/?id=28912&amp;utm_source=openai" TargetMode="External"/><Relationship Id="rId21" Type="http://schemas.openxmlformats.org/officeDocument/2006/relationships/hyperlink" Target="https://www.mystichealingstones.com/events/mnpoc-pride-family-day-in-the-park?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