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LBT Women's Picnic in Erie: Join the Late‑Summer Community Gathering</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summer plans are marking calendars , the LBT Women’s Picnic returns on Saturday, August 29, inviting lesbians, bisexual, transgender people and all who feel part of the community to a friendly, food‑filled afternoon in Erie; bring a chair, a dish if you can, and a smile.</w:t>
      </w:r>
      <w:r/>
    </w:p>
    <w:p>
      <w:r/>
      <w:r>
        <w:t>Essential Takeaways</w:t>
      </w:r>
      <w:r/>
      <w:r/>
    </w:p>
    <w:p>
      <w:pPr>
        <w:pStyle w:val="ListBullet"/>
        <w:spacing w:line="240" w:lineRule="auto"/>
        <w:ind w:left="720"/>
      </w:pPr>
      <w:r/>
      <w:r>
        <w:rPr>
          <w:b/>
        </w:rPr>
        <w:t>When and where:</w:t>
      </w:r>
      <w:r>
        <w:t xml:space="preserve"> The picnic is set for Saturday, August 29 in Erie; check the LBT Women of Erie Facebook event for exact location and updates, easy to find online. </w:t>
      </w:r>
      <w:r/>
    </w:p>
    <w:p>
      <w:pPr>
        <w:pStyle w:val="ListBullet"/>
        <w:spacing w:line="240" w:lineRule="auto"/>
        <w:ind w:left="720"/>
      </w:pPr>
      <w:r/>
      <w:r>
        <w:rPr>
          <w:b/>
        </w:rPr>
        <w:t>Bring basics:</w:t>
      </w:r>
      <w:r>
        <w:t xml:space="preserve"> Guests are asked to bring a lawn chair and, if possible, a dish to share; organisers will supply water and some beverages. </w:t>
      </w:r>
      <w:r/>
    </w:p>
    <w:p>
      <w:pPr>
        <w:pStyle w:val="ListBullet"/>
        <w:spacing w:line="240" w:lineRule="auto"/>
        <w:ind w:left="720"/>
      </w:pPr>
      <w:r/>
      <w:r>
        <w:rPr>
          <w:b/>
        </w:rPr>
        <w:t>Family friendly:</w:t>
      </w:r>
      <w:r>
        <w:t xml:space="preserve"> Kids are welcome to join the fun, while pets are asked to stay at home for safety and comfort. </w:t>
      </w:r>
      <w:r/>
    </w:p>
    <w:p>
      <w:pPr>
        <w:pStyle w:val="ListBullet"/>
        <w:spacing w:line="240" w:lineRule="auto"/>
        <w:ind w:left="720"/>
      </w:pPr>
      <w:r/>
      <w:r>
        <w:rPr>
          <w:b/>
        </w:rPr>
        <w:t>Activities on offer:</w:t>
      </w:r>
      <w:r>
        <w:t xml:space="preserve"> Expect casual games like cornhole, bocce and volleyball, plus relaxed conversation and a likely bonfire as the sun sets. </w:t>
      </w:r>
      <w:r/>
      <w:r/>
    </w:p>
    <w:p>
      <w:pPr>
        <w:pStyle w:val="Heading2"/>
      </w:pPr>
      <w:r>
        <w:t>Why this picnic has become a late‑summer favourite</w:t>
      </w:r>
      <w:r/>
    </w:p>
    <w:p>
      <w:r/>
      <w:r>
        <w:t>There’s a cosy, familiar vibe that comes with an outdoor community picnic , the soft hum of conversation, the smell of barbecue and the comfort of old friends gathering. According to local organisers, the LBT Women’s Picnic has grown into a dependable end‑of‑summer ritual for many in Erie, blending simple pleasures with the chance to reconnect. It’s the sort of event where smiles travel faster than introductions.</w:t>
      </w:r>
      <w:r/>
    </w:p>
    <w:p>
      <w:pPr>
        <w:pStyle w:val="Heading2"/>
      </w:pPr>
      <w:r>
        <w:t>How the event works , what to bring and what to expect</w:t>
      </w:r>
      <w:r/>
    </w:p>
    <w:p>
      <w:r/>
      <w:r>
        <w:t>Organisers suggest the basics: a lawn chair for comfort, a dish to share if you’re able, and any personal drinks you prefer. Water and a selection of drinks will be provided, so you won’t go thirsty. Volunteers typically set up informal game areas and a safe spot for a bonfire later in the day, so bring layers for the evening chill and a light blanket if you plan to linger.</w:t>
      </w:r>
      <w:r/>
    </w:p>
    <w:p>
      <w:pPr>
        <w:pStyle w:val="Heading2"/>
      </w:pPr>
      <w:r>
        <w:t>Games, gatherings and gentle competition</w:t>
      </w:r>
      <w:r/>
    </w:p>
    <w:p>
      <w:r/>
      <w:r>
        <w:t>If you like a bit of playful rivalry, the picnic usually features cornhole, bocce and volleyball , games that are as much about laughter as they are about winning. If you’d rather watch and chat, there’s plenty of room for that too; organisers design the day so people can float between activities and downtime. It’s a good way to meet someone new without pressure, or to catch up with long‑standing friends.</w:t>
      </w:r>
      <w:r/>
    </w:p>
    <w:p>
      <w:pPr>
        <w:pStyle w:val="Heading2"/>
      </w:pPr>
      <w:r>
        <w:t>Community and accessibility , who this picnic is for</w:t>
      </w:r>
      <w:r/>
    </w:p>
    <w:p>
      <w:r/>
      <w:r>
        <w:t>The event is hosted by LBT Women of Erie leaders and is explicitly inclusive: lesbians, bisexual and transgender people, plus allies and anyone who feels part of the community, are welcome. Kids are invited, but pets are asked to stay at home, which helps keep the space comfortable for people with allergies or anxiety around animals. It’s a simple reminder that accessibility and welcome can coexist with relaxed, backyard‑style fun.</w:t>
      </w:r>
      <w:r/>
    </w:p>
    <w:p>
      <w:pPr>
        <w:pStyle w:val="Heading2"/>
      </w:pPr>
      <w:r>
        <w:t>Tips for making the most of the day</w:t>
      </w:r>
      <w:r/>
    </w:p>
    <w:p>
      <w:r/>
      <w:r>
        <w:t>Arrive a little early to nab a spot near the games or the fire pit, and label any shared dish if it contains common allergens. Pack sunscreen and a refillable water bottle, and consider carpooling to reduce parking hassle. If you’re new to the group, bring a friendly opener , a question about the dish someone brought or a request to join a game works wonders.</w:t>
      </w:r>
      <w:r/>
    </w:p>
    <w:p>
      <w:r/>
      <w:r>
        <w:t>It's a small, sunny ritual that spins summer into community , bring your appetite and your best greetings.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[6]</w:t>
        </w:r>
      </w:hyperlink>
      <w:r>
        <w:t xml:space="preserve">- Paragraph 3: </w:t>
      </w:r>
      <w:hyperlink r:id="rId9">
        <w:r>
          <w:rPr>
            <w:color w:val="0000EE"/>
            <w:u w:val="single"/>
          </w:rPr>
          <w:t>[2]</w:t>
        </w:r>
      </w:hyperlink>
      <w:r>
        <w:t xml:space="preserve">, </w:t>
      </w:r>
      <w:hyperlink r:id="rId10">
        <w:r>
          <w:rPr>
            <w:color w:val="0000EE"/>
            <w:u w:val="single"/>
          </w:rPr>
          <w:t>[3]</w:t>
        </w:r>
      </w:hyperlink>
      <w:r>
        <w:t xml:space="preserve">- Paragraph 4: </w:t>
      </w:r>
      <w:hyperlink r:id="rId11">
        <w:r>
          <w:rPr>
            <w:color w:val="0000EE"/>
            <w:u w:val="single"/>
          </w:rPr>
          <w:t>[4]</w:t>
        </w:r>
      </w:hyperlink>
      <w:r>
        <w:t xml:space="preserve">, </w:t>
      </w:r>
      <w:hyperlink r:id="rId12">
        <w:r>
          <w:rPr>
            <w:color w:val="0000EE"/>
            <w:u w:val="single"/>
          </w:rPr>
          <w:t>[5]</w:t>
        </w:r>
      </w:hyperlink>
      <w:r>
        <w:t xml:space="preserve">- Paragraph 5: </w:t>
      </w:r>
      <w:hyperlink r:id="rId9">
        <w:r>
          <w:rPr>
            <w:color w:val="0000EE"/>
            <w:u w:val="single"/>
          </w:rPr>
          <w:t>[2]</w:t>
        </w:r>
      </w:hyperlink>
      <w:r>
        <w:t xml:space="preserve">,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https://www.eriegaynews.com/news/article.php?recordid=202608lbtowmenpicnicpromo&amp;sourceid=4&amp;sourcereason=RSSFeed</w:t>
        </w:r>
      </w:hyperlink>
      <w:r>
        <w:t xml:space="preserve"> - Please view link - unable to able to access data</w:t>
      </w:r>
      <w:r/>
    </w:p>
    <w:p>
      <w:pPr>
        <w:pStyle w:val="ListNumber"/>
        <w:spacing w:line="240" w:lineRule="auto"/>
        <w:ind w:left="720"/>
      </w:pPr>
      <w:r/>
      <w:hyperlink r:id="rId9">
        <w:r>
          <w:rPr>
            <w:color w:val="0000EE"/>
            <w:u w:val="single"/>
          </w:rPr>
          <w:t>https://www.eriegaynews.com/news/article.php?recordid=202608lbtowmenpicnicpromo&amp;sourceid=4&amp;sourcereason=RSSFeed</w:t>
        </w:r>
      </w:hyperlink>
      <w:r>
        <w:t xml:space="preserve"> - The article announces the return of the annual LBT Women's Picnic in Erie, Pennsylvania, scheduled for Saturday, August 29. Hosted by LBT Women of Erie leaders Kim and Andrea, the event invites lesbian, bisexual, transgender, and allied individuals to gather for a day of food, games, and community bonding. Attendees are encouraged to bring lawn chairs and, if possible, a dish to share. Water and beverages will be provided, and participants are welcome to bring their own drinks. The picnic offers activities like cornhole, bocce, and volleyball, with a relaxed atmosphere for socialising. The day concludes with a bonfire, fostering a sense of community and belonging. For more details and updates, the article directs readers to the LBT Women of Erie Facebook event page. The event aims to celebrate community, create new memories, and reinforce the message that everyone belongs.</w:t>
      </w:r>
      <w:r/>
    </w:p>
    <w:p>
      <w:pPr>
        <w:pStyle w:val="ListNumber"/>
        <w:spacing w:line="240" w:lineRule="auto"/>
        <w:ind w:left="720"/>
      </w:pPr>
      <w:r/>
      <w:hyperlink r:id="rId10">
        <w:r>
          <w:rPr>
            <w:color w:val="0000EE"/>
            <w:u w:val="single"/>
          </w:rPr>
          <w:t>https://www.eriegaynews.com/news/article.php?recordid=202508lbtwomenpicnicpromo</w:t>
        </w:r>
      </w:hyperlink>
      <w:r>
        <w:t xml:space="preserve"> - This article promotes the LBT Women's Picnic, highlighting the opportunity for attendees to engage in friendly competitions such as cornhole, bocce, and square volleyball. For those preferring a more relaxed experience, the picnic offers a chance to enjoy delicious food and meaningful conversations that can lead to lasting connections. As the sun sets, a bonfire is planned to provide a cosy late-summer atmosphere. The article provides links to the LBT Women of Erie Facebook Page and the LBT Women Picnic Facebook Event Page for further details and updates. The event is designed to cater to various preferences, ensuring a welcoming environment for all participants.</w:t>
      </w:r>
      <w:r/>
    </w:p>
    <w:p>
      <w:pPr>
        <w:pStyle w:val="ListNumber"/>
        <w:spacing w:line="240" w:lineRule="auto"/>
        <w:ind w:left="720"/>
      </w:pPr>
      <w:r/>
      <w:hyperlink r:id="rId11">
        <w:r>
          <w:rPr>
            <w:color w:val="0000EE"/>
            <w:u w:val="single"/>
          </w:rPr>
          <w:t>https://www.eriegaynews.com/news/article.php?recordid=201704lbtwomanoftheyear</w:t>
        </w:r>
      </w:hyperlink>
      <w:r>
        <w:t xml:space="preserve"> - The article announces that Kim Conti, a leader of LBT Women of Erie, has been nominated as one of five finalists for the Women's Roundtable of Northwest PA Woman of the Year Award. The award recognises women who make a significant positive impact in the Erie community, particularly those who support other women. Kim's nomination acknowledges her dedication to advocacy, activism, mentoring, and volunteer work within the Erie and Erie LGBT community. The article includes details about the reception and banquet events where the award will be presented, encouraging community members to attend and support Kim.</w:t>
      </w:r>
      <w:r/>
    </w:p>
    <w:p>
      <w:pPr>
        <w:pStyle w:val="ListNumber"/>
        <w:spacing w:line="240" w:lineRule="auto"/>
        <w:ind w:left="720"/>
      </w:pPr>
      <w:r/>
      <w:hyperlink r:id="rId12">
        <w:r>
          <w:rPr>
            <w:color w:val="0000EE"/>
            <w:u w:val="single"/>
          </w:rPr>
          <w:t>https://www.eriegaynews.com/news/article.php?recordid=201909lbtwomentrec</w:t>
        </w:r>
      </w:hyperlink>
      <w:r>
        <w:t xml:space="preserve"> - This article informs readers that LBT Women of Erie will begin holding their monthly planning meetings at the Tom Ridge Environmental Center (TREC) starting September 8. The meetings are scheduled for the second Sunday of each month at noon. The venue, located at 301 Peninsula Drive, Erie, PA, offers a new setting for members and first-timers to bring ideas and information on events they would like to participate in with the group. The article provides the address and encourages community members to attend and engage with the group.</w:t>
      </w:r>
      <w:r/>
    </w:p>
    <w:p>
      <w:pPr>
        <w:pStyle w:val="ListNumber"/>
        <w:spacing w:line="240" w:lineRule="auto"/>
        <w:ind w:left="720"/>
      </w:pPr>
      <w:r/>
      <w:hyperlink r:id="rId10">
        <w:r>
          <w:rPr>
            <w:color w:val="0000EE"/>
            <w:u w:val="single"/>
          </w:rPr>
          <w:t>https://www.eriegaynews.com/news/article.php?recordid=202508lbtwomenpicnicpromo</w:t>
        </w:r>
      </w:hyperlink>
      <w:r>
        <w:t xml:space="preserve"> - This article promotes the LBT Women's Picnic, highlighting the opportunity for attendees to engage in friendly competitions such as cornhole, bocce, and square volleyball. For those preferring a more relaxed experience, the picnic offers a chance to enjoy delicious food and meaningful conversations that can lead to lasting connections. As the sun sets, a bonfire is planned to provide a cosy late-summer atmosphere. The article provides links to the LBT Women of Erie Facebook Page and the LBT Women Picnic Facebook Event Page for further details and updates. The event is designed to cater to various preferences, ensuring a welcoming environment for all participants.</w:t>
      </w:r>
      <w:r/>
    </w:p>
    <w:p>
      <w:pPr>
        <w:pStyle w:val="ListNumber"/>
        <w:spacing w:line="240" w:lineRule="auto"/>
        <w:ind w:left="720"/>
      </w:pPr>
      <w:r/>
      <w:hyperlink r:id="rId10">
        <w:r>
          <w:rPr>
            <w:color w:val="0000EE"/>
            <w:u w:val="single"/>
          </w:rPr>
          <w:t>https://www.eriegaynews.com/news/article.php?recordid=202508lbtwomenpicnicpromo</w:t>
        </w:r>
      </w:hyperlink>
      <w:r>
        <w:t xml:space="preserve"> - This article promotes the LBT Women's Picnic, highlighting the opportunity for attendees to engage in friendly competitions such as cornhole, bocce, and square volleyball. For those preferring a more relaxed experience, the picnic offers a chance to enjoy delicious food and meaningful conversations that can lead to lasting connections. As the sun sets, a bonfire is planned to provide a cosy late-summer atmosphere. The article provides links to the LBT Women of Erie Facebook Page and the LBT Women Picnic Facebook Event Page for further details and updates. The event is designed to cater to various preferences, ensuring a welcoming environment for all participants.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riegaynews.com/news/article.php?recordid=202608lbtowmenpicnicpromo&amp;sourceid=4&amp;sourcereason=RSSFeed" TargetMode="External"/><Relationship Id="rId10" Type="http://schemas.openxmlformats.org/officeDocument/2006/relationships/hyperlink" Target="https://www.eriegaynews.com/news/article.php?recordid=202508lbtwomenpicnicpromo" TargetMode="External"/><Relationship Id="rId11" Type="http://schemas.openxmlformats.org/officeDocument/2006/relationships/hyperlink" Target="https://www.eriegaynews.com/news/article.php?recordid=201704lbtwomanoftheyear" TargetMode="External"/><Relationship Id="rId12" Type="http://schemas.openxmlformats.org/officeDocument/2006/relationships/hyperlink" Target="https://www.eriegaynews.com/news/article.php?recordid=201909lbtwomentre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