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Glasgow Pride 2026 Route Guide — what to expect on July 18</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revelers are preparing for a colourful weekend as Glasgow Pride returns on Saturday 18 July; thousands will gather at Glasgow Green before a noon march through the city centre, bringing road closures, bus diversions and plenty of atmosphere to plan around.</w:t>
      </w:r>
      <w:r/>
    </w:p>
    <w:p>
      <w:r/>
      <w:r>
        <w:t>Essential Takeaways</w:t>
      </w:r>
      <w:r/>
      <w:r/>
    </w:p>
    <w:p>
      <w:pPr>
        <w:pStyle w:val="ListBullet"/>
        <w:spacing w:line="240" w:lineRule="auto"/>
        <w:ind w:left="720"/>
      </w:pPr>
      <w:r/>
      <w:r>
        <w:rPr>
          <w:b/>
        </w:rPr>
        <w:t>When and where:</w:t>
      </w:r>
      <w:r>
        <w:t xml:space="preserve"> Assemble at the McLennan Arch on Greendyke Street, march starts at 12pm on Saturday 18 July. </w:t>
      </w:r>
      <w:r/>
    </w:p>
    <w:p>
      <w:pPr>
        <w:pStyle w:val="ListBullet"/>
        <w:spacing w:line="240" w:lineRule="auto"/>
        <w:ind w:left="720"/>
      </w:pPr>
      <w:r/>
      <w:r>
        <w:rPr>
          <w:b/>
        </w:rPr>
        <w:t>Route highlights:</w:t>
      </w:r>
      <w:r>
        <w:t xml:space="preserve"> The procession travels via Saltmarket, Broomielaw, Argyle Street, Queen Street, Trongate and London Road, finishing back at Greendyke Street. </w:t>
      </w:r>
      <w:r/>
    </w:p>
    <w:p>
      <w:pPr>
        <w:pStyle w:val="ListBullet"/>
        <w:spacing w:line="240" w:lineRule="auto"/>
        <w:ind w:left="720"/>
      </w:pPr>
      <w:r/>
      <w:r>
        <w:rPr>
          <w:b/>
        </w:rPr>
        <w:t>Transport impact:</w:t>
      </w:r>
      <w:r>
        <w:t xml:space="preserve"> Multiple roads closed and temporary no-waiting/loading rules in place from Friday evening through Saturday night; some bus lanes suspended. </w:t>
      </w:r>
      <w:r/>
    </w:p>
    <w:p>
      <w:pPr>
        <w:pStyle w:val="ListBullet"/>
        <w:spacing w:line="240" w:lineRule="auto"/>
        <w:ind w:left="720"/>
      </w:pPr>
      <w:r/>
      <w:r>
        <w:rPr>
          <w:b/>
        </w:rPr>
        <w:t>Who can pass:</w:t>
      </w:r>
      <w:r>
        <w:t xml:space="preserve"> Restrictions apply to all vehicles except emergency services and those authorised by Glasgow City Council events team. </w:t>
      </w:r>
      <w:r/>
    </w:p>
    <w:p>
      <w:pPr>
        <w:pStyle w:val="ListBullet"/>
        <w:spacing w:line="240" w:lineRule="auto"/>
        <w:ind w:left="720"/>
      </w:pPr>
      <w:r/>
      <w:r>
        <w:rPr>
          <w:b/>
        </w:rPr>
        <w:t>Practical tip:</w:t>
      </w:r>
      <w:r>
        <w:t xml:space="preserve"> Expect crowds, colourful visuals and lively music , arrive early, plan alternatives for driving, and check local bus updates.</w:t>
      </w:r>
      <w:r/>
      <w:r/>
    </w:p>
    <w:p>
      <w:pPr>
        <w:pStyle w:val="Heading2"/>
      </w:pPr>
      <w:r>
        <w:t>A big, bright march , where to join and when</w:t>
      </w:r>
      <w:r/>
    </w:p>
    <w:p>
      <w:r/>
      <w:r>
        <w:t>If you want to catch the vibe, turning up at the McLennan Arch on Greendyke Street before noon is the simple play. The crowd usually builds with families, friends and floats, and there’s a real sense of occasion , bright banners, music and cheering that fill the air. Organisers ask participants to be ready to set off promptly at 12pm so the procession can keep to its planned timings.</w:t>
      </w:r>
      <w:r/>
    </w:p>
    <w:p>
      <w:r/>
      <w:r>
        <w:t>Glasgow Pride is organised by Pride SCIO and has become a staple of the city’s summer calendar. It’s practical to pick a meeting point in advance , the arch makes a handy landmark , and to factor in time for security checks or bag searches if they’re in operation.</w:t>
      </w:r>
      <w:r/>
    </w:p>
    <w:p>
      <w:pPr>
        <w:pStyle w:val="Heading2"/>
      </w:pPr>
      <w:r>
        <w:t>The route , a city-centre tour with familiar landmarks</w:t>
      </w:r>
      <w:r/>
    </w:p>
    <w:p>
      <w:r/>
      <w:r>
        <w:t>The march winds from Greendyke Street along Saltmarket, Clyde Street and the Broomielaw before cutting through Argyle Street, Queen Street and Ingram Street, then onto Trongate and London Road. That path takes you past riverside spots, busy shopping streets and near transport hubs, so it’s a good way to see the city in full festival mode.</w:t>
      </w:r>
      <w:r/>
    </w:p>
    <w:p>
      <w:r/>
      <w:r>
        <w:t>For photographers and spectators, spots along Argyle Street and Trongate tend to feel the busiest and most colourful. If you prefer a quieter view, consider catching the tail end nearer London Road where crowds thin slightly.</w:t>
      </w:r>
      <w:r/>
    </w:p>
    <w:p>
      <w:pPr>
        <w:pStyle w:val="Heading2"/>
      </w:pPr>
      <w:r>
        <w:t>Road closures and parking , what drivers need to know</w:t>
      </w:r>
      <w:r/>
    </w:p>
    <w:p>
      <w:r/>
      <w:r>
        <w:t>Glasgow City Council has introduced temporary restrictions “for the safety of the event and other road users.” No waiting, loading or unloading applies from 3pm on Friday 17 July until 11.59pm on Saturday 18 July on several city-centre streets, while full road closures run from 6am until 11.59pm on Saturday.</w:t>
      </w:r>
      <w:r/>
    </w:p>
    <w:p>
      <w:r/>
      <w:r>
        <w:t>Expect closures and limited resident access on streets including Brunswick Street, Bell Street and Wilson Street, among others. If you usually drive into the city on a Saturday, plan an alternate route or leave the car at home , residents and delivery drivers should check council notices for exemptions and access instructions.</w:t>
      </w:r>
      <w:r/>
    </w:p>
    <w:p>
      <w:pPr>
        <w:pStyle w:val="Heading2"/>
      </w:pPr>
      <w:r>
        <w:t>Buses and public transport , plan for diversions</w:t>
      </w:r>
      <w:r/>
    </w:p>
    <w:p>
      <w:r/>
      <w:r>
        <w:t>Public transport will adapt around the event. Bus lane suspensions and route changes are likely, with Glassford Street northbound set to have bus lane suspensions from early morning until late. First Bus and other operators typically publish diversion maps and temporary timetables in the run-up to events like this, so check their updates before you travel.</w:t>
      </w:r>
      <w:r/>
    </w:p>
    <w:p>
      <w:r/>
      <w:r>
        <w:t>Walking, cycling or using regular tram and train services to central stations will often be the fastest option on the day. Allow extra time for journeys and expect congestion around the start and finish points.</w:t>
      </w:r>
      <w:r/>
    </w:p>
    <w:p>
      <w:pPr>
        <w:pStyle w:val="Heading2"/>
      </w:pPr>
      <w:r>
        <w:t>What to bring and what to expect on the day</w:t>
      </w:r>
      <w:r/>
    </w:p>
    <w:p>
      <w:r/>
      <w:r>
        <w:t>Bring water, sun protection and comfortable shoes , Pride is as much a stroll as a celebration, but the sun and crowds can make it tiring. If you’re coming to photograph or film, pack a compact power bank and check any restrictions on professional equipment with organisers.</w:t>
      </w:r>
      <w:r/>
    </w:p>
    <w:p>
      <w:r/>
      <w:r>
        <w:t>Respect the celebratory nature of the march: it’s a community event with a focus on inclusion and safety. Leave space for children and strollers, follow steward directions, and have a meeting point in case your group gets separated.</w:t>
      </w:r>
      <w:r/>
    </w:p>
    <w:p>
      <w:r/>
      <w:r>
        <w:t>It's a small change in routine that can make the day far easier and more enjoyable.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14">
        <w:r>
          <w:rPr>
            <w:color w:val="0000EE"/>
            <w:u w:val="single"/>
          </w:rPr>
          <w:t>[6]</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https://www.glasgowtimes.co.uk/news/scottish-news/26276435.official-route-glasgow-pride-2026-revealed-5000-attend/?ref=rss</w:t>
        </w:r>
      </w:hyperlink>
      <w:r>
        <w:t xml:space="preserve"> - Please view link - unable to able to access data</w:t>
      </w:r>
      <w:r/>
    </w:p>
    <w:p>
      <w:pPr>
        <w:pStyle w:val="ListNumber"/>
        <w:spacing w:line="240" w:lineRule="auto"/>
        <w:ind w:left="720"/>
      </w:pPr>
      <w:r/>
      <w:hyperlink r:id="rId10">
        <w:r>
          <w:rPr>
            <w:color w:val="0000EE"/>
            <w:u w:val="single"/>
          </w:rPr>
          <w:t>https://glasgowspride.org/pride2026</w:t>
        </w:r>
      </w:hyperlink>
      <w:r>
        <w:t xml:space="preserve"> - Glasgow's Pride 2026 is scheduled for Saturday, 18 July 2026. The organisers are currently planning the event, including the march and festival details. Information will be provided to those who register when appropriate and confirmed. Attendees are encouraged to stay updated through the official Glasgow's Pride website and social media channels for the latest information.</w:t>
      </w:r>
      <w:r/>
    </w:p>
    <w:p>
      <w:pPr>
        <w:pStyle w:val="ListNumber"/>
        <w:spacing w:line="240" w:lineRule="auto"/>
        <w:ind w:left="720"/>
      </w:pPr>
      <w:r/>
      <w:hyperlink r:id="rId12">
        <w:r>
          <w:rPr>
            <w:color w:val="0000EE"/>
            <w:u w:val="single"/>
          </w:rPr>
          <w:t>https://helm.news/2026-04-19/eight-glasgow-roads-close-pride-march-july.html</w:t>
        </w:r>
      </w:hyperlink>
      <w:r>
        <w:t xml:space="preserve"> - Eight Glasgow roads will be closed on 17 and 18 July 2026 to accommodate the city's 30th anniversary Pride march and festival. Restrictions will be in place from 3pm on 17 July until 11:59pm on 18 July, with specific roadways like Wilson Street and Glassford Street closed to residents and emergency vehicles only. Organisers are still planning the official route for the event to ensure the safety of participants.</w:t>
      </w:r>
      <w:r/>
    </w:p>
    <w:p>
      <w:pPr>
        <w:pStyle w:val="ListNumber"/>
        <w:spacing w:line="240" w:lineRule="auto"/>
        <w:ind w:left="720"/>
      </w:pPr>
      <w:r/>
      <w:hyperlink r:id="rId13">
        <w:r>
          <w:rPr>
            <w:color w:val="0000EE"/>
            <w:u w:val="single"/>
          </w:rPr>
          <w:t>https://www.firstbus.co.uk/greater-glasgow/news-and-service-updates/updates/glasgow-10k-diversions</w:t>
        </w:r>
      </w:hyperlink>
      <w:r>
        <w:t xml:space="preserve"> - On Sunday, 12 July 2026, several streets in Glasgow City Centre and surrounding areas will be closed for the 10K race. During the closures, bus services 1, 1A, 1C, and X4 will operate diversions. Passengers are advised to observe all bus stops on diversion routes. The closures are in effect from 4:00am to 4:00pm on 12 July 2026.</w:t>
      </w:r>
      <w:r/>
    </w:p>
    <w:p>
      <w:pPr>
        <w:pStyle w:val="ListNumber"/>
        <w:spacing w:line="240" w:lineRule="auto"/>
        <w:ind w:left="720"/>
      </w:pPr>
      <w:r/>
      <w:hyperlink r:id="rId15">
        <w:r>
          <w:rPr>
            <w:color w:val="0000EE"/>
            <w:u w:val="single"/>
          </w:rPr>
          <w:t>https://www.nyc.gov/assets/cecm/downloads/pdf/pride-street-closures-info-2026.pdf</w:t>
        </w:r>
      </w:hyperlink>
      <w:r>
        <w:t xml:space="preserve"> - The City of New York has provided information regarding changes to normal operations for the NYC Pride March and Festival on Sunday, 28 June 2026. The document outlines street closures, traffic detours, and parking restrictions in affected areas. Residents and business owners are advised to review the list of closures and note that all information is subject to change at the discretion of the NYPD.</w:t>
      </w:r>
      <w:r/>
    </w:p>
    <w:p>
      <w:pPr>
        <w:pStyle w:val="ListNumber"/>
        <w:spacing w:line="240" w:lineRule="auto"/>
        <w:ind w:left="720"/>
      </w:pPr>
      <w:r/>
      <w:hyperlink r:id="rId14">
        <w:r>
          <w:rPr>
            <w:color w:val="0000EE"/>
            <w:u w:val="single"/>
          </w:rPr>
          <w:t>https://www.westlothianpride.org.uk/getting-to-pride/</w:t>
        </w:r>
      </w:hyperlink>
      <w:r>
        <w:t xml:space="preserve"> - West Lothian Pride 2026 is scheduled for Saturday, 25 July 2026. The organisers have provided information to help attendees get to the Pride Parade starting point and the Pride Village. They recommend using public transport to the start location. For those travelling from Edinburgh, trains to Livingston North or Livingston South stations are available, with a short taxi or bus ride to Livingston Designer Outlet. From Glasgow, trains to Livingston North station are recommended, followed by a short taxi or bus ride to the venue.</w:t>
      </w:r>
      <w:r/>
    </w:p>
    <w:p>
      <w:pPr>
        <w:pStyle w:val="ListNumber"/>
        <w:spacing w:line="240" w:lineRule="auto"/>
        <w:ind w:left="720"/>
      </w:pPr>
      <w:r/>
      <w:hyperlink r:id="rId11">
        <w:r>
          <w:rPr>
            <w:color w:val="0000EE"/>
            <w:u w:val="single"/>
          </w:rPr>
          <w:t>https://www.glasgowchamberofcommerce.com/glasgow-city-hub/city-works-updates/2026/july/07/pride-festival-18-july-2026/</w:t>
        </w:r>
      </w:hyperlink>
      <w:r>
        <w:t xml:space="preserve"> - The Glasgow Chamber of Commerce has provided updated dates and times for the Pride Festival on 18 July 2026. Road closures will begin on Friday to allow for stage construction. Specific roads affected and dates and times of restriction are detailed, with restrictions applying to all vehicles except for emergency service vehicles and those with permission from Glasgow City Council's events section. The restrictions are implemented for the safety of the event and other road users.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times.co.uk/news/scottish-news/26276435.official-route-glasgow-pride-2026-revealed-5000-attend/?ref=rss" TargetMode="External"/><Relationship Id="rId10" Type="http://schemas.openxmlformats.org/officeDocument/2006/relationships/hyperlink" Target="https://glasgowspride.org/pride2026" TargetMode="External"/><Relationship Id="rId11" Type="http://schemas.openxmlformats.org/officeDocument/2006/relationships/hyperlink" Target="https://www.glasgowchamberofcommerce.com/glasgow-city-hub/city-works-updates/2026/july/07/pride-festival-18-july-2026/" TargetMode="External"/><Relationship Id="rId12" Type="http://schemas.openxmlformats.org/officeDocument/2006/relationships/hyperlink" Target="https://helm.news/2026-04-19/eight-glasgow-roads-close-pride-march-july.html" TargetMode="External"/><Relationship Id="rId13" Type="http://schemas.openxmlformats.org/officeDocument/2006/relationships/hyperlink" Target="https://www.firstbus.co.uk/greater-glasgow/news-and-service-updates/updates/glasgow-10k-diversions" TargetMode="External"/><Relationship Id="rId14" Type="http://schemas.openxmlformats.org/officeDocument/2006/relationships/hyperlink" Target="https://www.westlothianpride.org.uk/getting-to-pride/" TargetMode="External"/><Relationship Id="rId15" Type="http://schemas.openxmlformats.org/officeDocument/2006/relationships/hyperlink" Target="https://www.nyc.gov/assets/cecm/downloads/pdf/pride-street-closures-info-202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