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Appreciation Awards 2026 Top 5: New Orleans’ Who to Watch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culture and community are already buzzing , Ambush Magazine has revealed the Top 5 finalists across categories for the 2026 Gay Appreciation Awards in New Orleans, and the Gala on 25 July will decide the winners while raising funds for local LGBT+ causes. Here’s who made the shortlist and why it matters to the city’s queer scene.</w:t>
      </w:r>
      <w:r/>
    </w:p>
    <w:p>
      <w:r/>
      <w:r>
        <w:t>Essential Takeaways</w:t>
      </w:r>
      <w:r/>
      <w:r/>
    </w:p>
    <w:p>
      <w:pPr>
        <w:pStyle w:val="ListBullet"/>
        <w:spacing w:line="240" w:lineRule="auto"/>
        <w:ind w:left="720"/>
      </w:pPr>
      <w:r/>
      <w:r>
        <w:rPr>
          <w:b/>
        </w:rPr>
        <w:t>Event details:</w:t>
      </w:r>
      <w:r>
        <w:t xml:space="preserve"> The GAA Gala is set for Saturday 25 July at The Marigny Opera House, doors and red carpet opening at 6pm. </w:t>
      </w:r>
      <w:r/>
    </w:p>
    <w:p>
      <w:pPr>
        <w:pStyle w:val="ListBullet"/>
        <w:spacing w:line="240" w:lineRule="auto"/>
        <w:ind w:left="720"/>
      </w:pPr>
      <w:r/>
      <w:r>
        <w:rPr>
          <w:b/>
        </w:rPr>
        <w:t>Fundraising focus:</w:t>
      </w:r>
      <w:r>
        <w:t xml:space="preserve"> Proceeds go to the LGBT+ Archives Project of Louisiana and NOAGE, supporting history and ageing services. </w:t>
      </w:r>
      <w:r/>
    </w:p>
    <w:p>
      <w:pPr>
        <w:pStyle w:val="ListBullet"/>
        <w:spacing w:line="240" w:lineRule="auto"/>
        <w:ind w:left="720"/>
      </w:pPr>
      <w:r/>
      <w:r>
        <w:rPr>
          <w:b/>
        </w:rPr>
        <w:t>Wide shortlist:</w:t>
      </w:r>
      <w:r>
        <w:t xml:space="preserve"> Finalists span advocates, performers, businesses and community groups , from DJs to nonprofits. </w:t>
      </w:r>
      <w:r/>
    </w:p>
    <w:p>
      <w:pPr>
        <w:pStyle w:val="ListBullet"/>
        <w:spacing w:line="240" w:lineRule="auto"/>
        <w:ind w:left="720"/>
      </w:pPr>
      <w:r/>
      <w:r>
        <w:rPr>
          <w:b/>
        </w:rPr>
        <w:t>Local flavour:</w:t>
      </w:r>
      <w:r>
        <w:t xml:space="preserve"> Several repeat names and community favourites show the depth of New Orleans’ queer cultural scene. </w:t>
      </w:r>
      <w:r/>
    </w:p>
    <w:p>
      <w:pPr>
        <w:pStyle w:val="ListBullet"/>
        <w:spacing w:line="240" w:lineRule="auto"/>
        <w:ind w:left="720"/>
      </w:pPr>
      <w:r/>
      <w:r>
        <w:rPr>
          <w:b/>
        </w:rPr>
        <w:t>How to attend:</w:t>
      </w:r>
      <w:r>
        <w:t xml:space="preserve"> Tickets available via Eventbrite for those who want to join the gala and after-party buzz.</w:t>
      </w:r>
      <w:r/>
      <w:r/>
    </w:p>
    <w:p>
      <w:pPr>
        <w:pStyle w:val="Heading2"/>
      </w:pPr>
      <w:r>
        <w:t>Who’s headlining the shortlist , the standouts and surprises</w:t>
      </w:r>
      <w:r/>
    </w:p>
    <w:p>
      <w:r/>
      <w:r>
        <w:t>Ambush Magazine published an alphabetised Top 5 for each award, and the list reads like a roll call of New Orleans’ queer life , activists, entertainers and businesses all mixed together. The shortlist includes familiar faces such as Chesley Polk, Ryan Rogers and Debbie With A D, alongside groups like the New Orleans Gay Men’s Chorus and CrescentCare. The range feels deliberately broad, reflecting nightlife, advocacy, arts and services.</w:t>
      </w:r>
      <w:r/>
    </w:p>
    <w:p>
      <w:r/>
      <w:r>
        <w:t>This year’s ties in a few categories produced six nominees rather than five, which is a tidy reminder that community races can be close and competitive. Expect friendly rivalries on the red carpet and a few surprise speeches when winners are called.</w:t>
      </w:r>
      <w:r/>
    </w:p>
    <w:p>
      <w:pPr>
        <w:pStyle w:val="Heading2"/>
      </w:pPr>
      <w:r>
        <w:t>Why the Gala matters , more than trophies</w:t>
      </w:r>
      <w:r/>
    </w:p>
    <w:p>
      <w:r/>
      <w:r>
        <w:t>The awards night is a fundraiser as much as a celebration. Ambush says proceeds will support the LGBT+ Archives Project of Louisiana and NOAGE, organisations that preserve queer history and support older LGBTQ people. That philanthropic angle gives the ceremony extra weight , it’s about recognition and resource-building for the community.</w:t>
      </w:r>
      <w:r/>
    </w:p>
    <w:p>
      <w:r/>
      <w:r>
        <w:t>If you care about sustaining queer culture in New Orleans, this is one of the neatest ways to show up: enjoy the atmosphere, applaud creativity and know your ticket helps keep services and archives running.</w:t>
      </w:r>
      <w:r/>
    </w:p>
    <w:p>
      <w:pPr>
        <w:pStyle w:val="Heading2"/>
      </w:pPr>
      <w:r>
        <w:t>Categories to watch , culture, nightlife and activism</w:t>
      </w:r>
      <w:r/>
    </w:p>
    <w:p>
      <w:r/>
      <w:r>
        <w:t>The categories cover a lot of ground: Advocate of the Year, Artist of the Year, Bartender, DJ, Event of the Year, LGBTQ Business and Nonprofit of the Year, and more niche prizes like Kinkster and Leather Person of the Year. Theatre productions also made the Critics’ Choice shortlist, with Trinity titles from Summer Lyric Theatre, The NOLA Project and Crescent City Stage among nominees.</w:t>
      </w:r>
      <w:r/>
    </w:p>
    <w:p>
      <w:r/>
      <w:r>
        <w:t>That spread underlines how awards like this capture the ecosystem , venues and producers, individual performers, grassroots groups and the businesses that support them. If you’re planning to vote, think about impact as well as showmanship.</w:t>
      </w:r>
      <w:r/>
    </w:p>
    <w:p>
      <w:pPr>
        <w:pStyle w:val="Heading2"/>
      </w:pPr>
      <w:r>
        <w:t>Practical tips for attending the Gala</w:t>
      </w:r>
      <w:r/>
    </w:p>
    <w:p>
      <w:r/>
      <w:r>
        <w:t>If you’re heading to The Marigny Opera House, book tickets early via Eventbrite to avoid disappointment and aim to arrive before the 6pm red carpet to catch the arrivals. Dress code for these nights in New Orleans tends to be festive rather than formal, so bring something that photographs well and feels comfortable for an evening of standing and socialising.</w:t>
      </w:r>
      <w:r/>
    </w:p>
    <w:p>
      <w:r/>
      <w:r>
        <w:t>Budget for donations as the night is charitable, and consider following up by supporting shortlisted nonprofits directly , donations outside the gala often make a tangible difference.</w:t>
      </w:r>
      <w:r/>
    </w:p>
    <w:p>
      <w:pPr>
        <w:pStyle w:val="Heading2"/>
      </w:pPr>
      <w:r>
        <w:t>What the shortlists reveal about the scene’s future</w:t>
      </w:r>
      <w:r/>
    </w:p>
    <w:p>
      <w:r/>
      <w:r>
        <w:t>Scanning the nominees shows a mix of long-standing community pillars and rising new entertainers, suggesting continuity and renewal at once. Names across nightlife, theatre and advocacy signal that New Orleans’ queer scene remains resilient and creative despite wider cultural shifts.</w:t>
      </w:r>
      <w:r/>
    </w:p>
    <w:p>
      <w:r/>
      <w:r>
        <w:t>Look out for names that appear across categories , they often indicate community leaders whose influence is wide. Expect the winners to reflect both popular appeal and sustained service.</w:t>
      </w:r>
      <w:r/>
    </w:p>
    <w:p>
      <w:r/>
      <w:r>
        <w:t>It's a small change that can make every celebration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9">
        <w:r>
          <w:rPr>
            <w:color w:val="0000EE"/>
            <w:u w:val="single"/>
          </w:rPr>
          <w:t>[4]</w:t>
        </w:r>
      </w:hyperlink>
      <w:r>
        <w:t xml:space="preserve">- Paragraph 2: </w:t>
      </w:r>
      <w:hyperlink r:id="rId9">
        <w:r>
          <w:rPr>
            <w:color w:val="0000EE"/>
            <w:u w:val="single"/>
          </w:rPr>
          <w:t>[3]</w:t>
        </w:r>
      </w:hyperlink>
      <w:r>
        <w:t xml:space="preserve">, </w:t>
      </w:r>
      <w:hyperlink r:id="rId9">
        <w:r>
          <w:rPr>
            <w:color w:val="0000EE"/>
            <w:u w:val="single"/>
          </w:rPr>
          <w:t>[5]</w:t>
        </w:r>
      </w:hyperlink>
      <w:r>
        <w:t xml:space="preserve">- Paragraph 3: </w:t>
      </w:r>
      <w:hyperlink r:id="rId9">
        <w:r>
          <w:rPr>
            <w:color w:val="0000EE"/>
            <w:u w:val="single"/>
          </w:rPr>
          <w:t>[6]</w:t>
        </w:r>
      </w:hyperlink>
      <w:r>
        <w:t xml:space="preserve">- Paragraph 4: </w:t>
      </w:r>
      <w:hyperlink r:id="rId9">
        <w:r>
          <w:rPr>
            <w:color w:val="0000EE"/>
            <w:u w:val="single"/>
          </w:rPr>
          <w:t>[2]</w:t>
        </w:r>
      </w:hyperlink>
      <w:r>
        <w:t xml:space="preserve">, </w:t>
      </w:r>
      <w:hyperlink r:id="rId9">
        <w:r>
          <w:rPr>
            <w:color w:val="0000EE"/>
            <w:u w:val="single"/>
          </w:rPr>
          <w:t>[7]</w:t>
        </w:r>
      </w:hyperlink>
      <w:r>
        <w:t xml:space="preserve">- Paragraph 5: </w:t>
      </w:r>
      <w:hyperlink r:id="rId9">
        <w:r>
          <w:rPr>
            <w:color w:val="0000EE"/>
            <w:u w:val="single"/>
          </w:rPr>
          <w:t>[3]</w:t>
        </w:r>
      </w:hyperlink>
      <w:r>
        <w:t xml:space="preserve">, </w:t>
      </w:r>
      <w:hyperlink r:id="rId9">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https://www.ambushmag.com/ambush-magazine-announces-the-top-5-for-the-2026-gay-appreciation-awards/#utm_source=rss&amp;utm_medium=rss&amp;utm_campaign=ambush-magazine-announces-the-top-5-for-the-2026-gay-appreciation-awards</w:t>
        </w:r>
      </w:hyperlink>
      <w:r>
        <w:t xml:space="preserve"> - Please view link - unable to able to access data</w:t>
      </w:r>
      <w:r/>
    </w:p>
    <w:p>
      <w:pPr>
        <w:pStyle w:val="ListNumber"/>
        <w:spacing w:line="240" w:lineRule="auto"/>
        <w:ind w:left="720"/>
      </w:pPr>
      <w:r/>
      <w:hyperlink r:id="rId9">
        <w:r>
          <w:rPr>
            <w:color w:val="0000EE"/>
            <w:u w:val="single"/>
          </w:rPr>
          <w:t>https://www.ambushmag.com/ambush-magazine-announces-the-top-5-for-the-2026-gay-appreciation-awards/#utm_source=rss&amp;utm_medium=rss&amp;utm_campaign=ambush-magazine-announces-the-top-5-for-the-2026-gay-appreciation-awards</w:t>
        </w:r>
      </w:hyperlink>
      <w:r>
        <w:t xml:space="preserve"> - Ambush Magazine has announced the Top 5 nominees in each category for the 2026 Gay Appreciation Awards (GAA). The winners will be revealed at the GAA Gala on Saturday, July 25, from 6 to 9 pm at The Marigny Opera House. The event will be hosted by French Quarter personalities Jeffrey Palmquist and Felicia Phillips, with local celebrities Tony Leggio and Brian Sands presenting some of the awards. Former Southern Decadence Grand Marshals Tiffany Alexander and Felicia Phillips will welcome guests on the red carpet starting at 6 pm. Funds raised at the event will be donated to the LGBT+ Archives Project of Louisiana and NOAGE. Tickets can be purchased online at https://www.eventbrite.com/e/1993542176314?aff=oddtdtcreator.</w:t>
      </w:r>
      <w:r/>
    </w:p>
    <w:p>
      <w:pPr>
        <w:pStyle w:val="ListNumber"/>
        <w:spacing w:line="240" w:lineRule="auto"/>
        <w:ind w:left="720"/>
      </w:pPr>
      <w:r/>
      <w:hyperlink r:id="rId9">
        <w:r>
          <w:rPr>
            <w:color w:val="0000EE"/>
            <w:u w:val="single"/>
          </w:rPr>
          <w:t>https://www.ambushmag.com/ambush-magazine-announces-the-top-5-for-the-2026-gay-appreciation-awards/#utm_source=rss&amp;utm_medium=rss&amp;utm_campaign=ambush-magazine-announces-the-top-5-for-the-2026-gay-appreciation-awards</w:t>
        </w:r>
      </w:hyperlink>
      <w:r>
        <w:t xml:space="preserve"> - Ambush Magazine has announced the Top 5 nominees in each category for the 2026 Gay Appreciation Awards (GAA). The winners will be revealed at the GAA Gala on Saturday, July 25, from 6 to 9 pm at The Marigny Opera House. The event will be hosted by French Quarter personalities Jeffrey Palmquist and Felicia Phillips, with local celebrities Tony Leggio and Brian Sands presenting some of the awards. Former Southern Decadence Grand Marshals Tiffany Alexander and Felicia Phillips will welcome guests on the red carpet starting at 6 pm. Funds raised at the event will be donated to the LGBT+ Archives Project of Louisiana and NOAGE. Tickets can be purchased online at https://www.eventbrite.com/e/1993542176314?aff=oddtdtcreator.</w:t>
      </w:r>
      <w:r/>
    </w:p>
    <w:p>
      <w:pPr>
        <w:pStyle w:val="ListNumber"/>
        <w:spacing w:line="240" w:lineRule="auto"/>
        <w:ind w:left="720"/>
      </w:pPr>
      <w:r/>
      <w:hyperlink r:id="rId9">
        <w:r>
          <w:rPr>
            <w:color w:val="0000EE"/>
            <w:u w:val="single"/>
          </w:rPr>
          <w:t>https://www.ambushmag.com/ambush-magazine-announces-the-top-5-for-the-2026-gay-appreciation-awards/#utm_source=rss&amp;utm_medium=rss&amp;utm_campaign=ambush-magazine-announces-the-top-5-for-the-2026-gay-appreciation-awards</w:t>
        </w:r>
      </w:hyperlink>
      <w:r>
        <w:t xml:space="preserve"> - Ambush Magazine has announced the Top 5 nominees in each category for the 2026 Gay Appreciation Awards (GAA). The winners will be revealed at the GAA Gala on Saturday, July 25, from 6 to 9 pm at The Marigny Opera House. The event will be hosted by French Quarter personalities Jeffrey Palmquist and Felicia Phillips, with local celebrities Tony Leggio and Brian Sands presenting some of the awards. Former Southern Decadence Grand Marshals Tiffany Alexander and Felicia Phillips will welcome guests on the red carpet starting at 6 pm. Funds raised at the event will be donated to the LGBT+ Archives Project of Louisiana and NOAGE. Tickets can be purchased online at https://www.eventbrite.com/e/1993542176314?aff=oddtdtcreator.</w:t>
      </w:r>
      <w:r/>
    </w:p>
    <w:p>
      <w:pPr>
        <w:pStyle w:val="ListNumber"/>
        <w:spacing w:line="240" w:lineRule="auto"/>
        <w:ind w:left="720"/>
      </w:pPr>
      <w:r/>
      <w:hyperlink r:id="rId9">
        <w:r>
          <w:rPr>
            <w:color w:val="0000EE"/>
            <w:u w:val="single"/>
          </w:rPr>
          <w:t>https://www.ambushmag.com/ambush-magazine-announces-the-top-5-for-the-2026-gay-appreciation-awards/#utm_source=rss&amp;utm_medium=rss&amp;utm_campaign=ambush-magazine-announces-the-top-5-for-the-2026-gay-appreciation-awards</w:t>
        </w:r>
      </w:hyperlink>
      <w:r>
        <w:t xml:space="preserve"> - Ambush Magazine has announced the Top 5 nominees in each category for the 2026 Gay Appreciation Awards (GAA). The winners will be revealed at the GAA Gala on Saturday, July 25, from 6 to 9 pm at The Marigny Opera House. The event will be hosted by French Quarter personalities Jeffrey Palmquist and Felicia Phillips, with local celebrities Tony Leggio and Brian Sands presenting some of the awards. Former Southern Decadence Grand Marshals Tiffany Alexander and Felicia Phillips will welcome guests on the red carpet starting at 6 pm. Funds raised at the event will be donated to the LGBT+ Archives Project of Louisiana and NOAGE. Tickets can be purchased online at https://www.eventbrite.com/e/1993542176314?aff=oddtdtcreator.</w:t>
      </w:r>
      <w:r/>
    </w:p>
    <w:p>
      <w:pPr>
        <w:pStyle w:val="ListNumber"/>
        <w:spacing w:line="240" w:lineRule="auto"/>
        <w:ind w:left="720"/>
      </w:pPr>
      <w:r/>
      <w:hyperlink r:id="rId9">
        <w:r>
          <w:rPr>
            <w:color w:val="0000EE"/>
            <w:u w:val="single"/>
          </w:rPr>
          <w:t>https://www.ambushmag.com/ambush-magazine-announces-the-top-5-for-the-2026-gay-appreciation-awards/#utm_source=rss&amp;utm_medium=rss&amp;utm_campaign=ambush-magazine-announces-the-top-5-for-the-2026-gay-appreciation-awards</w:t>
        </w:r>
      </w:hyperlink>
      <w:r>
        <w:t xml:space="preserve"> - Ambush Magazine has announced the Top 5 nominees in each category for the 2026 Gay Appreciation Awards (GAA). The winners will be revealed at the GAA Gala on Saturday, July 25, from 6 to 9 pm at The Marigny Opera House. The event will be hosted by French Quarter personalities Jeffrey Palmquist and Felicia Phillips, with local celebrities Tony Leggio and Brian Sands presenting some of the awards. Former Southern Decadence Grand Marshals Tiffany Alexander and Felicia Phillips will welcome guests on the red carpet starting at 6 pm. Funds raised at the event will be donated to the LGBT+ Archives Project of Louisiana and NOAGE. Tickets can be purchased online at https://www.eventbrite.com/e/1993542176314?aff=oddtdtcreator.</w:t>
      </w:r>
      <w:r/>
    </w:p>
    <w:p>
      <w:pPr>
        <w:pStyle w:val="ListNumber"/>
        <w:spacing w:line="240" w:lineRule="auto"/>
        <w:ind w:left="720"/>
      </w:pPr>
      <w:r/>
      <w:hyperlink r:id="rId9">
        <w:r>
          <w:rPr>
            <w:color w:val="0000EE"/>
            <w:u w:val="single"/>
          </w:rPr>
          <w:t>https://www.ambushmag.com/ambush-magazine-announces-the-top-5-for-the-2026-gay-appreciation-awards/#utm_source=rss&amp;utm_medium=rss&amp;utm_campaign=ambush-magazine-announces-the-top-5-for-the-2026-gay-appreciation-awards</w:t>
        </w:r>
      </w:hyperlink>
      <w:r>
        <w:t xml:space="preserve"> - Ambush Magazine has announced the Top 5 nominees in each category for the 2026 Gay Appreciation Awards (GAA). The winners will be revealed at the GAA Gala on Saturday, July 25, from 6 to 9 pm at The Marigny Opera House. The event will be hosted by French Quarter personalities Jeffrey Palmquist and Felicia Phillips, with local celebrities Tony Leggio and Brian Sands presenting some of the awards. Former Southern Decadence Grand Marshals Tiffany Alexander and Felicia Phillips will welcome guests on the red carpet starting at 6 pm. Funds raised at the event will be donated to the LGBT+ Archives Project of Louisiana and NOAGE. Tickets can be purchased online at https://www.eventbrite.com/e/1993542176314?aff=oddtdtcreator.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mbushmag.com/ambush-magazine-announces-the-top-5-for-the-2026-gay-appreciation-awards/#utm_source=rss&amp;utm_medium=rss&amp;utm_campaign=ambush-magazine-announces-the-top-5-for-the-2026-gay-appreciation-awar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