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Fayette Pride Guide: What to Expect at Downtown Fayetteville’s First Celebration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neighbours are turning out as Fayette County prepares to debut Fayette Pride on Saturday, August 1, a family-friendly celebration in downtown Fayetteville that promises a colourful parade, a packed Pride Market, live music, food trucks and after-parties , here's what to know and how to join.</w:t>
      </w:r>
      <w:r/>
    </w:p>
    <w:p>
      <w:r/>
      <w:r>
        <w:t>Essential Takeaways</w:t>
      </w:r>
      <w:r/>
      <w:r/>
    </w:p>
    <w:p>
      <w:pPr>
        <w:pStyle w:val="ListBullet"/>
        <w:spacing w:line="240" w:lineRule="auto"/>
        <w:ind w:left="720"/>
      </w:pPr>
      <w:r/>
      <w:r>
        <w:rPr>
          <w:b/>
        </w:rPr>
        <w:t>When and where:</w:t>
      </w:r>
      <w:r>
        <w:t xml:space="preserve"> Fayette Pride happens Saturday, August 1, with Pride Market noon–5pm and a 1.4-mile parade stepping off at 1pm through downtown.</w:t>
      </w:r>
      <w:r/>
    </w:p>
    <w:p>
      <w:pPr>
        <w:pStyle w:val="ListBullet"/>
        <w:spacing w:line="240" w:lineRule="auto"/>
        <w:ind w:left="720"/>
      </w:pPr>
      <w:r/>
      <w:r>
        <w:rPr>
          <w:b/>
        </w:rPr>
        <w:t>Family-friendly vibe:</w:t>
      </w:r>
      <w:r>
        <w:t xml:space="preserve"> Kids Corner, face painting, bubbles and crafts make the day welcoming for families and all ages.</w:t>
      </w:r>
      <w:r/>
    </w:p>
    <w:p>
      <w:pPr>
        <w:pStyle w:val="ListBullet"/>
        <w:spacing w:line="240" w:lineRule="auto"/>
        <w:ind w:left="720"/>
      </w:pPr>
      <w:r/>
      <w:r>
        <w:rPr>
          <w:b/>
        </w:rPr>
        <w:t>Packed market and programming:</w:t>
      </w:r>
      <w:r>
        <w:t xml:space="preserve"> All 39 vendor spaces are filled; expect live performances, runway and dance contests, and Grand Marshal TAYLOR ALXNDR.</w:t>
      </w:r>
      <w:r/>
    </w:p>
    <w:p>
      <w:pPr>
        <w:pStyle w:val="ListBullet"/>
        <w:spacing w:line="240" w:lineRule="auto"/>
        <w:ind w:left="720"/>
      </w:pPr>
      <w:r/>
      <w:r>
        <w:rPr>
          <w:b/>
        </w:rPr>
        <w:t>How to join:</w:t>
      </w:r>
      <w:r>
        <w:t xml:space="preserve"> Groups can register to march by July 15 at the Fayette Pride website for walking units, vehicles, floats and more.</w:t>
      </w:r>
      <w:r/>
    </w:p>
    <w:p>
      <w:pPr>
        <w:pStyle w:val="ListBullet"/>
        <w:spacing w:line="240" w:lineRule="auto"/>
        <w:ind w:left="720"/>
      </w:pPr>
      <w:r/>
      <w:r>
        <w:rPr>
          <w:b/>
        </w:rPr>
        <w:t>Local after-parties:</w:t>
      </w:r>
      <w:r>
        <w:t xml:space="preserve"> Six downtown venues will host official after-parties with food, drinks and entertainment after the market closes.</w:t>
      </w:r>
      <w:r/>
      <w:r/>
    </w:p>
    <w:p>
      <w:pPr>
        <w:pStyle w:val="Heading2"/>
      </w:pPr>
      <w:r>
        <w:t>Why Fayette County is finally getting a Pride , and why that matters</w:t>
      </w:r>
      <w:r/>
    </w:p>
    <w:p>
      <w:r/>
      <w:r>
        <w:t>Fayette Pride grew from a handful of volunteers who decided the county was ready for a celebration where people could be seen and welcomed. The organisers leaned on advice from established groups while building their own event, which explains the mix of parade, market and family-friendly activities. For many residents, a local Pride isn’t just a party , it’s a visible sign that neighbours and allies are present, and that community ties are stronger than people might expect.</w:t>
      </w:r>
      <w:r/>
    </w:p>
    <w:p>
      <w:pPr>
        <w:pStyle w:val="Heading2"/>
      </w:pPr>
      <w:r>
        <w:t>What the day looks like , parade, market, performers and kids’ fun</w:t>
      </w:r>
      <w:r/>
    </w:p>
    <w:p>
      <w:r/>
      <w:r>
        <w:t>The day begins with Pride Market around the Historic Courthouse Square, running from noon until 5pm, and the parade steps off at 1pm from the Fayette County Justice Center. The market is already fully booked with 39 vendors, plus four food trucks and a main stage featuring Grand Marshal TAYLOR ALXNDR, the Atlanta Women’s Chorus and other acts. Families will appreciate the Kids Corner with face painting, chalk and bubbles , simple, low-cost ways to keep little ones amused while the grown-ups take in the atmosphere.</w:t>
      </w:r>
      <w:r/>
    </w:p>
    <w:p>
      <w:pPr>
        <w:pStyle w:val="Heading2"/>
      </w:pPr>
      <w:r>
        <w:t>How to march, sponsor or support , practical steps</w:t>
      </w:r>
      <w:r/>
    </w:p>
    <w:p>
      <w:r/>
      <w:r>
        <w:t>If you want to walk, wheel or ride in the parade, you have until July 15 to register through the Participate section at the event website. Options include walking groups, golf carts, vehicles, floats and bands, so think about your staging, safety and signage ahead of time. Businesses can still sponsor the event; sponsorship info and registration details are live on the organisers’ site. Volunteering on the day is another quick way to help if you missed the registration window.</w:t>
      </w:r>
      <w:r/>
    </w:p>
    <w:p>
      <w:pPr>
        <w:pStyle w:val="Heading2"/>
      </w:pPr>
      <w:r>
        <w:t>The community angle , allies, visibility and local leadership</w:t>
      </w:r>
      <w:r/>
    </w:p>
    <w:p>
      <w:r/>
      <w:r>
        <w:t>Organisers say the event aims to be welcoming for LGBTQ+ people and allies while honouring those who came before. Parade entries already span churches, advocacy groups, musicians and nonprofits, and Fayetteville City Council Member Joe Clark , the county’s first openly gay council member , will ride in the second vehicle. That kind of local leadership gives the celebration credibility and signals to residents that Pride is a community affair, not an outside import.</w:t>
      </w:r>
      <w:r/>
    </w:p>
    <w:p>
      <w:pPr>
        <w:pStyle w:val="Heading2"/>
      </w:pPr>
      <w:r>
        <w:t>After-parties and evening plans , where to keep the party going</w:t>
      </w:r>
      <w:r/>
    </w:p>
    <w:p>
      <w:r/>
      <w:r>
        <w:t>When Pride Market wraps, six downtown businesses , from breweries to wine bars , will host official after-parties with specials and entertainment. If you want to stay out after the parade, plan which venue suits your mood: craft ales and a louder crowd, or a quieter wine-bar vibe. It’s a nice way to support local businesses that back the event and keeps the day’s good feeling rolling into the evening.</w:t>
      </w:r>
      <w:r/>
    </w:p>
    <w:p>
      <w:r/>
      <w:r>
        <w:t>It's a small change that can make every neighbour feel seen and celebrated.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[3]</w:t>
        </w:r>
      </w:hyperlink>
      <w:r>
        <w:t xml:space="preserve">- Paragraph 4: </w:t>
      </w:r>
      <w:hyperlink r:id="rId9">
        <w:r>
          <w:rPr>
            <w:color w:val="0000EE"/>
            <w:u w:val="single"/>
          </w:rPr>
          <w:t>[1]</w:t>
        </w:r>
      </w:hyperlink>
      <w:r>
        <w:t xml:space="preserve">, </w:t>
      </w:r>
      <w:hyperlink r:id="rId14">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https://thecitizen.com/2026/07/13/fayette-pride-ready-to-debut-in-downtown-fayetteville/</w:t>
        </w:r>
      </w:hyperlink>
      <w:r>
        <w:t xml:space="preserve"> - Please view link - unable to able to access data</w:t>
      </w:r>
      <w:r/>
    </w:p>
    <w:p>
      <w:pPr>
        <w:pStyle w:val="ListNumber"/>
        <w:spacing w:line="240" w:lineRule="auto"/>
        <w:ind w:left="720"/>
      </w:pPr>
      <w:r/>
      <w:hyperlink r:id="rId10">
        <w:r>
          <w:rPr>
            <w:color w:val="0000EE"/>
            <w:u w:val="single"/>
          </w:rPr>
          <w:t>https://happeningnext.com/event/fayette-countys-first-pride-eid3a0dngbfvr</w:t>
        </w:r>
      </w:hyperlink>
      <w:r>
        <w:t xml:space="preserve"> - Fayette County is set to host its inaugural Pride event on Saturday, August 1, 2026, from 12 PM to 5 PM at Courthouse Square in downtown Fayetteville, Georgia. The family-friendly celebration will feature a parade, live entertainment, local vendors, and activities for all ages. Grand Marshal Taylor Alxndr, a prominent figure in Atlanta's drag scene, will lead the parade, which steps off at 1 PM from the Fayette County Justice Center. The event aims to create a welcoming space for the LGBTQ+ community and its allies, with opportunities to march, volunteer, sponsor, or simply attend and celebrate.</w:t>
      </w:r>
      <w:r/>
    </w:p>
    <w:p>
      <w:pPr>
        <w:pStyle w:val="ListNumber"/>
        <w:spacing w:line="240" w:lineRule="auto"/>
        <w:ind w:left="720"/>
      </w:pPr>
      <w:r/>
      <w:hyperlink r:id="rId13">
        <w:r>
          <w:rPr>
            <w:color w:val="0000EE"/>
            <w:u w:val="single"/>
          </w:rPr>
          <w:t>https://ticketscandy.com/e/fayette-pride-17334</w:t>
        </w:r>
      </w:hyperlink>
      <w:r>
        <w:t xml:space="preserve"> - TicketsCandy offers a donation-based registration for vendors participating in Fayette Pride, scheduled for August 1, 2026, in downtown Fayetteville, Georgia. The event, running from 12 PM to 5 PM, includes a parade, live entertainment, and a vendor market. Vendors can register through TicketsCandy, with all proceeds supporting the event's activities. The registration page provides details on how to participate and contribute to the inaugural Pride celebration in Fayette County.</w:t>
      </w:r>
      <w:r/>
    </w:p>
    <w:p>
      <w:pPr>
        <w:pStyle w:val="ListNumber"/>
        <w:spacing w:line="240" w:lineRule="auto"/>
        <w:ind w:left="720"/>
      </w:pPr>
      <w:r/>
      <w:hyperlink r:id="rId11">
        <w:r>
          <w:rPr>
            <w:color w:val="0000EE"/>
            <w:u w:val="single"/>
          </w:rPr>
          <w:t>https://ticketscandy.com/e/fayette-pride-parade-18141</w:t>
        </w:r>
      </w:hyperlink>
      <w:r>
        <w:t xml:space="preserve"> - TicketsCandy provides registration options for participants in the Fayette Pride Parade, taking place on August 1, 2026, in Fayetteville, Georgia. The parade offers various entry options, including walking groups, vehicles, golf carts, floats, motor clubs, and bands, with themes of acceptance, authenticity, inclusion, respect, and celebration. Registration fees vary based on the type of participation, and the parade will commence at 1 PM from the Fayette County Justice Center, proceeding through downtown Fayetteville and past the Pride Market.</w:t>
      </w:r>
      <w:r/>
    </w:p>
    <w:p>
      <w:pPr>
        <w:pStyle w:val="ListNumber"/>
        <w:spacing w:line="240" w:lineRule="auto"/>
        <w:ind w:left="720"/>
      </w:pPr>
      <w:r/>
      <w:hyperlink r:id="rId12">
        <w:r>
          <w:rPr>
            <w:color w:val="0000EE"/>
            <w:u w:val="single"/>
          </w:rPr>
          <w:t>https://fayettevillepride.org/</w:t>
        </w:r>
      </w:hyperlink>
      <w:r>
        <w:t xml:space="preserve"> - Fayetteville Pride is a non-profit organisation dedicated to celebrating, supporting, and advocating for the LGBTQ+ community and its allies in Fayetteville, North Carolina. Their mission includes instilling pride, embracing diversity, and providing a support network and educational advocacy group to increase awareness and acceptance. The organisation hosts various events, including PrideFest 2026, aiming to create visibility and promote full human and civil rights through education, celebrations, and networking.</w:t>
      </w:r>
      <w:r/>
    </w:p>
    <w:p>
      <w:pPr>
        <w:pStyle w:val="ListNumber"/>
        <w:spacing w:line="240" w:lineRule="auto"/>
        <w:ind w:left="720"/>
      </w:pPr>
      <w:r/>
      <w:hyperlink r:id="rId14">
        <w:r>
          <w:rPr>
            <w:color w:val="0000EE"/>
            <w:u w:val="single"/>
          </w:rPr>
          <w:t>https://www.fayettevilleresistancecoalition.org/events/80n73z4t5sfddaftfpfji2co029zji</w:t>
        </w:r>
      </w:hyperlink>
      <w:r>
        <w:t xml:space="preserve"> - The Fayetteville Resistance Coalition (FRC) is supporting Fayetteville Pride's 2026 Pride Festival, scheduled for Saturday, June 27, 2026, from 10:00 AM to 6:00 PM. The FRC encourages participation in the festival and highlights the importance of nonviolent action, de-escalation, and lawful conduct during the event. They also note that weapons of any kind, including those legally permitted, should not be brought to events, in accordance with North Carolina state law and local ordinances.</w:t>
      </w:r>
      <w:r/>
    </w:p>
    <w:p>
      <w:pPr>
        <w:pStyle w:val="ListNumber"/>
        <w:spacing w:line="240" w:lineRule="auto"/>
        <w:ind w:left="720"/>
      </w:pPr>
      <w:r/>
      <w:hyperlink r:id="rId15">
        <w:r>
          <w:rPr>
            <w:color w:val="0000EE"/>
            <w:u w:val="single"/>
          </w:rPr>
          <w:t>https://www.experiencefayetteville.com/experience/nwa-pride-parade-festival?highlight=WyJubyIsImFyZSJd</w:t>
        </w:r>
      </w:hyperlink>
      <w:r>
        <w:t xml:space="preserve"> - NWA Pride 2026 is a family-friendly event organised by NWA Equality, featuring arts and crafts, a Sparkle Story Time with local elected officials, and a festival with local vendors, food trucks, community organisations, and live entertainment. The event is scheduled for Saturday, August 1, 2026, in downtown Fayetteville, Arkansas. The main stage headliner is dance music icon CeCe Peniston, who will perform at 4:45 PM. The event aims to celebrate community, visibility, and belonging, with additional unofficial Pride parties, brunches, and pop-ups throughout the weekend.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citizen.com/2026/07/13/fayette-pride-ready-to-debut-in-downtown-fayetteville/" TargetMode="External"/><Relationship Id="rId10" Type="http://schemas.openxmlformats.org/officeDocument/2006/relationships/hyperlink" Target="https://happeningnext.com/event/fayette-countys-first-pride-eid3a0dngbfvr" TargetMode="External"/><Relationship Id="rId11" Type="http://schemas.openxmlformats.org/officeDocument/2006/relationships/hyperlink" Target="https://ticketscandy.com/e/fayette-pride-parade-18141" TargetMode="External"/><Relationship Id="rId12" Type="http://schemas.openxmlformats.org/officeDocument/2006/relationships/hyperlink" Target="https://fayettevillepride.org/" TargetMode="External"/><Relationship Id="rId13" Type="http://schemas.openxmlformats.org/officeDocument/2006/relationships/hyperlink" Target="https://ticketscandy.com/e/fayette-pride-17334" TargetMode="External"/><Relationship Id="rId14" Type="http://schemas.openxmlformats.org/officeDocument/2006/relationships/hyperlink" Target="https://www.fayettevilleresistancecoalition.org/events/80n73z4t5sfddaftfpfji2co029zji" TargetMode="External"/><Relationship Id="rId15" Type="http://schemas.openxmlformats.org/officeDocument/2006/relationships/hyperlink" Target="https://www.experiencefayetteville.com/experience/nwa-pride-parade-festival?highlight=WyJubyIsImFyZSJ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