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Dylan Adler Podcast Moments: Why His Coming-Out Stories Resonate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Listen in: fans and curious listeners are tuning into Dubbs Weinblatt’s Gay City News podcast to hear comedian Dylan Adler unpack coming-out stories with humour, candour and a surprising tenderness , a conversation that matters for LGBTQ+ audiences and anyone who loves sharp, human comedy.</w:t>
      </w:r>
      <w:r/>
      <w:r/>
    </w:p>
    <w:p>
      <w:pPr>
        <w:pStyle w:val="ListBullet"/>
        <w:spacing w:line="240" w:lineRule="auto"/>
        <w:ind w:left="720"/>
      </w:pPr>
      <w:r/>
      <w:r>
        <w:rPr>
          <w:b/>
        </w:rPr>
        <w:t>Who he is:</w:t>
      </w:r>
      <w:r>
        <w:t xml:space="preserve"> Dylan Adler is a New York and LA-based comedian, writer, actor and musician with TV and stage credits, known for a warm, cheeky delivery.</w:t>
      </w:r>
      <w:r/>
    </w:p>
    <w:p>
      <w:pPr>
        <w:pStyle w:val="ListBullet"/>
        <w:spacing w:line="240" w:lineRule="auto"/>
        <w:ind w:left="720"/>
      </w:pPr>
      <w:r/>
      <w:r>
        <w:rPr>
          <w:b/>
        </w:rPr>
        <w:t>Notable work:</w:t>
      </w:r>
      <w:r>
        <w:t xml:space="preserve"> He’s written for The Late Late Show with James Corden, performed stand-up on Comedy Central and been named a comic to watch by Vulture; his album with Kelly Bachman ranked highly in Paste Magazine.</w:t>
      </w:r>
      <w:r/>
    </w:p>
    <w:p>
      <w:pPr>
        <w:pStyle w:val="ListBullet"/>
        <w:spacing w:line="240" w:lineRule="auto"/>
        <w:ind w:left="720"/>
      </w:pPr>
      <w:r/>
      <w:r>
        <w:rPr>
          <w:b/>
        </w:rPr>
        <w:t>Tone of the podcast:</w:t>
      </w:r>
      <w:r>
        <w:t xml:space="preserve"> Vulnerable, funny and candid , stories land with a soft edge and a punchline.</w:t>
      </w:r>
      <w:r/>
    </w:p>
    <w:p>
      <w:pPr>
        <w:pStyle w:val="ListBullet"/>
        <w:spacing w:line="240" w:lineRule="auto"/>
        <w:ind w:left="720"/>
      </w:pPr>
      <w:r/>
      <w:r>
        <w:rPr>
          <w:b/>
        </w:rPr>
        <w:t>Practical takeaway:</w:t>
      </w:r>
      <w:r>
        <w:t xml:space="preserve"> If you want to start conversations about identity with humour, Adler’s mix of memoir and comic timing is an easy, humane model.</w:t>
      </w:r>
      <w:r/>
      <w:r/>
    </w:p>
    <w:p>
      <w:pPr>
        <w:pStyle w:val="Heading2"/>
      </w:pPr>
      <w:r>
        <w:t>Why this episode lands: warmth, wit and honesty</w:t>
      </w:r>
      <w:r/>
    </w:p>
    <w:p>
      <w:r/>
      <w:r>
        <w:t>The episode begins with an immediate emotional hook: Adler’s stories feel lived-in and tactile, the kind you can almost hear being acted out as he speaks. According to the podcast host, Dubbs Weinblatt, the show aims to spotlight the lived experiences of queer creatives, and Adler’s blend of stagecraft and confession fits that mission perfectly. Fans will recognise the comic rhythms he uses in his stand-up, but here they soften into reflection.</w:t>
      </w:r>
      <w:r/>
    </w:p>
    <w:p>
      <w:r/>
      <w:r>
        <w:t>This isn’t just comic boasting; Adler leans into vulnerability. Listeners hear the small, awkward details of coming out and growing up queer , moments that slip between the laughs and land as recognisable human truth. It’s the reason such episodes spread by word of mouth: they’re funny, sure, but they also leave you thinking.</w:t>
      </w:r>
      <w:r/>
    </w:p>
    <w:p>
      <w:pPr>
        <w:pStyle w:val="Heading2"/>
      </w:pPr>
      <w:r>
        <w:t>From Late Late Show to intimate podcast mic</w:t>
      </w:r>
      <w:r/>
    </w:p>
    <w:p>
      <w:r/>
      <w:r>
        <w:t>Adler’s credits give context to why his stories feel polished yet authentic. He’s written for The Late Late Show with James Corden and appeared on the show as a performer and sports correspondent, and he’s taken his stand-up to Comedy Central and big festival stages. Publications such as Vulture and Paste Magazine have flagged him as one to watch, which explains why listeners expect crisp storytelling.</w:t>
      </w:r>
      <w:r/>
    </w:p>
    <w:p>
      <w:r/>
      <w:r>
        <w:t>But the podcast strips back the stage lights. Without a club or TV audience feeding him, Adler’s voice reveals more texture , small hesitations, quick asides, and the sort of comedic timing that comes from someone who writes and performs across formats. If you’re thinking of exploring his work, check out his live dates or his recorded albums for the fuller comedic experience.</w:t>
      </w:r>
      <w:r/>
    </w:p>
    <w:p>
      <w:pPr>
        <w:pStyle w:val="Heading2"/>
      </w:pPr>
      <w:r>
        <w:t>What makes his coming-out tales feel different</w:t>
      </w:r>
      <w:r/>
    </w:p>
    <w:p>
      <w:r/>
      <w:r>
        <w:t>Many comedians talk about identity, but Adler’s approach is specific: he blends musical instincts, sketch experience and a writer’s sense of structure to shape memories into scenes. That musical and theatrical background can be heard in how he builds a story , a quiet beat here, an escalating callback there , and it gives his anecdotes cinematic energy.</w:t>
      </w:r>
      <w:r/>
    </w:p>
    <w:p>
      <w:r/>
      <w:r>
        <w:t>Listeners often react emotionally because his jokes don’t cancel the feeling. They enhance it. That’s useful to remember if you’re trying to tell your own story: humour can be a bridge, not a mask. For queer creators, Adler’s work offers a model for making personal narratives portable and entertaining.</w:t>
      </w:r>
      <w:r/>
    </w:p>
    <w:p>
      <w:pPr>
        <w:pStyle w:val="Heading2"/>
      </w:pPr>
      <w:r>
        <w:t>How to listen and what to expect next</w:t>
      </w:r>
      <w:r/>
    </w:p>
    <w:p>
      <w:r/>
      <w:r>
        <w:t>Tune into the Gay City News “Thank You For Coming Out” episode to hear the full conversation with Dubbs Weinblatt; it’s an easy listen for commutes or a late-night scroll. Expect a mix of laugh-out-loud moments and quieter admissions, plus the occasional showbiz anecdote about writing rooms and festival stages.</w:t>
      </w:r>
      <w:r/>
    </w:p>
    <w:p>
      <w:r/>
      <w:r>
        <w:t>If you like what you hear, Adler’s website lists tour dates and other projects, and his recorded collaborations , notably the joint album with Kelly Bachman , are a good place to start. Comedy fans will find his stage work sharper, while podcast listeners get the heart behind the punchlines.</w:t>
      </w:r>
      <w:r/>
    </w:p>
    <w:p>
      <w:pPr>
        <w:pStyle w:val="Heading2"/>
      </w:pPr>
      <w:r>
        <w:t>Why it matters now</w:t>
      </w:r>
      <w:r/>
    </w:p>
    <w:p>
      <w:r/>
      <w:r>
        <w:t>Podcasts that centre queer voices matter because they let people tell their stories on their own terms. Adler’s episode is a neat example: a comedian with mainstream credits using humour to humanise a coming-out experience, not to turn it into a single gag but to share it as a life shape. That feels timely and kind, and it’s exactly the sort of conversation that widens the tent.</w:t>
      </w:r>
      <w:r/>
    </w:p>
    <w:p>
      <w:r/>
      <w:r>
        <w:t>It’s a small, funny, thoughtful listen that reminds you how much power there is in telling the truth with a grin.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[7]</w:t>
        </w:r>
      </w:hyperlink>
      <w:r>
        <w:t xml:space="preserve">- Paragraph 6: </w:t>
      </w:r>
      <w:hyperlink r:id="rId9">
        <w:r>
          <w:rPr>
            <w:color w:val="0000EE"/>
            <w:u w:val="single"/>
          </w:rPr>
          <w:t>[1]</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https://gaycitynews.com/dylan-adler-thank-you-for-coming-out-podcast/</w:t>
        </w:r>
      </w:hyperlink>
      <w:r>
        <w:t xml:space="preserve"> - Please view link - unable to able to access data</w:t>
      </w:r>
      <w:r/>
    </w:p>
    <w:p>
      <w:pPr>
        <w:pStyle w:val="ListNumber"/>
        <w:spacing w:line="240" w:lineRule="auto"/>
        <w:ind w:left="720"/>
      </w:pPr>
      <w:r/>
      <w:hyperlink r:id="rId10">
        <w:r>
          <w:rPr>
            <w:color w:val="0000EE"/>
            <w:u w:val="single"/>
          </w:rPr>
          <w:t>https://www.dylanaadler.com/</w:t>
        </w:r>
      </w:hyperlink>
      <w:r>
        <w:t xml:space="preserve"> - Dylan Adler's official website provides comprehensive information about his career as a comedian, actor, writer, and musician. It details his work on 'The Late Late Show with James Corden,' his stand-up performances on Comedy Central, and his recognition by Vulture Magazine as a 'Comic You Should and Will Know.' The site also highlights his participation in the New York Comedy Festival and his co-composition of the musical 'Good Morning New York,' which played Off-Broadway. Additionally, it features his collaboration with Kelly Bachman on the show 'Rape Victims Are Horny Too,' which was ranked #2 in Paste Magazine's '12 Best Comedy Albums of 2022.'</w:t>
      </w:r>
      <w:r/>
    </w:p>
    <w:p>
      <w:pPr>
        <w:pStyle w:val="ListNumber"/>
        <w:spacing w:line="240" w:lineRule="auto"/>
        <w:ind w:left="720"/>
      </w:pPr>
      <w:r/>
      <w:hyperlink r:id="rId12">
        <w:r>
          <w:rPr>
            <w:color w:val="0000EE"/>
            <w:u w:val="single"/>
          </w:rPr>
          <w:t>https://en.wikipedia.org/wiki/Dylan_Adler</w:t>
        </w:r>
      </w:hyperlink>
      <w:r>
        <w:t xml:space="preserve"> - The Wikipedia page on Dylan Adler offers an in-depth look at his life and career. It covers his early life in San Rafael, California, his education at NYU Steinhardt, and his rise in the comedy scene. The page details his tenure as a writer and performer on 'The Late Late Show with James Corden,' his stand-up appearances on Comedy Central, and his recognition by Vulture Magazine. It also discusses his co-creation of 'Rape Victims Are Horny Too' with Kelly Bachman, which was ranked #2 in Paste Magazine's '12 Best Comedy Albums of 2022.'</w:t>
      </w:r>
      <w:r/>
    </w:p>
    <w:p>
      <w:pPr>
        <w:pStyle w:val="ListNumber"/>
        <w:spacing w:line="240" w:lineRule="auto"/>
        <w:ind w:left="720"/>
      </w:pPr>
      <w:r/>
      <w:hyperlink r:id="rId15">
        <w:r>
          <w:rPr>
            <w:color w:val="0000EE"/>
            <w:u w:val="single"/>
          </w:rPr>
          <w:t>https://www.tvmaze.com/people/442976/dylan-adler</w:t>
        </w:r>
      </w:hyperlink>
      <w:r>
        <w:t xml:space="preserve"> - TVmaze's profile on Dylan Adler provides a concise overview of his career in television and comedy. It mentions his roles as a writer and performer on 'The Late Late Show with James Corden,' his stand-up appearances on Comedy Central, and his recognition by Vulture Magazine. The profile also notes his participation in the New York Comedy Festival and his co-composition of the musical 'Good Morning New York,' which played Off-Broadway. Additionally, it highlights his collaboration with Kelly Bachman on 'Rape Victims Are Horny Too,' ranked #2 in Paste Magazine's '12 Best Comedy Albums of 2022.'</w:t>
      </w:r>
      <w:r/>
    </w:p>
    <w:p>
      <w:pPr>
        <w:pStyle w:val="ListNumber"/>
        <w:spacing w:line="240" w:lineRule="auto"/>
        <w:ind w:left="720"/>
      </w:pPr>
      <w:r/>
      <w:hyperlink r:id="rId11">
        <w:r>
          <w:rPr>
            <w:color w:val="0000EE"/>
            <w:u w:val="single"/>
          </w:rPr>
          <w:t>https://www.podchaser.com/creators/dylan-adler-107ta1wY2l</w:t>
        </w:r>
      </w:hyperlink>
      <w:r>
        <w:t xml:space="preserve"> - Podchaser's profile on Dylan Adler showcases his podcast appearances and credits. It highlights his role as a writer and performer on 'The Late Late Show with James Corden,' his stand-up performances on Comedy Central, and his recognition by Vulture Magazine. The profile also mentions his collaboration with Kelly Bachman on 'Rape Victims Are Horny Too,' which was ranked #2 in Paste Magazine's '12 Best Comedy Albums of 2022.'</w:t>
      </w:r>
      <w:r/>
    </w:p>
    <w:p>
      <w:pPr>
        <w:pStyle w:val="ListNumber"/>
        <w:spacing w:line="240" w:lineRule="auto"/>
        <w:ind w:left="720"/>
      </w:pPr>
      <w:r/>
      <w:hyperlink r:id="rId13">
        <w:r>
          <w:rPr>
            <w:color w:val="0000EE"/>
            <w:u w:val="single"/>
          </w:rPr>
          <w:t>https://www.comedycraftbeer.com/comedians/dylanadler</w:t>
        </w:r>
      </w:hyperlink>
      <w:r>
        <w:t xml:space="preserve"> - Comedy Craft Beer features a profile on Dylan Adler, detailing his background as a comedian, actor, and musician from San Rafael, California. The profile mentions his performances on Maude Night at UCB, his co-hosting of 'Woke AF' at UCB Subculture, and his musical comedy performances at the New York Comedy Festival. It also notes his co-hosting of 'Just Come' at the Graham and his musical improv on the People's Improv Theatre house team 'Punch Funk.' Additionally, it highlights his co-composition of the musical 'Good Morning New York,' which played at NYMF and Off-Broadway at the Players Theatre in January 2020.</w:t>
      </w:r>
      <w:r/>
    </w:p>
    <w:p>
      <w:pPr>
        <w:pStyle w:val="ListNumber"/>
        <w:spacing w:line="240" w:lineRule="auto"/>
        <w:ind w:left="720"/>
      </w:pPr>
      <w:r/>
      <w:hyperlink r:id="rId14">
        <w:r>
          <w:rPr>
            <w:color w:val="0000EE"/>
            <w:u w:val="single"/>
          </w:rPr>
          <w:t>https://www.vividseats.com/dylan-adler-tickets-new-york-gramercy-theatre-10-15-2025--theater-comedy/production/5913420</w:t>
        </w:r>
      </w:hyperlink>
      <w:r>
        <w:t xml:space="preserve"> - Vivid Seats provides ticket information for Dylan Adler's performances, including his show at the Gramercy Theatre in New York on October 15, 2025. The page highlights his background as a stand-up comedian, actor, writer, and classically trained pianist. It mentions his tenure as a writer and on-air contributor for 'The Late Late Show with James Corden,' his recognition by Vulture's 'Comedians You Should and Will Know' in 2022, and his co-creation of 'Rape Victims Are Horny Too' with Kelly Bachman, a 2022 Paste standout.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citynews.com/dylan-adler-thank-you-for-coming-out-podcast/" TargetMode="External"/><Relationship Id="rId10" Type="http://schemas.openxmlformats.org/officeDocument/2006/relationships/hyperlink" Target="https://www.dylanaadler.com/" TargetMode="External"/><Relationship Id="rId11" Type="http://schemas.openxmlformats.org/officeDocument/2006/relationships/hyperlink" Target="https://www.podchaser.com/creators/dylan-adler-107ta1wY2l" TargetMode="External"/><Relationship Id="rId12" Type="http://schemas.openxmlformats.org/officeDocument/2006/relationships/hyperlink" Target="https://en.wikipedia.org/wiki/Dylan_Adler" TargetMode="External"/><Relationship Id="rId13" Type="http://schemas.openxmlformats.org/officeDocument/2006/relationships/hyperlink" Target="https://www.comedycraftbeer.com/comedians/dylanadler" TargetMode="External"/><Relationship Id="rId14" Type="http://schemas.openxmlformats.org/officeDocument/2006/relationships/hyperlink" Target="https://www.vividseats.com/dylan-adler-tickets-new-york-gramercy-theatre-10-15-2025--theater-comedy/production/5913420" TargetMode="External"/><Relationship Id="rId15" Type="http://schemas.openxmlformats.org/officeDocument/2006/relationships/hyperlink" Target="https://www.tvmaze.com/people/442976/dylan-adl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