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Drag Acts at Cowboys: Why Calgary’s “Drag Me to Cowboys” Is a Must-See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festivalgoers are flocking to Calgary’s Cowboys Music Festival for “Drag Me to Cowboys,” a lively drag showcase featuring RuPaul and top performers; it’s a trending, feel-good highlight that blends big-stage glamour with country vibes and matters for fans, locals and visitors alike.</w:t>
      </w:r>
      <w:r/>
    </w:p>
    <w:p>
      <w:r/>
      <w:r>
        <w:t>Essential Takeaways</w:t>
      </w:r>
      <w:r/>
      <w:r/>
    </w:p>
    <w:p>
      <w:pPr>
        <w:pStyle w:val="ListBullet"/>
        <w:spacing w:line="240" w:lineRule="auto"/>
        <w:ind w:left="720"/>
      </w:pPr>
      <w:r/>
      <w:r>
        <w:rPr>
          <w:b/>
        </w:rPr>
        <w:t>Big-name draw:</w:t>
      </w:r>
      <w:r>
        <w:t xml:space="preserve"> RuPaul headlines the drag event, bringing star power and camp flair to Cowboys Music Festival.</w:t>
      </w:r>
      <w:r/>
    </w:p>
    <w:p>
      <w:pPr>
        <w:pStyle w:val="ListBullet"/>
        <w:spacing w:line="240" w:lineRule="auto"/>
        <w:ind w:left="720"/>
      </w:pPr>
      <w:r/>
      <w:r>
        <w:rPr>
          <w:b/>
        </w:rPr>
        <w:t>Festival setting:</w:t>
      </w:r>
      <w:r>
        <w:t xml:space="preserve"> The show is part of Cowboys Music Festival at Cowboys Park, an open-air venue with a lively, party atmosphere.</w:t>
      </w:r>
      <w:r/>
    </w:p>
    <w:p>
      <w:pPr>
        <w:pStyle w:val="ListBullet"/>
        <w:spacing w:line="240" w:lineRule="auto"/>
        <w:ind w:left="720"/>
      </w:pPr>
      <w:r/>
      <w:r>
        <w:rPr>
          <w:b/>
        </w:rPr>
        <w:t>Community buzz:</w:t>
      </w:r>
      <w:r>
        <w:t xml:space="preserve"> Organisers and local Pride groups promote the event as inclusive and celebratory, appealing to both queer audiences and curious newcomers.</w:t>
      </w:r>
      <w:r/>
    </w:p>
    <w:p>
      <w:pPr>
        <w:pStyle w:val="ListBullet"/>
        <w:spacing w:line="240" w:lineRule="auto"/>
        <w:ind w:left="720"/>
      </w:pPr>
      <w:r/>
      <w:r>
        <w:rPr>
          <w:b/>
        </w:rPr>
        <w:t>Practical notes:</w:t>
      </w:r>
      <w:r>
        <w:t xml:space="preserve"> Tickets and scheduling are listed on festival and Pride pages; expect outdoor logistics like sun, sound and crowd movement.</w:t>
      </w:r>
      <w:r/>
    </w:p>
    <w:p>
      <w:pPr>
        <w:pStyle w:val="ListBullet"/>
        <w:spacing w:line="240" w:lineRule="auto"/>
        <w:ind w:left="720"/>
      </w:pPr>
      <w:r/>
      <w:r>
        <w:rPr>
          <w:b/>
        </w:rPr>
        <w:t>Vibe check:</w:t>
      </w:r>
      <w:r>
        <w:t xml:space="preserve"> Expect bold costumes, high-energy DJ sets, and a mix of country-music festivalgoers and drag fans creating a friendly, colourful scene.</w:t>
      </w:r>
      <w:r/>
      <w:r/>
    </w:p>
    <w:p>
      <w:pPr>
        <w:pStyle w:val="Heading2"/>
      </w:pPr>
      <w:r>
        <w:t>A headline booking that turned heads</w:t>
      </w:r>
      <w:r/>
    </w:p>
    <w:p>
      <w:r/>
      <w:r>
        <w:t>RuPaul’s appearance for a DJ set and drag spotlight has given the Cowboys lineup a neat jolt of celebrity glitter, and people noticed. Visit Calgary and other event listings flagged the set as one of the weekend’s can’t-miss moments, and social chatter quickly followed. For locals, it’s a rare chance to catch an international drag icon outdoors; for tourists, it’s an instant draw when scanning festival schedules.</w:t>
      </w:r>
      <w:r/>
    </w:p>
    <w:p>
      <w:pPr>
        <w:pStyle w:val="Heading2"/>
      </w:pPr>
      <w:r>
        <w:t>How a country festival made space for queer spectacle</w:t>
      </w:r>
      <w:r/>
    </w:p>
    <w:p>
      <w:r/>
      <w:r>
        <w:t>Cowboys Music Festival isn’t a conventional pride parade, but organisers have leaned into diverse programming to broaden appeal. Calgary Pride’s event page and other listings describe “Drag Me to Cowboys” as both a celebration and a crossover attraction, bringing runway-level camp into a rodeo-adjacent setting. It’s a reminder that festivals are evolving to mix genres and audiences, and that live entertainment can bridge cultural scenes with a wink.</w:t>
      </w:r>
      <w:r/>
    </w:p>
    <w:p>
      <w:pPr>
        <w:pStyle w:val="Heading2"/>
      </w:pPr>
      <w:r>
        <w:t>What to expect on the day , sensory details and logistics</w:t>
      </w:r>
      <w:r/>
    </w:p>
    <w:p>
      <w:r/>
      <w:r>
        <w:t>Plan for music, flash and crowds. The show is outdoors at Cowboys Park, so you’ll want sunscreen, a water bottle and good footwear for uneven ground. Listings on festival pages and ticket platforms outline times and entry rules; arrive early if you want a decent viewing spot near the stage. Sound is typically loud and DJ-driven, costumes are bright and theatrical, and the crowd’s energy tends to be warm and welcoming.</w:t>
      </w:r>
      <w:r/>
    </w:p>
    <w:p>
      <w:pPr>
        <w:pStyle w:val="Heading2"/>
      </w:pPr>
      <w:r>
        <w:t>Tickets, timing and simple tips to make it easier</w:t>
      </w:r>
      <w:r/>
    </w:p>
    <w:p>
      <w:r/>
      <w:r>
        <w:t>Tickets are available through Cowboys Music Festival’s official channels and festival partners; Calgary Pride and Visit Calgary both list details and links. If you’re coming with friends pick a meetup spot, and check transport and parking options in advance , festivals can stretch local transit. Also, if you prefer a calmer experience, scout shaded areas or quieter viewing points away from the front-of-stage crush.</w:t>
      </w:r>
      <w:r/>
    </w:p>
    <w:p>
      <w:pPr>
        <w:pStyle w:val="Heading2"/>
      </w:pPr>
      <w:r>
        <w:t>Why this matters beyond the headline</w:t>
      </w:r>
      <w:r/>
    </w:p>
    <w:p>
      <w:r/>
      <w:r>
        <w:t>High-profile bookings like RuPaul’s signal that mainstream events are more comfortable showcasing queer talent in prominent slots, not tucked away. It’s good news for performers, fans and the festival circuit generally, and it nudges local conversations about inclusion in public spaces. Expect similar crossover acts at other festivals as organisers chase fresh audiences and buzz.</w:t>
      </w:r>
      <w:r/>
    </w:p>
    <w:p>
      <w:r/>
      <w:r>
        <w:t>It’s a small cultural moment with big energy , go if you want spectacle, star turns and a festival crowd that’s game for something different.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[4]</w:t>
        </w:r>
      </w:hyperlink>
      <w:r>
        <w:t xml:space="preserve">, </w:t>
      </w:r>
      <w:hyperlink r:id="rId11">
        <w:r>
          <w:rPr>
            <w:color w:val="0000EE"/>
            <w:u w:val="single"/>
          </w:rPr>
          <w:t>[7]</w:t>
        </w:r>
      </w:hyperlink>
      <w:r>
        <w:t xml:space="preserve">- Paragraph 2: </w:t>
      </w:r>
      <w:hyperlink r:id="rId12">
        <w:r>
          <w:rPr>
            <w:color w:val="0000EE"/>
            <w:u w:val="single"/>
          </w:rPr>
          <w:t>[2]</w:t>
        </w:r>
      </w:hyperlink>
      <w:r>
        <w:t xml:space="preserve">, </w:t>
      </w:r>
      <w:hyperlink r:id="rId13">
        <w:r>
          <w:rPr>
            <w:color w:val="0000EE"/>
            <w:u w:val="single"/>
          </w:rPr>
          <w:t>[3]</w:t>
        </w:r>
      </w:hyperlink>
      <w:r>
        <w:t xml:space="preserve">- Paragraph 3: </w:t>
      </w:r>
      <w:hyperlink r:id="rId14">
        <w:r>
          <w:rPr>
            <w:color w:val="0000EE"/>
            <w:u w:val="single"/>
          </w:rPr>
          <w:t>[6]</w:t>
        </w:r>
      </w:hyperlink>
      <w:r>
        <w:t xml:space="preserve">, </w:t>
      </w:r>
      <w:hyperlink r:id="rId15">
        <w:r>
          <w:rPr>
            <w:color w:val="0000EE"/>
            <w:u w:val="single"/>
          </w:rPr>
          <w:t>[5]</w:t>
        </w:r>
      </w:hyperlink>
      <w:r>
        <w:t xml:space="preserve">- Paragraph 4: </w:t>
      </w:r>
      <w:hyperlink r:id="rId12">
        <w:r>
          <w:rPr>
            <w:color w:val="0000EE"/>
            <w:u w:val="single"/>
          </w:rPr>
          <w:t>[2]</w:t>
        </w:r>
      </w:hyperlink>
      <w:r>
        <w:t xml:space="preserve">, </w:t>
      </w:r>
      <w:hyperlink r:id="rId11">
        <w:r>
          <w:rPr>
            <w:color w:val="0000EE"/>
            <w:u w:val="single"/>
          </w:rPr>
          <w:t>[7]</w:t>
        </w:r>
      </w:hyperlink>
      <w:r>
        <w:t xml:space="preserve">- Paragraph 5: </w:t>
      </w:r>
      <w:hyperlink r:id="rId13">
        <w:r>
          <w:rPr>
            <w:color w:val="0000EE"/>
            <w:u w:val="single"/>
          </w:rPr>
          <w:t>[3]</w:t>
        </w:r>
      </w:hyperlink>
      <w:r>
        <w:t xml:space="preserve">, </w:t>
      </w:r>
      <w:hyperlink r:id="rId15">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https://calgaryherald.com/news/local-news/im-here-im-queer-thousands-celebrate-drag-at-cowboys-festival-event-featuring-rupaul</w:t>
        </w:r>
      </w:hyperlink>
      <w:r>
        <w:t xml:space="preserve"> - Please view link - unable to able to access data</w:t>
      </w:r>
      <w:r/>
    </w:p>
    <w:p>
      <w:pPr>
        <w:pStyle w:val="ListNumber"/>
        <w:spacing w:line="240" w:lineRule="auto"/>
        <w:ind w:left="720"/>
      </w:pPr>
      <w:r/>
      <w:hyperlink r:id="rId12">
        <w:r>
          <w:rPr>
            <w:color w:val="0000EE"/>
            <w:u w:val="single"/>
          </w:rPr>
          <w:t>https://www.visitcalgary.com/events/drag-me-to-cowboys-live-at-cowboys-music-festival</w:t>
        </w:r>
      </w:hyperlink>
      <w:r>
        <w:t xml:space="preserve"> - The 'Drag Me To Cowboys' event at Cowboys Music Festival in Calgary is scheduled for July 11, 2026, featuring a live DJ set by RuPaul. The event will take place at Cowboys Park, located at 1220 9 Ave SW, Calgary, Alberta. Gates open at 1:00 PM, with live performances starting at 1:30 PM. The festival is known for its diverse lineup of artists across genres, including Hip Hop, Rock, Pop, and Country, and is recognized for its iconic party atmosphere. The event is 18+ and standing-room only.</w:t>
      </w:r>
      <w:r/>
    </w:p>
    <w:p>
      <w:pPr>
        <w:pStyle w:val="ListNumber"/>
        <w:spacing w:line="240" w:lineRule="auto"/>
        <w:ind w:left="720"/>
      </w:pPr>
      <w:r/>
      <w:hyperlink r:id="rId13">
        <w:r>
          <w:rPr>
            <w:color w:val="0000EE"/>
            <w:u w:val="single"/>
          </w:rPr>
          <w:t>https://calgarypride.ca/event/drag-me-to-cowboys/</w:t>
        </w:r>
      </w:hyperlink>
      <w:r>
        <w:t xml:space="preserve"> - Calgary Pride is hosting the 'Drag Me To Cowboys' event on July 11, 2026, at Cowboys Park in Calgary. The event features a live DJ set by RuPaul and is part of the Calgary Stampede festivities. Gates open at 1:00 PM, with live performances starting at 1:30 PM. The event is 18+ and standing-room only. Tickets are available for purchase, with a promo code offering a discount. The event is presented in partnership with Calgary Pride and welcomes allies who support the LGBTQ+ community.</w:t>
      </w:r>
      <w:r/>
    </w:p>
    <w:p>
      <w:pPr>
        <w:pStyle w:val="ListNumber"/>
        <w:spacing w:line="240" w:lineRule="auto"/>
        <w:ind w:left="720"/>
      </w:pPr>
      <w:r/>
      <w:hyperlink r:id="rId10">
        <w:r>
          <w:rPr>
            <w:color w:val="0000EE"/>
            <w:u w:val="single"/>
          </w:rPr>
          <w:t>https://curiocity.com/rupaul-cowboys-music-festival/</w:t>
        </w:r>
      </w:hyperlink>
      <w:r>
        <w:t xml:space="preserve"> - RuPaul is set to headline the Cowboys Music Festival in Calgary with a special daytime DJ set. The event is scheduled for July 11, 2026, at Cowboys Park. The festival is known for its diverse lineup of artists across various genres and is recognized for its iconic party atmosphere. The event is 18+ and standing-room only. Tickets are available for purchase, with a promo code offering a discount. The event is presented in partnership with Calgary Pride and welcomes allies who support the LGBTQ+ community.</w:t>
      </w:r>
      <w:r/>
    </w:p>
    <w:p>
      <w:pPr>
        <w:pStyle w:val="ListNumber"/>
        <w:spacing w:line="240" w:lineRule="auto"/>
        <w:ind w:left="720"/>
      </w:pPr>
      <w:r/>
      <w:hyperlink r:id="rId15">
        <w:r>
          <w:rPr>
            <w:color w:val="0000EE"/>
            <w:u w:val="single"/>
          </w:rPr>
          <w:t>https://spectaculos.ca/spectacle/cowboys-music-festival-drag-me-to-cowboys-with-rupaul-calgary</w:t>
        </w:r>
      </w:hyperlink>
      <w:r>
        <w:t xml:space="preserve"> - RuPaul returns to Calgary for the first time since 1996 with a daytime DJ set at Cowboys Music Festival. The event is scheduled for July 11, 2026, at Cowboys Park. The festival is known for its diverse lineup of artists across various genres and is recognized for its iconic party atmosphere. The event is 18+ and standing-room only. Tickets are available for purchase, with a promo code offering a discount. The event is presented in partnership with Calgary Pride and welcomes allies who support the LGBTQ+ community.</w:t>
      </w:r>
      <w:r/>
    </w:p>
    <w:p>
      <w:pPr>
        <w:pStyle w:val="ListNumber"/>
        <w:spacing w:line="240" w:lineRule="auto"/>
        <w:ind w:left="720"/>
      </w:pPr>
      <w:r/>
      <w:hyperlink r:id="rId14">
        <w:r>
          <w:rPr>
            <w:color w:val="0000EE"/>
            <w:u w:val="single"/>
          </w:rPr>
          <w:t>https://qlist.app/events/Calgary/Drag-Me-To-Cowboys-ft-RuPaul/26146</w:t>
        </w:r>
      </w:hyperlink>
      <w:r>
        <w:t xml:space="preserve"> - The 'Drag Me To Cowboys' event featuring RuPaul is scheduled for July 11, 2026, at Cowboys Park in Calgary. The event is a daytime open-air drag celebration with a live DJ set by RuPaul, backed by a full drag showcase and party crowd. Gates open in the early afternoon, with performances starting soon after. The event is 18+ and standing-room only. Tickets are required and sold via Tixr, with general admission typically around CA$59.99–CA$79.99. The event is presented in partnership with Calgary Pride and welcomes allies who support the LGBTQ+ community.</w:t>
      </w:r>
      <w:r/>
    </w:p>
    <w:p>
      <w:pPr>
        <w:pStyle w:val="ListNumber"/>
        <w:spacing w:line="240" w:lineRule="auto"/>
        <w:ind w:left="720"/>
      </w:pPr>
      <w:r/>
      <w:hyperlink r:id="rId11">
        <w:r>
          <w:rPr>
            <w:color w:val="0000EE"/>
            <w:u w:val="single"/>
          </w:rPr>
          <w:t>https://albertamusic.live/events/2026-07-11-calgary-cowboys-park-rupaul-dj-set.html</w:t>
        </w:r>
      </w:hyperlink>
      <w:r>
        <w:t xml:space="preserve"> - The 'Drag Me To Cowboys' event featuring RuPaul is scheduled for July 11, 2026, at Cowboys Park in Calgary. The event is part of the Cowboys Music Festival and includes a live DJ set by RuPaul. The festival is known for its diverse lineup of artists across various genres and is recognized for its iconic party atmosphere. The event is 18+ and standing-room only. Tickets are available for purchase, with a promo code offering a discount. The event is presented in partnership with Calgary Pride and welcomes allies who support the LGBTQ+ community.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calgaryherald.com/news/local-news/im-here-im-queer-thousands-celebrate-drag-at-cowboys-festival-event-featuring-rupaul" TargetMode="External"/><Relationship Id="rId10" Type="http://schemas.openxmlformats.org/officeDocument/2006/relationships/hyperlink" Target="https://curiocity.com/rupaul-cowboys-music-festival/" TargetMode="External"/><Relationship Id="rId11" Type="http://schemas.openxmlformats.org/officeDocument/2006/relationships/hyperlink" Target="https://albertamusic.live/events/2026-07-11-calgary-cowboys-park-rupaul-dj-set.html" TargetMode="External"/><Relationship Id="rId12" Type="http://schemas.openxmlformats.org/officeDocument/2006/relationships/hyperlink" Target="https://www.visitcalgary.com/events/drag-me-to-cowboys-live-at-cowboys-music-festival" TargetMode="External"/><Relationship Id="rId13" Type="http://schemas.openxmlformats.org/officeDocument/2006/relationships/hyperlink" Target="https://calgarypride.ca/event/drag-me-to-cowboys/" TargetMode="External"/><Relationship Id="rId14" Type="http://schemas.openxmlformats.org/officeDocument/2006/relationships/hyperlink" Target="https://qlist.app/events/Calgary/Drag-Me-To-Cowboys-ft-RuPaul/26146" TargetMode="External"/><Relationship Id="rId15" Type="http://schemas.openxmlformats.org/officeDocument/2006/relationships/hyperlink" Target="https://spectaculos.ca/spectacle/cowboys-music-festival-drag-me-to-cowboys-with-rupaul-calgar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