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Brighton &amp; Hove Bus Services for Pride Weekend Travel and Shuttle Tips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revelers are planning routes as Brighton &amp; Hove Buses steps up for Pride, running special timetables and shuttle services to help people get to Preston Park and the parade safely and smoothly. Here’s what to expect, who’s involved, and simple tips to make your journey carefree.</w:t>
      </w:r>
      <w:r/>
    </w:p>
    <w:p>
      <w:r/>
      <w:r>
        <w:t>Essential Takeaways</w:t>
      </w:r>
      <w:r/>
      <w:r/>
    </w:p>
    <w:p>
      <w:pPr>
        <w:pStyle w:val="ListBullet"/>
        <w:spacing w:line="240" w:lineRule="auto"/>
        <w:ind w:left="720"/>
      </w:pPr>
      <w:r/>
      <w:r>
        <w:rPr>
          <w:b/>
        </w:rPr>
        <w:t>Special services:</w:t>
      </w:r>
      <w:r>
        <w:t xml:space="preserve"> Brighton &amp; Hove Buses will run extra timetables and shuttle buses between Preston Park, the Old Steine and Waterhall Campsite, making festival travel easier.</w:t>
      </w:r>
      <w:r/>
    </w:p>
    <w:p>
      <w:pPr>
        <w:pStyle w:val="ListBullet"/>
        <w:spacing w:line="240" w:lineRule="auto"/>
        <w:ind w:left="720"/>
      </w:pPr>
      <w:r/>
      <w:r>
        <w:rPr>
          <w:b/>
        </w:rPr>
        <w:t>Pride bus presence:</w:t>
      </w:r>
      <w:r>
        <w:t xml:space="preserve"> The themed Pride bus , sporting last year’s public-vote livery , will be parked at Hove Lawns near the Peace Statue, offering a quiet, welcoming space.</w:t>
      </w:r>
      <w:r/>
    </w:p>
    <w:p>
      <w:pPr>
        <w:pStyle w:val="ListBullet"/>
        <w:spacing w:line="240" w:lineRule="auto"/>
        <w:ind w:left="720"/>
      </w:pPr>
      <w:r/>
      <w:r>
        <w:rPr>
          <w:b/>
        </w:rPr>
        <w:t>Community guests:</w:t>
      </w:r>
      <w:r>
        <w:t xml:space="preserve"> Representatives from local Pride groups and community partners will join the parade, including mASCot support for families and autistic users.</w:t>
      </w:r>
      <w:r/>
    </w:p>
    <w:p>
      <w:pPr>
        <w:pStyle w:val="ListBullet"/>
        <w:spacing w:line="240" w:lineRule="auto"/>
        <w:ind w:left="720"/>
      </w:pPr>
      <w:r/>
      <w:r>
        <w:rPr>
          <w:b/>
        </w:rPr>
        <w:t>Safety advice:</w:t>
      </w:r>
      <w:r>
        <w:t xml:space="preserve"> Plan journeys in advance, allow extra time for road closures, and use shuttle links to avoid walking long distances.</w:t>
      </w:r>
      <w:r/>
    </w:p>
    <w:p>
      <w:pPr>
        <w:pStyle w:val="ListBullet"/>
        <w:spacing w:line="240" w:lineRule="auto"/>
        <w:ind w:left="720"/>
      </w:pPr>
      <w:r/>
      <w:r>
        <w:rPr>
          <w:b/>
        </w:rPr>
        <w:t>Family-friendly:</w:t>
      </w:r>
      <w:r>
        <w:t xml:space="preserve"> The bus will host a calm space for autistic children and families, and shuttle services aim to reduce crowds around Preston Park.</w:t>
      </w:r>
      <w:r/>
      <w:r/>
    </w:p>
    <w:p>
      <w:r/>
      <w:r>
        <w:t>Opening hook: Brighton &amp; Hove Buses is turning up to Pride with extra heart and horsepower, and the city’s colourful weekend just got easier to access. The operator, part of Go-Ahead, is once again a proud partner of Brighton &amp; Hove Pride and will join the parade while running special services to key locations. The sight of the Pride-liveried bus parked by the Peace Statue is a small, reassuring detail that makes the festival feel civic and inclusive.</w:t>
      </w:r>
      <w:r/>
    </w:p>
    <w:p>
      <w:r/>
      <w:r>
        <w:t>How the shuttle and timetables work (and why it helps) Expect dedicated shuttles linking Preston Park with the Old Steine and Waterhall Campsite throughout the day, plus additional timetable coverage on main routes. This isn’t just convenience , it’s a sensible response to road closures and the sheer number of people who turn up for Pride. According to the council’s travel guidance, planning around closures will save time, so using the shuttle buses is a simple way to avoid long walks or crowded streets. If you’re carrying festival gear, or travelling with children, the shuttle is a tiny luxury.</w:t>
      </w:r>
      <w:r/>
    </w:p>
    <w:p>
      <w:r/>
      <w:r>
        <w:t>The Pride bus: a quiet corner and community nods The bus that bears the Pride livery will be parked on Hove Lawns near the Peace Statue and will feature a partnership with mASCot to provide a safe, quiet area for families and children with ASC. It’s a practical touch , a soft, calm spot in the middle of an otherwise buzzy event. Community groups, including Crawley Pride, Seahaven Pride and BourneOut Café, will be joining the ride and parade. The bus also honours the memory of local LGBTQ+ campaigner George Montague, a human story that keeps the event grounded in real lives and histories.</w:t>
      </w:r>
      <w:r/>
    </w:p>
    <w:p>
      <w:r/>
      <w:r>
        <w:t>Practical travel tips , how to make your day smoother Plan ahead: check the special timetables before you travel and allow plenty of time for delays or diversions. Arrive early if you want a relaxed spot at Preston Park. Pick the right bus stop: shuttle services mean you can choose a drop-off close to the festival entrance rather than squeezing through the busiest parade corridors. Think calm spaces: if you’re attending with someone who benefits from quieter environments, note the Pride bus’s mASCot area as a refuge and factor in extra time for slower, more comfortable movement.</w:t>
      </w:r>
      <w:r/>
    </w:p>
    <w:p>
      <w:r/>
      <w:r>
        <w:t>What this says about local transport and festival culture Brighton &amp; Hove Buses’ partnership shows how local transport can be more than a vehicle , it’s part of the festival fabric. The public vote that decided the bus livery last year and the visible collaboration with local groups point to transport that’s civic-minded and community-facing. Looking forward, these kinds of services set a helpful precedent: transport operators that plan for accessibility and calm spaces make events better for everyone, not just the majority.</w:t>
      </w:r>
      <w:r/>
    </w:p>
    <w:p>
      <w:r/>
      <w:r>
        <w:t>Where to check live info and updates Before you travel, consult the Pride travel pages and Brighton &amp; Hove Buses’ service updates for the latest timetable changes and shuttle times. The council’s travel notices will also flag road closures that could affect your route. If you’re unsure, allow extra time and consider meeting points that are easy to find , the Old Steine and Hove Lawns are handy landmarks for groups.</w:t>
      </w:r>
      <w:r/>
    </w:p>
    <w:p>
      <w:r/>
      <w:r>
        <w:t>It’s a small change that can make every Pride journey easier and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9">
        <w:r>
          <w:rPr>
            <w:color w:val="0000EE"/>
            <w:u w:val="single"/>
          </w:rPr>
          <w:t>[1]</w:t>
        </w:r>
      </w:hyperlink>
      <w:r>
        <w:t xml:space="preserve">, </w:t>
      </w:r>
      <w:hyperlink r:id="rId14">
        <w:r>
          <w:rPr>
            <w:color w:val="0000EE"/>
            <w:u w:val="single"/>
          </w:rPr>
          <w:t>[5]</w:t>
        </w:r>
      </w:hyperlink>
      <w:r>
        <w:t xml:space="preserve">- Paragraph 4: </w:t>
      </w:r>
      <w:hyperlink r:id="rId13">
        <w:r>
          <w:rPr>
            <w:color w:val="0000EE"/>
            <w:u w:val="single"/>
          </w:rPr>
          <w:t>[4]</w:t>
        </w:r>
      </w:hyperlink>
      <w:r>
        <w:t xml:space="preserve">, </w:t>
      </w:r>
      <w:hyperlink r:id="rId11">
        <w:r>
          <w:rPr>
            <w:color w:val="0000EE"/>
            <w:u w:val="single"/>
          </w:rPr>
          <w:t>[7]</w:t>
        </w:r>
      </w:hyperlink>
      <w:r>
        <w:t xml:space="preserve">- Paragraph 5: </w:t>
      </w:r>
      <w:hyperlink r:id="rId9">
        <w:r>
          <w:rPr>
            <w:color w:val="0000EE"/>
            <w:u w:val="single"/>
          </w:rPr>
          <w:t>[1]</w:t>
        </w:r>
      </w:hyperlink>
      <w:r>
        <w:t xml:space="preserve">, </w:t>
      </w:r>
      <w:hyperlink r:id="rId10">
        <w:r>
          <w:rPr>
            <w:color w:val="0000EE"/>
            <w:u w:val="single"/>
          </w:rPr>
          <w:t>[2]</w:t>
        </w:r>
      </w:hyperlink>
      <w:r>
        <w:t xml:space="preserve">- Paragraph 6: </w:t>
      </w:r>
      <w:hyperlink r:id="rId14">
        <w:r>
          <w:rPr>
            <w:color w:val="0000EE"/>
            <w:u w:val="single"/>
          </w:rPr>
          <w:t>[5]</w:t>
        </w:r>
      </w:hyperlink>
      <w:r>
        <w:t xml:space="preserve">, </w:t>
      </w:r>
      <w:hyperlink r:id="rId15">
        <w:r>
          <w:rPr>
            <w:color w:val="0000EE"/>
            <w:u w:val="single"/>
          </w:rPr>
          <w:t>[6]</w:t>
        </w:r>
      </w:hyperlink>
      <w:r>
        <w:t xml:space="preserve">- Paragraph 7: </w:t>
      </w:r>
      <w:hyperlink r:id="rId11">
        <w:r>
          <w:rPr>
            <w:color w:val="0000EE"/>
            <w:u w:val="single"/>
          </w:rPr>
          <w:t>[7]</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https://www.busandcoachbuyer.com/brighton-and-hove-supports-pride/</w:t>
        </w:r>
      </w:hyperlink>
      <w:r>
        <w:t xml:space="preserve"> - Please view link - unable to able to access data</w:t>
      </w:r>
      <w:r/>
    </w:p>
    <w:p>
      <w:pPr>
        <w:pStyle w:val="ListNumber"/>
        <w:spacing w:line="240" w:lineRule="auto"/>
        <w:ind w:left="720"/>
      </w:pPr>
      <w:r/>
      <w:hyperlink r:id="rId10">
        <w:r>
          <w:rPr>
            <w:color w:val="0000EE"/>
            <w:u w:val="single"/>
          </w:rPr>
          <w:t>https://www.brighton-pride.org/brighton-hove-buses/</w:t>
        </w:r>
      </w:hyperlink>
      <w:r>
        <w:t xml:space="preserve"> - Brighton &amp; Hove Buses is a proud partner of Brighton &amp; Hove Pride, providing shuttle bus services between Preston Park, Old Steine, and Waterhall Campsite during the Pride weekend. They also accept contactless payments on all local services, making travel more convenient for attendees. Additionally, the company is a Platinum member of Pride's 'City Angels', promoting a cleaner city and supporting LGBTQ+ initiatives. Rupert Cox, Interim Managing Director, expressed excitement about partnering with Pride and ensuring smooth and safe travel for everyone during the event.</w:t>
      </w:r>
      <w:r/>
    </w:p>
    <w:p>
      <w:pPr>
        <w:pStyle w:val="ListNumber"/>
        <w:spacing w:line="240" w:lineRule="auto"/>
        <w:ind w:left="720"/>
      </w:pPr>
      <w:r/>
      <w:hyperlink r:id="rId12">
        <w:r>
          <w:rPr>
            <w:color w:val="0000EE"/>
            <w:u w:val="single"/>
          </w:rPr>
          <w:t>https://www.buses.co.uk/brighton-hove-buses-return-proud-partners-brighton-hove-pride-2024</w:t>
        </w:r>
      </w:hyperlink>
      <w:r>
        <w:t xml:space="preserve"> - Brighton &amp; Hove Buses has returned as a proud partner of Brighton &amp; Hove Pride for 2024. They have launched special Pride timetables for the weekend, with shuttle buses operating between Preston Park, Old Steine, and Waterhall Campsite. The company is also a Platinum member of Pride's 'City Angels', supporting LGBTQ+ initiatives. The Pride bus, featuring a new livery, will participate in the parade and serve as a safe space for families and children with Autistic Spectrum Condition (ASC) in partnership with mASCot.</w:t>
      </w:r>
      <w:r/>
    </w:p>
    <w:p>
      <w:pPr>
        <w:pStyle w:val="ListNumber"/>
        <w:spacing w:line="240" w:lineRule="auto"/>
        <w:ind w:left="720"/>
      </w:pPr>
      <w:r/>
      <w:hyperlink r:id="rId13">
        <w:r>
          <w:rPr>
            <w:color w:val="0000EE"/>
            <w:u w:val="single"/>
          </w:rPr>
          <w:t>https://www.brighton-hove.gov.uk/news/2024/pride-2024-road-closure-and-travel-information</w:t>
        </w:r>
      </w:hyperlink>
      <w:r>
        <w:t xml:space="preserve"> - Brighton &amp; Hove City Council has provided road closure and travel information for Pride 2024. Several roads in the city centre will be closed on Saturday 3 and Sunday 4 August for the community parade, festival in Preston Park, and the Pride Village Party in Kemp Town. The Pride LGBTQ+ Community Parade starts at Hove Lawns at 11am on Saturday 3 August and travels through the city centre to Preston Park. The council recommends not travelling to Pride by car and advises planning travel arrangements in advance.</w:t>
      </w:r>
      <w:r/>
    </w:p>
    <w:p>
      <w:pPr>
        <w:pStyle w:val="ListNumber"/>
        <w:spacing w:line="240" w:lineRule="auto"/>
        <w:ind w:left="720"/>
      </w:pPr>
      <w:r/>
      <w:hyperlink r:id="rId14">
        <w:r>
          <w:rPr>
            <w:color w:val="0000EE"/>
            <w:u w:val="single"/>
          </w:rPr>
          <w:t>https://www.brighton-hove.gov.uk/news/2024/gearing-pride</w:t>
        </w:r>
      </w:hyperlink>
      <w:r>
        <w:t xml:space="preserve"> - Brighton &amp; Hove City Council is gearing up for Pride 2024, set to take place on the weekend of Saturday 3 and Sunday 4 August. The theme for this year's Pride is 'We love because they can't', aiming to raise awareness about oppressive laws in countries that prohibit LGBTQ+ citizens from enjoying fundamental freedoms. The council urges attendees to plan their travel in advance, as there will be significant road closures and bus diversions during the event.</w:t>
      </w:r>
      <w:r/>
    </w:p>
    <w:p>
      <w:pPr>
        <w:pStyle w:val="ListNumber"/>
        <w:spacing w:line="240" w:lineRule="auto"/>
        <w:ind w:left="720"/>
      </w:pPr>
      <w:r/>
      <w:hyperlink r:id="rId15">
        <w:r>
          <w:rPr>
            <w:color w:val="0000EE"/>
            <w:u w:val="single"/>
          </w:rPr>
          <w:t>https://www.brighton-pride.org/pride-parade/</w:t>
        </w:r>
      </w:hyperlink>
      <w:r>
        <w:t xml:space="preserve"> - The Pride LGBTQ+ Community Parade is a highlight of the Brighton &amp; Hove Pride weekend, showcasing over 100 LGBTQ+ charities, community groups, small businesses, emergency services, the NHS, and other Pride organisations. The parade winds through the city from Hove Lawns to Preston Park for Pride on the Park, the official Brighton &amp; Hove Pride charity fundraiser. The event is one of the biggest and brightest in Brighton &amp; Hove's calendar, attracting over 300,000 people.</w:t>
      </w:r>
      <w:r/>
    </w:p>
    <w:p>
      <w:pPr>
        <w:pStyle w:val="ListNumber"/>
        <w:spacing w:line="240" w:lineRule="auto"/>
        <w:ind w:left="720"/>
      </w:pPr>
      <w:r/>
      <w:hyperlink r:id="rId11">
        <w:r>
          <w:rPr>
            <w:color w:val="0000EE"/>
            <w:u w:val="single"/>
          </w:rPr>
          <w:t>https://www.brighton-pride.org/travel/</w:t>
        </w:r>
      </w:hyperlink>
      <w:r>
        <w:t xml:space="preserve"> - Brighton &amp; Hove Pride provides detailed travel information for attendees, including bus and train details. Service 500 offers fast, frequent connections between Preston Park, Old Steine, and the vibrant pubs, clubs, and bars of Kemp Town on Saturday afternoon and evening. Service 600 transports festival-goers staying at Waterhall Campsite to and from Old Steine throughout Pride weekend. The Pride website also offers advice on travelling by car, plane, and taxi, as well as parking and travel tips.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usandcoachbuyer.com/brighton-and-hove-supports-pride/" TargetMode="External"/><Relationship Id="rId10" Type="http://schemas.openxmlformats.org/officeDocument/2006/relationships/hyperlink" Target="https://www.brighton-pride.org/brighton-hove-buses/" TargetMode="External"/><Relationship Id="rId11" Type="http://schemas.openxmlformats.org/officeDocument/2006/relationships/hyperlink" Target="https://www.brighton-pride.org/travel/" TargetMode="External"/><Relationship Id="rId12" Type="http://schemas.openxmlformats.org/officeDocument/2006/relationships/hyperlink" Target="https://www.buses.co.uk/brighton-hove-buses-return-proud-partners-brighton-hove-pride-2024" TargetMode="External"/><Relationship Id="rId13" Type="http://schemas.openxmlformats.org/officeDocument/2006/relationships/hyperlink" Target="https://www.brighton-hove.gov.uk/news/2024/pride-2024-road-closure-and-travel-information" TargetMode="External"/><Relationship Id="rId14" Type="http://schemas.openxmlformats.org/officeDocument/2006/relationships/hyperlink" Target="https://www.brighton-hove.gov.uk/news/2024/gearing-pride" TargetMode="External"/><Relationship Id="rId15" Type="http://schemas.openxmlformats.org/officeDocument/2006/relationships/hyperlink" Target="https://www.brighton-pride.org/pride-para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