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Berlin Events This Week: Forecast Festival, Lesbian &amp; Gay City Festival and More</w:t>
      </w:r>
      <w:r/>
    </w:p>
    <w:p>
      <w:r/>
      <w:r/>
    </w:p>
    <w:p>
      <w:r>
        <w:drawing>
          <wp:inline xmlns:a="http://schemas.openxmlformats.org/drawingml/2006/main" xmlns:pic="http://schemas.openxmlformats.org/drawingml/2006/picture">
            <wp:extent cx="5080000" cy="3408101"/>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408101"/>
                    </a:xfrm>
                    <a:prstGeom prst="rect"/>
                  </pic:spPr>
                </pic:pic>
              </a:graphicData>
            </a:graphic>
          </wp:inline>
        </w:drawing>
      </w:r>
    </w:p>
    <w:p>
      <w:r/>
      <w:r>
        <w:rPr>
          <w:b/>
        </w:rPr>
        <w:t>Shoppers are turning out for summer culture , and Berlin’s weekend calendar is full of free and ticketed highlights. From emerging-artist showcases at Forecast Festival to the colourful crowds at the Lesbian and Gay City Festival, here’s what to see, where to eat, and why it matters.</w:t>
      </w:r>
      <w:r/>
    </w:p>
    <w:p>
      <w:r/>
      <w:r>
        <w:t>Essential Takeaways</w:t>
      </w:r>
      <w:r/>
      <w:r/>
    </w:p>
    <w:p>
      <w:pPr>
        <w:pStyle w:val="ListBullet"/>
        <w:spacing w:line="240" w:lineRule="auto"/>
        <w:ind w:left="720"/>
      </w:pPr>
      <w:r/>
      <w:r>
        <w:rPr>
          <w:b/>
        </w:rPr>
        <w:t>Forecast Festival:</w:t>
      </w:r>
      <w:r>
        <w:t xml:space="preserve"> Four days of performances, installations and film by mentored emerging artists at Radialsystem, tickets around €30, lively and experimental vibe.</w:t>
      </w:r>
      <w:r/>
    </w:p>
    <w:p>
      <w:pPr>
        <w:pStyle w:val="ListBullet"/>
        <w:spacing w:line="240" w:lineRule="auto"/>
        <w:ind w:left="720"/>
      </w:pPr>
      <w:r/>
      <w:r>
        <w:rPr>
          <w:b/>
        </w:rPr>
        <w:t>Lesbian &amp; Gay City Festival:</w:t>
      </w:r>
      <w:r>
        <w:t xml:space="preserve"> Big, free street festival at Nollendorfplatz across music, film, sports and wellness, drawing hundreds of thousands with the motto “Equal Rights for the Unequal, worldwide”.</w:t>
      </w:r>
      <w:r/>
    </w:p>
    <w:p>
      <w:pPr>
        <w:pStyle w:val="ListBullet"/>
        <w:spacing w:line="240" w:lineRule="auto"/>
        <w:ind w:left="720"/>
      </w:pPr>
      <w:r/>
      <w:r>
        <w:rPr>
          <w:b/>
        </w:rPr>
        <w:t>Unclouded at Neue Nationalgalerie:</w:t>
      </w:r>
      <w:r>
        <w:t xml:space="preserve"> Sunset terrace evenings with Japanese teas and DJs, an easy, relaxed after-work feel; free entry and scenic museum setting.</w:t>
      </w:r>
      <w:r/>
    </w:p>
    <w:p>
      <w:pPr>
        <w:pStyle w:val="ListBullet"/>
        <w:spacing w:line="240" w:lineRule="auto"/>
        <w:ind w:left="720"/>
      </w:pPr>
      <w:r/>
      <w:r>
        <w:rPr>
          <w:b/>
        </w:rPr>
        <w:t>Zig Zag Jazz Festival:</w:t>
      </w:r>
      <w:r>
        <w:t xml:space="preserve"> Eleven nights of international jazz at Gasometer Schöneberg from 20 July, ticketed, with food trucks, rooftop late sets and big names.</w:t>
      </w:r>
      <w:r/>
    </w:p>
    <w:p>
      <w:pPr>
        <w:pStyle w:val="ListBullet"/>
        <w:spacing w:line="240" w:lineRule="auto"/>
        <w:ind w:left="720"/>
      </w:pPr>
      <w:r/>
      <w:r>
        <w:rPr>
          <w:b/>
        </w:rPr>
        <w:t>Local picks:</w:t>
      </w:r>
      <w:r>
        <w:t xml:space="preserve"> Open Days at UdK and the HTW Werkschau offer hands-on studio visits and student work for free; casual meetups like Berlin Bald Together add quirky community moments.</w:t>
      </w:r>
      <w:r/>
      <w:r/>
    </w:p>
    <w:p>
      <w:pPr>
        <w:pStyle w:val="Heading2"/>
      </w:pPr>
      <w:r>
        <w:t>Forecast Festival: a proving ground for bold new work</w:t>
      </w:r>
      <w:r/>
    </w:p>
    <w:p>
      <w:r/>
      <w:r>
        <w:t>Forecast packs four days with performances, film and installation work by this year’s mentored cohort at Radialsystem, and you can feel the excitement as artists test ideas in public. The atmosphere tends toward hands-on, sometimes confrontational pieces, which makes for an evening that’s stimulating rather than purely decorative. According to event listings, the festival also runs workshops and discussion formats alongside shows, so it’s useful if you want context as well as spectacle. Buy a ticket if you care about contemporary art in motion; expect to come away with new names and a fresh playlist of experimental practice.</w:t>
      </w:r>
      <w:r/>
    </w:p>
    <w:p>
      <w:pPr>
        <w:pStyle w:val="Heading2"/>
      </w:pPr>
      <w:r>
        <w:t>Lesbian and Gay City Festival: huge, colourful, and heart-on-sleeve political</w:t>
      </w:r>
      <w:r/>
    </w:p>
    <w:p>
      <w:r/>
      <w:r>
        <w:t>This is one of the biggest free street festivals in Berlin and it wears its politics proudly , the theme this year calls for equal rights for the unequal worldwide, and the programme spreads across six stages and multiple zones. You’ll find everything from pop and indie acts to film screenings, sports demos and health stalls, plus plenty of food and drink. It’s loud, warm and inclusive, and for many locals it’s a weekend highlight. If you’re planning to go, bring a meeting point for friends: when hundreds of thousands turn up, it’s easy to get swept along.</w:t>
      </w:r>
      <w:r/>
    </w:p>
    <w:p>
      <w:pPr>
        <w:pStyle w:val="Heading2"/>
      </w:pPr>
      <w:r>
        <w:t>Unclouded at Neue Nationalgalerie: sunset drinks with a cultured twist</w:t>
      </w:r>
      <w:r/>
    </w:p>
    <w:p>
      <w:r/>
      <w:r>
        <w:t>Turn the Neue Nationalgalerie’s terrace into a chilled sunset bar and you’ve got Unclouded , think rare Japanese teas from Circadian, DJs from Sound Metaphors and a mellow after-work mood. The setting adds a cinematic edge as the light falls over the building, which makes it great for relaxed conversations rather than full-on clubbing. Entry is free, which also helps if you want a cultured evening on a budget. Go early for a good spot on the terrace and linger while the DJs shift from background grooves to slightly deeper sets.</w:t>
      </w:r>
      <w:r/>
    </w:p>
    <w:p>
      <w:pPr>
        <w:pStyle w:val="Heading2"/>
      </w:pPr>
      <w:r>
        <w:t>Zig Zag Jazz Festival: big names, rooftop views and snack trucks</w:t>
      </w:r>
      <w:r/>
    </w:p>
    <w:p>
      <w:r/>
      <w:r>
        <w:t>If you like jazz with atmosphere, the Gasometer Schöneberg’s Zig Zag series runs for eleven nights from 20 July and brings big players alongside up-and-comers from the Jazz Institute Berlin. Expect high-calibre performances from established names and a late-night rooftop series called Sky Jazz Sessions with views over the city. Food trucks and drinks stalls keep the vibe casual, so it’s a perfect mix of formal music-making and relaxed festival culture. Book the better seats early if you want the full acoustics; cheaper standing tickets are good if you prefer to roam.</w:t>
      </w:r>
      <w:r/>
    </w:p>
    <w:p>
      <w:pPr>
        <w:pStyle w:val="Heading2"/>
      </w:pPr>
      <w:r>
        <w:t>Open Days and Werkschau: free, curious and hands-on university showcases</w:t>
      </w:r>
      <w:r/>
    </w:p>
    <w:p>
      <w:r/>
      <w:r>
        <w:t>Both the Berlin University of the Arts open days and HTW’s Werkschau put student work and workshops on public display for free. These events are ideal if you like to see fresh ideas, from design and fine art to performing arts and digital prototyping. Walkthroughs can feel like a festival for makers: screen printing, model making and short performances crop up throughout. Go with an open mind and comfortable shoes , you’ll likely leave with new favourite names and the occasional impulse buy.</w:t>
      </w:r>
      <w:r/>
    </w:p>
    <w:p>
      <w:r/>
      <w:r>
        <w:t>Closing line It’s a packed week in Berlin , pick a stage, a terrace or a gallery, and let the city show you something unexpected.</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[6]</w:t>
        </w:r>
      </w:hyperlink>
      <w:r>
        <w:t xml:space="preserve">, </w:t>
      </w:r>
      <w:hyperlink r:id="rId13">
        <w:r>
          <w:rPr>
            <w:color w:val="0000EE"/>
            <w:u w:val="single"/>
          </w:rPr>
          <w:t>[5]</w:t>
        </w:r>
      </w:hyperlink>
      <w:r>
        <w:t xml:space="preserve">- Paragraph 3: </w:t>
      </w:r>
      <w:hyperlink r:id="rId10">
        <w:r>
          <w:rPr>
            <w:color w:val="0000EE"/>
            <w:u w:val="single"/>
          </w:rPr>
          <w:t>[2]</w:t>
        </w:r>
      </w:hyperlink>
      <w:r>
        <w:t xml:space="preserve">, </w:t>
      </w:r>
      <w:hyperlink r:id="rId11">
        <w:r>
          <w:rPr>
            <w:color w:val="0000EE"/>
            <w:u w:val="single"/>
          </w:rPr>
          <w:t>[4]</w:t>
        </w:r>
      </w:hyperlink>
      <w:r>
        <w:t xml:space="preserve">- Paragraph 4: </w:t>
      </w:r>
      <w:hyperlink r:id="rId9">
        <w:r>
          <w:rPr>
            <w:color w:val="0000EE"/>
            <w:u w:val="single"/>
          </w:rPr>
          <w:t>[7]</w:t>
        </w:r>
      </w:hyperlink>
      <w:r>
        <w:t xml:space="preserve">, </w:t>
      </w:r>
      <w:hyperlink r:id="rId12">
        <w:r>
          <w:rPr>
            <w:color w:val="0000EE"/>
            <w:u w:val="single"/>
          </w:rPr>
          <w:t>[6]</w:t>
        </w:r>
      </w:hyperlink>
      <w:r>
        <w:t xml:space="preserve">- Paragraph 5: </w:t>
      </w:r>
      <w:hyperlink r:id="rId14">
        <w:r>
          <w:rPr>
            <w:color w:val="0000EE"/>
            <w:u w:val="single"/>
          </w:rPr>
          <w:t>[3]</w:t>
        </w:r>
      </w:hyperlink>
      <w:r>
        <w:t xml:space="preserve">, </w:t>
      </w:r>
      <w:hyperlink r:id="rId13">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https://www.berlineventsweekly.com/p/july-14-20-forecast-festival-lesbian</w:t>
        </w:r>
      </w:hyperlink>
      <w:r>
        <w:t xml:space="preserve"> - Please view link - unable to able to access data</w:t>
      </w:r>
      <w:r/>
    </w:p>
    <w:p>
      <w:pPr>
        <w:pStyle w:val="ListNumber"/>
        <w:spacing w:line="240" w:lineRule="auto"/>
        <w:ind w:left="720"/>
      </w:pPr>
      <w:r/>
      <w:hyperlink r:id="rId10">
        <w:r>
          <w:rPr>
            <w:color w:val="0000EE"/>
            <w:u w:val="single"/>
          </w:rPr>
          <w:t>https://www.visitberlin.de/en/event/unclouded-0</w:t>
        </w:r>
      </w:hyperlink>
      <w:r>
        <w:t xml:space="preserve"> - The 'UNCLOUDED' event at the Neue Nationalgalerie in Berlin is scheduled for Thursday, 16 July 2026, from 5:00 p.m. to 10:00 p.m. This special edition of the regular terrace bar aims to celebrate clear moments of summer, featuring rare Japanese teas curated by Circadian and music by the DJ collective Sound Metaphors. The event is free to attend and offers a relaxed, after-work atmosphere with hopes for clear skies and a beautiful sunset.</w:t>
      </w:r>
      <w:r/>
    </w:p>
    <w:p>
      <w:pPr>
        <w:pStyle w:val="ListNumber"/>
        <w:spacing w:line="240" w:lineRule="auto"/>
        <w:ind w:left="720"/>
      </w:pPr>
      <w:r/>
      <w:hyperlink r:id="rId14">
        <w:r>
          <w:rPr>
            <w:color w:val="0000EE"/>
            <w:u w:val="single"/>
          </w:rPr>
          <w:t>https://www.visitberlin.de/en/event/forecast-festival-2026</w:t>
        </w:r>
      </w:hyperlink>
      <w:r>
        <w:t xml:space="preserve"> - The Forecast Festival 2026 is set to take place from 16 to 19 July 2026 at Radialsystem in Berlin. This international mentoring program for emerging artists will showcase performances, installations, and film works by six nominees alongside their mentors. The festival also includes workshops and discussion formats, providing a platform for innovative and daring artistic expressions. Tickets are priced at €30, and the event aims to present new perspectives and foster creative energy.</w:t>
      </w:r>
      <w:r/>
    </w:p>
    <w:p>
      <w:pPr>
        <w:pStyle w:val="ListNumber"/>
        <w:spacing w:line="240" w:lineRule="auto"/>
        <w:ind w:left="720"/>
      </w:pPr>
      <w:r/>
      <w:hyperlink r:id="rId11">
        <w:r>
          <w:rPr>
            <w:color w:val="0000EE"/>
            <w:u w:val="single"/>
          </w:rPr>
          <w:t>https://www.berlin.de/en/tickets/concerts/unclouded/2026-06-25-n-a-e48083f2-c48c-41e7-8a33-288e4be86dfa/</w:t>
        </w:r>
      </w:hyperlink>
      <w:r>
        <w:t xml:space="preserve"> - The 'UNCLOUDED' event at the Neue Nationalgalerie in Berlin is scheduled for Thursday, 25 June 2026, from 5:00 p.m. to 10:00 p.m. This special edition of the regular terrace bar aims to celebrate clear moments of summer, featuring rare Japanese teas curated by Circadian and music by the DJ collective Sound Metaphors. The event is free to attend and offers a relaxed, after-work atmosphere with hopes for clear skies and a beautiful sunset.</w:t>
      </w:r>
      <w:r/>
    </w:p>
    <w:p>
      <w:pPr>
        <w:pStyle w:val="ListNumber"/>
        <w:spacing w:line="240" w:lineRule="auto"/>
        <w:ind w:left="720"/>
      </w:pPr>
      <w:r/>
      <w:hyperlink r:id="rId13">
        <w:r>
          <w:rPr>
            <w:color w:val="0000EE"/>
            <w:u w:val="single"/>
          </w:rPr>
          <w:t>https://www.berlin.de/en/tickets/miscellaneous/forecast-festival-2026/2026-07-17-n-a-72a88567-3742-4eac-b08e-b4ac8bcdd6fa/</w:t>
        </w:r>
      </w:hyperlink>
      <w:r>
        <w:t xml:space="preserve"> - The Forecast Festival 2026 is set to take place from 16 to 19 July 2026 at Radialsystem in Berlin. This international mentoring program for emerging artists will showcase performances, installations, and film works by six nominees alongside their mentors. The festival also includes workshops and discussion formats, providing a platform for innovative and daring artistic expressions. Tickets are priced at €30, and the event aims to present new perspectives and foster creative energy.</w:t>
      </w:r>
      <w:r/>
    </w:p>
    <w:p>
      <w:pPr>
        <w:pStyle w:val="ListNumber"/>
        <w:spacing w:line="240" w:lineRule="auto"/>
        <w:ind w:left="720"/>
      </w:pPr>
      <w:r/>
      <w:hyperlink r:id="rId12">
        <w:r>
          <w:rPr>
            <w:color w:val="0000EE"/>
            <w:u w:val="single"/>
          </w:rPr>
          <w:t>https://www.berlin-buehnen.de/en/schedule/forecast-festival-2026-21/events/370010/</w:t>
        </w:r>
      </w:hyperlink>
      <w:r>
        <w:t xml:space="preserve"> - The Forecast Festival 2026 is set to take place from 16 to 19 July 2026 at Radialsystem in Berlin. This international mentoring program for emerging artists will showcase performances, installations, and film works by six nominees alongside their mentors. The festival also includes workshops and discussion formats, providing a platform for innovative and daring artistic expressions. Tickets are priced at €30, and the event aims to present new perspectives and foster creative energy.</w:t>
      </w:r>
      <w:r/>
    </w:p>
    <w:p>
      <w:pPr>
        <w:pStyle w:val="ListNumber"/>
        <w:spacing w:line="240" w:lineRule="auto"/>
        <w:ind w:left="720"/>
      </w:pPr>
      <w:r/>
      <w:hyperlink r:id="rId9">
        <w:r>
          <w:rPr>
            <w:color w:val="0000EE"/>
            <w:u w:val="single"/>
          </w:rPr>
          <w:t>https://www.berlineventsweekly.com/p/july-14-20-forecast-festival-lesbian</w:t>
        </w:r>
      </w:hyperlink>
      <w:r>
        <w:t xml:space="preserve"> - The 'Berlin Events Weekly' publication for the week of 14 July 2026 highlights several events in Berlin, including the 'UNCLOUDED' event at the Neue Nationalgalerie, the Forecast Festival 2026 at Radialsystem, and the Lesbian and Gay City Festival 2026 at Nollendorfplatz. The publication provides details on dates, locations, and ticket information for these events, offering a comprehensive guide to the city's happenings during that week.</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berlineventsweekly.com/p/july-14-20-forecast-festival-lesbian" TargetMode="External"/><Relationship Id="rId10" Type="http://schemas.openxmlformats.org/officeDocument/2006/relationships/hyperlink" Target="https://www.visitberlin.de/en/event/unclouded-0" TargetMode="External"/><Relationship Id="rId11" Type="http://schemas.openxmlformats.org/officeDocument/2006/relationships/hyperlink" Target="https://www.berlin.de/en/tickets/concerts/unclouded/2026-06-25-n-a-e48083f2-c48c-41e7-8a33-288e4be86dfa/" TargetMode="External"/><Relationship Id="rId12" Type="http://schemas.openxmlformats.org/officeDocument/2006/relationships/hyperlink" Target="https://www.berlin-buehnen.de/en/schedule/forecast-festival-2026-21/events/370010/" TargetMode="External"/><Relationship Id="rId13" Type="http://schemas.openxmlformats.org/officeDocument/2006/relationships/hyperlink" Target="https://www.berlin.de/en/tickets/miscellaneous/forecast-festival-2026/2026-07-17-n-a-72a88567-3742-4eac-b08e-b4ac8bcdd6fa/" TargetMode="External"/><Relationship Id="rId14" Type="http://schemas.openxmlformats.org/officeDocument/2006/relationships/hyperlink" Target="https://www.visitberlin.de/en/event/forecast-festival-202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