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Bare Practitioners Day Guides: Celebrate Same-Gender Loving Nakedness Safely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tomorrow: bare practitioners and same-gender loving (SGL) people are marking Bare Practitioners Day on 14 July, a chance to embrace body freedom, community and pride. Whether you’re curious, already naked-friendly, or planning a small local gathering, here’s why the day matters and how to take part thoughtfully.</w:t>
      </w:r>
      <w:r/>
    </w:p>
    <w:p>
      <w:r/>
      <w:r>
        <w:t>Essential Takeaways</w:t>
      </w:r>
      <w:r/>
      <w:r/>
    </w:p>
    <w:p>
      <w:pPr>
        <w:pStyle w:val="ListBullet"/>
        <w:spacing w:line="240" w:lineRule="auto"/>
        <w:ind w:left="720"/>
      </w:pPr>
      <w:r/>
      <w:r>
        <w:rPr>
          <w:b/>
        </w:rPr>
        <w:t>What it is:</w:t>
      </w:r>
      <w:r>
        <w:t xml:space="preserve"> Bare Practitioners Day recognises SGL nakedness and clothes freedom as part of queer identity and culture.</w:t>
      </w:r>
      <w:r/>
    </w:p>
    <w:p>
      <w:pPr>
        <w:pStyle w:val="ListBullet"/>
        <w:spacing w:line="240" w:lineRule="auto"/>
        <w:ind w:left="720"/>
      </w:pPr>
      <w:r/>
      <w:r>
        <w:rPr>
          <w:b/>
        </w:rPr>
        <w:t>Why it started:</w:t>
      </w:r>
      <w:r>
        <w:t xml:space="preserve"> ReNude Pride co-founders created a space to reclaim naturism after feeling excluded from mainstream nudist communities.</w:t>
      </w:r>
      <w:r/>
    </w:p>
    <w:p>
      <w:pPr>
        <w:pStyle w:val="ListBullet"/>
        <w:spacing w:line="240" w:lineRule="auto"/>
        <w:ind w:left="720"/>
      </w:pPr>
      <w:r/>
      <w:r>
        <w:rPr>
          <w:b/>
        </w:rPr>
        <w:t>Where people gather:</w:t>
      </w:r>
      <w:r>
        <w:t xml:space="preserve"> Celebrations range from private meet-ups and SGL beaches to small poolside parties, often chosen for comfort and safety.</w:t>
      </w:r>
      <w:r/>
    </w:p>
    <w:p>
      <w:pPr>
        <w:pStyle w:val="ListBullet"/>
        <w:spacing w:line="240" w:lineRule="auto"/>
        <w:ind w:left="720"/>
      </w:pPr>
      <w:r/>
      <w:r>
        <w:rPr>
          <w:b/>
        </w:rPr>
        <w:t>Practical feel:</w:t>
      </w:r>
      <w:r>
        <w:t xml:space="preserve"> Events emphasise consent, respect, and a relaxed, joyful vibe, think warm sun, splashy water and easy laughter.</w:t>
      </w:r>
      <w:r/>
    </w:p>
    <w:p>
      <w:pPr>
        <w:pStyle w:val="ListBullet"/>
        <w:spacing w:line="240" w:lineRule="auto"/>
        <w:ind w:left="720"/>
      </w:pPr>
      <w:r/>
      <w:r>
        <w:rPr>
          <w:b/>
        </w:rPr>
        <w:t>Tip:</w:t>
      </w:r>
      <w:r>
        <w:t xml:space="preserve"> If you’re new, choose SGL-identified spaces or organisers known to be welcoming; bring a towel, sunscreen and clear consent boundaries.</w:t>
      </w:r>
      <w:r/>
      <w:r/>
    </w:p>
    <w:p>
      <w:pPr>
        <w:pStyle w:val="Heading2"/>
      </w:pPr>
      <w:r>
        <w:t>Why Bare Practitioners Day matters now</w:t>
      </w:r>
      <w:r/>
    </w:p>
    <w:p>
      <w:r/>
      <w:r>
        <w:t>Tomorrow’s date is a simple stamp on the calendar, but it stands for something broader: visibility and belonging for people who combine queer identity with a preference for nakedness. According to organisers behind ReNude Pride, the day grew from a need to be seen without apology. That matters in a world where naturist spaces haven’t always welcomed LGBTQ+ folks, so this is as much about culture as it is about clothes, or the lack of them.</w:t>
      </w:r>
      <w:r/>
    </w:p>
    <w:p>
      <w:pPr>
        <w:pStyle w:val="Heading2"/>
      </w:pPr>
      <w:r>
        <w:t>The history in brief: how ReNude Pride changed the conversation</w:t>
      </w:r>
      <w:r/>
    </w:p>
    <w:p>
      <w:r/>
      <w:r>
        <w:t>Back in 2017, the couple who launched ReNude Pride noticed there wasn’t much of a public, proud queer naturist scene even after marriage equality advances. They wanted a day that acknowledged both sexuality and body freedom together. Over time, Bare Practitioners Day became a way to push back on exclusion and to create friendly, same-gender loving gatherings where people feel safe being themselves.</w:t>
      </w:r>
      <w:r/>
    </w:p>
    <w:p>
      <w:pPr>
        <w:pStyle w:val="Heading2"/>
      </w:pPr>
      <w:r>
        <w:t>Where people celebrate and why SGL spaces still matter</w:t>
      </w:r>
      <w:r/>
    </w:p>
    <w:p>
      <w:r/>
      <w:r>
        <w:t>You’ll see different kinds of observances: some folks prefer private pool parties or SGL-designated beaches, while others host small backyard barbecues with a clothes-optional note. The preference for SGL-specific gatherings often comes from prior experiences of judgment in mainstream naturist communities; when people gather with others they identify with, the mood is simply more relaxed and fun. If you’re joining in, seek events run by queer-friendly hosts.</w:t>
      </w:r>
      <w:r/>
    </w:p>
    <w:p>
      <w:pPr>
        <w:pStyle w:val="Heading2"/>
      </w:pPr>
      <w:r>
        <w:t>Practical tips if you want to take part</w:t>
      </w:r>
      <w:r/>
    </w:p>
    <w:p>
      <w:r/>
      <w:r>
        <w:t>Start small if you’re new. Pick an event advertised as SGL or queer-friendly, and read the host’s ground rules. Always check local laws and venue policies about nudity, some public spaces remain restricted. Bring sunscreen, a towel to sit on, and a short script for consent (for instance, “Is it OK if I join?”). If you’re organising, be explicit about boundaries and safety: clear consent, no photography without permission, and a safe contact person.</w:t>
      </w:r>
      <w:r/>
    </w:p>
    <w:p>
      <w:pPr>
        <w:pStyle w:val="Heading2"/>
      </w:pPr>
      <w:r>
        <w:t>What this means for the broader naturist scene</w:t>
      </w:r>
      <w:r/>
    </w:p>
    <w:p>
      <w:r/>
      <w:r>
        <w:t>The rise of Bare Practitioners Day underlines a push for more inclusive naturism that recognises intersecting identities. It’s a reminder that communities evolve when people speak up about belonging and exclusion. Expect more local meet-ups, clearer event guidelines, and a steady drumbeat for inclusion in traditionally conservative naturist circles.</w:t>
      </w:r>
      <w:r/>
    </w:p>
    <w:p>
      <w:r/>
      <w:r>
        <w:t>It’s a small step that can make a big difference, join in thoughtfully and enjoy the warmth.</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[1]</w:t>
        </w:r>
      </w:hyperlink>
      <w:r>
        <w:t xml:space="preserve">, </w:t>
      </w:r>
      <w:hyperlink r:id="rId11">
        <w:r>
          <w:rPr>
            <w:color w:val="0000EE"/>
            <w:u w:val="single"/>
          </w:rPr>
          <w:t>[4]</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9">
        <w:r>
          <w:rPr>
            <w:color w:val="0000EE"/>
            <w:u w:val="single"/>
          </w:rPr>
          <w:t>[1]</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https://renudepride.com/2026/07/13/july-14-bare-practitioners-day-2/</w:t>
        </w:r>
      </w:hyperlink>
      <w:r>
        <w:t xml:space="preserve"> - Please view link - unable to able to access data</w:t>
      </w:r>
      <w:r/>
    </w:p>
    <w:p>
      <w:pPr>
        <w:pStyle w:val="ListNumber"/>
        <w:spacing w:line="240" w:lineRule="auto"/>
        <w:ind w:left="720"/>
      </w:pPr>
      <w:r/>
      <w:hyperlink r:id="rId9">
        <w:r>
          <w:rPr>
            <w:color w:val="0000EE"/>
            <w:u w:val="single"/>
          </w:rPr>
          <w:t>https://renudepride.com/2026/07/13/july-14-bare-practitioners-day-2/</w:t>
        </w:r>
      </w:hyperlink>
      <w:r>
        <w:t xml:space="preserve"> - ReNude Pride: Guys Without Boxers! announces the annual Bare Practitioner's Day on July 14, 2026, celebrating same-gender-loving individuals who embrace their natural selves through nudity. The article discusses the personal journey of self-identification as a bare practitioner, highlighting the absence of a standard formula for self-identification. It also reflects on the challenges faced by the SGL community, including homophobia within the naturist/nudist community and the preference for same-gender-loving beaches to foster a more inclusive environment. The piece concludes with a quote emphasizing the joy found in embracing one's natural state.</w:t>
      </w:r>
      <w:r/>
    </w:p>
    <w:p>
      <w:pPr>
        <w:pStyle w:val="ListNumber"/>
        <w:spacing w:line="240" w:lineRule="auto"/>
        <w:ind w:left="720"/>
      </w:pPr>
      <w:r/>
      <w:hyperlink r:id="rId10">
        <w:r>
          <w:rPr>
            <w:color w:val="0000EE"/>
            <w:u w:val="single"/>
          </w:rPr>
          <w:t>https://inf-fni.org/world_naturist_day/</w:t>
        </w:r>
      </w:hyperlink>
      <w:r>
        <w:t xml:space="preserve"> - The International Naturist Federation (INF-FNI) provides information about World Naturist Day, traditionally celebrated on the first Sunday in June in the northern hemisphere and the first Sunday in December in the southern hemisphere. The article outlines the origins of the day, its objectives to promote naturism, and the activities organized by federations, clubs, and members to celebrate the event. It also mentions other 'naked days' that have emerged globally, such as World Naked Gardening Day and World Naked Hiking Day, reflecting the growing popularity of clothes-free living.</w:t>
      </w:r>
      <w:r/>
    </w:p>
    <w:p>
      <w:pPr>
        <w:pStyle w:val="ListNumber"/>
        <w:spacing w:line="240" w:lineRule="auto"/>
        <w:ind w:left="720"/>
      </w:pPr>
      <w:r/>
      <w:hyperlink r:id="rId11">
        <w:r>
          <w:rPr>
            <w:color w:val="0000EE"/>
            <w:u w:val="single"/>
          </w:rPr>
          <w:t>https://www.artikanatura.com/en/news/world-naturist-day-2026/</w:t>
        </w:r>
      </w:hyperlink>
      <w:r>
        <w:t xml:space="preserve"> - Artika Natura Maspalomas announces its celebration of World Naturist Day on June 7, 2026. The event is described as an opportunity to celebrate life in freedom, under the sun, and in complete ease. The article highlights Maspalomas as a beloved retreat for naturists, emphasizing its sunny climate, breathtaking dunes, and free-spirited atmosphere. Artika Natura is presented as an ideal location to celebrate World Naturist Day, offering a modern, luxurious design with amenities such as a saltwater pool, magnesium bath, and private jacuzzi suites.</w:t>
      </w:r>
      <w:r/>
    </w:p>
    <w:p>
      <w:pPr>
        <w:pStyle w:val="ListNumber"/>
        <w:spacing w:line="240" w:lineRule="auto"/>
        <w:ind w:left="720"/>
      </w:pPr>
      <w:r/>
      <w:hyperlink r:id="rId12">
        <w:r>
          <w:rPr>
            <w:color w:val="0000EE"/>
            <w:u w:val="single"/>
          </w:rPr>
          <w:t>https://anydayguide.com/calendar/2236</w:t>
        </w:r>
      </w:hyperlink>
      <w:r>
        <w:t xml:space="preserve"> - National Nude Day, observed annually on July 14 in the USA since 1976, is an unofficial holiday that encourages individuals to embrace nudity and promote body positivity. The article distinguishes between nudism and naturism, noting that while both involve nudity, naturism emphasizes living in harmony with nature. It suggests various ways to celebrate the day, such as visiting a nudist beach, hosting a pool party, or simply enjoying the feeling of being naked at home. The piece also advises ensuring that celebrations do not breach peace or public decency laws.</w:t>
      </w:r>
      <w:r/>
    </w:p>
    <w:p>
      <w:pPr>
        <w:pStyle w:val="ListNumber"/>
        <w:spacing w:line="240" w:lineRule="auto"/>
        <w:ind w:left="720"/>
      </w:pPr>
      <w:r/>
      <w:hyperlink r:id="rId13">
        <w:r>
          <w:rPr>
            <w:color w:val="0000EE"/>
            <w:u w:val="single"/>
          </w:rPr>
          <w:t>https://calendareto.com/holiday/national-nude-day/</w:t>
        </w:r>
      </w:hyperlink>
      <w:r>
        <w:t xml:space="preserve"> - National Nude Day, celebrated on July 14, is an unofficial holiday that promotes body positivity and self-love by encouraging individuals to embrace nudity. The article traces the origins of modern nudism to Heinrich Pudor, a German who advocated for nudism and vegetarianism as part of a healthy lifestyle in his book 'Nakedness.' It outlines various ways to celebrate the day, including activities like skinny dipping, taking nude selfies, or simply enjoying the sensation of being naked in the sun. The piece emphasizes the importance of safety and respecting personal boundaries during the celebrations.</w:t>
      </w:r>
      <w:r/>
    </w:p>
    <w:p>
      <w:pPr>
        <w:pStyle w:val="ListNumber"/>
        <w:spacing w:line="240" w:lineRule="auto"/>
        <w:ind w:left="720"/>
      </w:pPr>
      <w:r/>
      <w:hyperlink r:id="rId14">
        <w:r>
          <w:rPr>
            <w:color w:val="0000EE"/>
            <w:u w:val="single"/>
          </w:rPr>
          <w:t>https://www.kuriose-feiertage.de/welt-naturisten-tag/</w:t>
        </w:r>
      </w:hyperlink>
      <w:r>
        <w:t xml:space="preserve"> - The article discusses World Naturist Day, an international event celebrated on the first Sunday in June in the northern hemisphere and the first Sunday in December in the southern hemisphere. It provides historical context, noting that the first international day was organized in June 2006 to promote the values of naturism worldwide. The piece highlights the objectives of the day, which include promoting a lifestyle oriented towards self-awareness, nature, and the environment, and notes the increasing participation in the event each year.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enudepride.com/2026/07/13/july-14-bare-practitioners-day-2/" TargetMode="External"/><Relationship Id="rId10" Type="http://schemas.openxmlformats.org/officeDocument/2006/relationships/hyperlink" Target="https://inf-fni.org/world_naturist_day/" TargetMode="External"/><Relationship Id="rId11" Type="http://schemas.openxmlformats.org/officeDocument/2006/relationships/hyperlink" Target="https://www.artikanatura.com/en/news/world-naturist-day-2026/" TargetMode="External"/><Relationship Id="rId12" Type="http://schemas.openxmlformats.org/officeDocument/2006/relationships/hyperlink" Target="https://anydayguide.com/calendar/2236" TargetMode="External"/><Relationship Id="rId13" Type="http://schemas.openxmlformats.org/officeDocument/2006/relationships/hyperlink" Target="https://calendareto.com/holiday/national-nude-day/" TargetMode="External"/><Relationship Id="rId14" Type="http://schemas.openxmlformats.org/officeDocument/2006/relationships/hyperlink" Target="https://www.kuriose-feiertage.de/welt-naturisten-ta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