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Guide to Bristol Pride 2026: Travel, Closures and Getting There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Expect colourful crowds and a busy city , Bristol Pride kicks off with the parade through the centre and finishes with a full festival on The Downs, so plan transport, collect your wristband and know where to refill your bottle before you set off.</w:t>
      </w:r>
      <w:r/>
    </w:p>
    <w:p>
      <w:r/>
      <w:r>
        <w:t>Essential Takeaways</w:t>
      </w:r>
      <w:r/>
      <w:r/>
    </w:p>
    <w:p>
      <w:pPr>
        <w:pStyle w:val="ListBullet"/>
        <w:spacing w:line="240" w:lineRule="auto"/>
        <w:ind w:left="720"/>
      </w:pPr>
      <w:r/>
      <w:r>
        <w:rPr>
          <w:b/>
        </w:rPr>
        <w:t>Free bus travel:</w:t>
      </w:r>
      <w:r>
        <w:t xml:space="preserve"> Wristband holders get free FirstBus travel across Bristol Zones with a code emailed two weeks before Pride Day. </w:t>
      </w:r>
      <w:r/>
    </w:p>
    <w:p>
      <w:pPr>
        <w:pStyle w:val="ListBullet"/>
        <w:spacing w:line="240" w:lineRule="auto"/>
        <w:ind w:left="720"/>
      </w:pPr>
      <w:r/>
      <w:r>
        <w:rPr>
          <w:b/>
        </w:rPr>
        <w:t>Parade meets festival:</w:t>
      </w:r>
      <w:r>
        <w:t xml:space="preserve"> The march starts at Castle Park around 11.00 and finishes on the Harbourside, with shuttle buses running to The Downs. </w:t>
      </w:r>
      <w:r/>
    </w:p>
    <w:p>
      <w:pPr>
        <w:pStyle w:val="ListBullet"/>
        <w:spacing w:line="240" w:lineRule="auto"/>
        <w:ind w:left="720"/>
      </w:pPr>
      <w:r/>
      <w:r>
        <w:rPr>
          <w:b/>
        </w:rPr>
        <w:t>Rolling road closures:</w:t>
      </w:r>
      <w:r>
        <w:t xml:space="preserve"> Streets in the city centre, Clifton and The Downs will be temporarily closed, mostly between 10.00 and 14.00. </w:t>
      </w:r>
      <w:r/>
    </w:p>
    <w:p>
      <w:pPr>
        <w:pStyle w:val="ListBullet"/>
        <w:spacing w:line="240" w:lineRule="auto"/>
        <w:ind w:left="720"/>
      </w:pPr>
      <w:r/>
      <w:r>
        <w:rPr>
          <w:b/>
        </w:rPr>
        <w:t>No on-site parking:</w:t>
      </w:r>
      <w:r>
        <w:t xml:space="preserve"> Organisers say there’s no parking at The Downs , walking, train or scooter is recommended and buses will be very busy. </w:t>
      </w:r>
      <w:r/>
    </w:p>
    <w:p>
      <w:pPr>
        <w:pStyle w:val="ListBullet"/>
        <w:spacing w:line="240" w:lineRule="auto"/>
        <w:ind w:left="720"/>
      </w:pPr>
      <w:r/>
      <w:r>
        <w:rPr>
          <w:b/>
        </w:rPr>
        <w:t>Practical extras:</w:t>
      </w:r>
      <w:r>
        <w:t xml:space="preserve"> Water isn’t handed out on the route but there’s a refill fountain at Millennium Square and many Refill scheme outlets across the city.</w:t>
      </w:r>
      <w:r/>
      <w:r/>
    </w:p>
    <w:p>
      <w:pPr>
        <w:pStyle w:val="Heading2"/>
      </w:pPr>
      <w:r>
        <w:t>Parade plans and where to meet</w:t>
      </w:r>
      <w:r/>
    </w:p>
    <w:p>
      <w:r/>
      <w:r>
        <w:t>The parade forms in Castle Park by St Peter’s Church from 10.30, and sets off at about 11.00 for roughly a two-mile route that takes under an hour to complete. Expect a lively, colourful atmosphere and lots of street theatre; bring comfy shoes, a refill bottle and a light waterproof just in case. According to the event organisers, the route ends on the Harbourside where festival shuttle buses will be waiting to ferry people up to The Downs.</w:t>
      </w:r>
      <w:r/>
    </w:p>
    <w:p>
      <w:pPr>
        <w:pStyle w:val="Heading2"/>
      </w:pPr>
      <w:r>
        <w:t>Getting free travel with your wristband</w:t>
      </w:r>
      <w:r/>
    </w:p>
    <w:p>
      <w:r/>
      <w:r>
        <w:t>If you’ve bought a festival ticket and wristband, you’ll get free travel on FirstBus within the Bristol Zones , FirstBus will email a code roughly two weeks before Pride Day to activate your free journey in their app. First services 1, 2, 3 and 4 are commonly used to reach The Downs; College Green (P1) and The Cenotaph (C10) are useful pickup points. Bear in mind buses will be busy, so allow extra time and think about travelling early or walking if you’re nearby.</w:t>
      </w:r>
      <w:r/>
    </w:p>
    <w:p>
      <w:pPr>
        <w:pStyle w:val="Heading2"/>
      </w:pPr>
      <w:r>
        <w:t>Shuttle buses, ferry and other ways up to The Downs</w:t>
      </w:r>
      <w:r/>
    </w:p>
    <w:p>
      <w:r/>
      <w:r>
        <w:t>There’s a dedicated shuttle service from the Amphitheatre to The Downs running from about 11.30 until 22.00; it’s free for wristband holders and charged at the normal FirstBus single fare for others. You can also catch the ferry from Temple Meads to Castle Park , a scenic option , then join the parade start. Organisers encourage walking, e-scooters or trains where practical, especially since on-site parking isn’t available and roads will be disrupted.</w:t>
      </w:r>
      <w:r/>
    </w:p>
    <w:p>
      <w:pPr>
        <w:pStyle w:val="Heading2"/>
      </w:pPr>
      <w:r>
        <w:t>Road closures, diversions and bus stops affected</w:t>
      </w:r>
      <w:r/>
    </w:p>
    <w:p>
      <w:r/>
      <w:r>
        <w:t>Travel West has warned of a rolling programme of road closures to keep the parade safe, mainly impacting the city centre, Clifton and The Downs, with most closures expected to be lifted as soon as it’s safe and roads fully reopening around 14.00. Several bus stops will be out of service during the busiest window , roughly 10.00–14.00 , and services will be diverted; check Travel West or FirstBus service updates before you travel to avoid surprises.</w:t>
      </w:r>
      <w:r/>
    </w:p>
    <w:p>
      <w:pPr>
        <w:pStyle w:val="Heading2"/>
      </w:pPr>
      <w:r>
        <w:t>What to pack and practical tips for the day</w:t>
      </w:r>
      <w:r/>
    </w:p>
    <w:p>
      <w:r/>
      <w:r>
        <w:t>Bring a water bottle to use the refill points (there’s a fountain on Millennium Square and many Refill scheme cafes), sun protection, and a small bag for essentials , phones, portable chargers and any medication. Tickets can sell out, though some entry is sometimes available on the gate; buy in advance where possible. If you need accessibility support, the Pride website has a dedicated section outlining facilities and help for visitors with specific needs.</w:t>
      </w:r>
      <w:r/>
    </w:p>
    <w:p>
      <w:r/>
      <w:r>
        <w:t>It’s a colourful, communal day , plan travel early and enjoy the music on The Downs.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2">
        <w:r>
          <w:rPr>
            <w:color w:val="0000EE"/>
            <w:u w:val="single"/>
          </w:rPr>
          <w:t>[4]</w:t>
        </w:r>
      </w:hyperlink>
      <w:r>
        <w:t xml:space="preserve">- Paragraph 6: </w:t>
      </w:r>
      <w:hyperlink r:id="rId11">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https://www.bristolpost.co.uk/whats-on/whats-on-news/bristol-pride-2026-how-road-11054679</w:t>
        </w:r>
      </w:hyperlink>
      <w:r>
        <w:t xml:space="preserve"> - Please view link - unable to able to access data</w:t>
      </w:r>
      <w:r/>
    </w:p>
    <w:p>
      <w:pPr>
        <w:pStyle w:val="ListNumber"/>
        <w:spacing w:line="240" w:lineRule="auto"/>
        <w:ind w:left="720"/>
      </w:pPr>
      <w:r/>
      <w:hyperlink r:id="rId10">
        <w:r>
          <w:rPr>
            <w:color w:val="0000EE"/>
            <w:u w:val="single"/>
          </w:rPr>
          <w:t>https://www.firstbus.co.uk/bristol-bath-and-west/plan-journey/bristol-pride</w:t>
        </w:r>
      </w:hyperlink>
      <w:r>
        <w:t xml:space="preserve"> - First Bus provides detailed information on travel options for Bristol Pride 2026, including free bus travel for wristband holders, dedicated shuttle services, and accessible transport options. The shuttle bus operates between Cannons Way in the City Centre and The Downs, with services running approximately every 15 minutes. Wristband holders can travel free across all First Bus services within the Bristol Zone on Pride Day. Road closures and diversions are also highlighted, with roads in Central Bristol and Broadmead closed between approximately 09:30 and 14:00 on Saturday 11 July for the Pride Parade.</w:t>
      </w:r>
      <w:r/>
    </w:p>
    <w:p>
      <w:pPr>
        <w:pStyle w:val="ListNumber"/>
        <w:spacing w:line="240" w:lineRule="auto"/>
        <w:ind w:left="720"/>
      </w:pPr>
      <w:r/>
      <w:hyperlink r:id="rId11">
        <w:r>
          <w:rPr>
            <w:color w:val="0000EE"/>
            <w:u w:val="single"/>
          </w:rPr>
          <w:t>https://bristolpride.co.uk/travel-and-stay/</w:t>
        </w:r>
      </w:hyperlink>
      <w:r>
        <w:t xml:space="preserve"> - Bristol Pride's official website offers comprehensive travel and accommodation information for Pride 2026. The festival runs from 27 June to 12 July, with Pride Day on Saturday 11 July at The Downs. The site provides details on free bus travel for wristband holders, shuttle bus services from The Amphitheatre to The Downs, and information on train and ferry options. The nearest postcode for the festival site is BS9 1JA, Saville Road. The website also offers accommodation options, including a special Pride Celebration Package at the Clayton Hotel.</w:t>
      </w:r>
      <w:r/>
    </w:p>
    <w:p>
      <w:pPr>
        <w:pStyle w:val="ListNumber"/>
        <w:spacing w:line="240" w:lineRule="auto"/>
        <w:ind w:left="720"/>
      </w:pPr>
      <w:r/>
      <w:hyperlink r:id="rId12">
        <w:r>
          <w:rPr>
            <w:color w:val="0000EE"/>
            <w:u w:val="single"/>
          </w:rPr>
          <w:t>https://bristolpride.co.uk/practical-information/</w:t>
        </w:r>
      </w:hyperlink>
      <w:r>
        <w:t xml:space="preserve"> - Bristol Pride's practical information page outlines essential details for attendees of Pride 2026. The festival offers medical services, welfare support, a sensory calm space, water refill points, and lost property services. Wristband holders receive free travel on all First Bus Bristol Zone services, with a dedicated shuttle bus from the Amphitheatre to The Downs. The page also provides information on the parade route, which starts at Castle Park at 10:45 am, and the main festival at The Downs, opening at 12 pm.</w:t>
      </w:r>
      <w:r/>
    </w:p>
    <w:p>
      <w:pPr>
        <w:pStyle w:val="ListNumber"/>
        <w:spacing w:line="240" w:lineRule="auto"/>
        <w:ind w:left="720"/>
      </w:pPr>
      <w:r/>
      <w:hyperlink r:id="rId14">
        <w:r>
          <w:rPr>
            <w:color w:val="0000EE"/>
            <w:u w:val="single"/>
          </w:rPr>
          <w:t>https://bristolpride.co.uk/accessibility/</w:t>
        </w:r>
      </w:hyperlink>
      <w:r>
        <w:t xml:space="preserve"> - Bristol Pride's accessibility page details provisions for attendees with specific needs during Pride 2026. The Parade March gathers in Castle Park by St Peters Church and proceeds to The Downs. The route is approximately 2 miles long and takes about 1 hour to complete. Accessible toilets are available along the route, and water refill points are located at each toilet block. Wristband holders can use free shuttle buses from the Amphitheatre to The Downs, with priority access for those with access requirements.</w:t>
      </w:r>
      <w:r/>
    </w:p>
    <w:p>
      <w:pPr>
        <w:pStyle w:val="ListNumber"/>
        <w:spacing w:line="240" w:lineRule="auto"/>
        <w:ind w:left="720"/>
      </w:pPr>
      <w:r/>
      <w:hyperlink r:id="rId13">
        <w:r>
          <w:rPr>
            <w:color w:val="0000EE"/>
            <w:u w:val="single"/>
          </w:rPr>
          <w:t>https://www.firstbus.co.uk/bristol-bath-and-west/news-and-service-updates/updates/victoria-street-bristol-overnight-road</w:t>
        </w:r>
      </w:hyperlink>
      <w:r>
        <w:t xml:space="preserve"> - First Bus announces an overnight road closure on Victoria Street in Bristol from 29 June to 14 July 2026, affecting services 1, 2, 72, 172, 374, 375, 376, and 376a. The closure is due to roadworks and will occur overnight from 7:00 pm to 6:00 am, excluding weekends. Diversions are in place for affected services, with specific bus stops not served during the closure. Passengers are advised to use alternative stops as indicated in the announcement.</w:t>
      </w:r>
      <w:r/>
    </w:p>
    <w:p>
      <w:pPr>
        <w:pStyle w:val="ListNumber"/>
        <w:spacing w:line="240" w:lineRule="auto"/>
        <w:ind w:left="720"/>
      </w:pPr>
      <w:r/>
      <w:hyperlink r:id="rId15">
        <w:r>
          <w:rPr>
            <w:color w:val="0000EE"/>
            <w:u w:val="single"/>
          </w:rPr>
          <w:t>https://www.firstbus.co.uk/bristol-bath-and-west/news-and-service-updates/updates/great-bristol-run-bristol-road-closures-all</w:t>
        </w:r>
      </w:hyperlink>
      <w:r>
        <w:t xml:space="preserve"> - First Bus provides information on road closures and service diversions for the Great Bristol Run on 10 May 2026. Many roads across Bristol are closed between 4:00 am and 2:00 pm, with some areas like Anchor Road closed until 6:00 pm. Routes 1 and 2 will not run through the City Centre and will operate in two separate sections. Revised timetables are in operation, and buses will resume normal routes when roads reopen at 2:00 pm.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bristolpost.co.uk/whats-on/whats-on-news/bristol-pride-2026-how-road-11054679" TargetMode="External"/><Relationship Id="rId10" Type="http://schemas.openxmlformats.org/officeDocument/2006/relationships/hyperlink" Target="https://www.firstbus.co.uk/bristol-bath-and-west/plan-journey/bristol-pride" TargetMode="External"/><Relationship Id="rId11" Type="http://schemas.openxmlformats.org/officeDocument/2006/relationships/hyperlink" Target="https://bristolpride.co.uk/travel-and-stay/" TargetMode="External"/><Relationship Id="rId12" Type="http://schemas.openxmlformats.org/officeDocument/2006/relationships/hyperlink" Target="https://bristolpride.co.uk/practical-information/" TargetMode="External"/><Relationship Id="rId13" Type="http://schemas.openxmlformats.org/officeDocument/2006/relationships/hyperlink" Target="https://www.firstbus.co.uk/bristol-bath-and-west/news-and-service-updates/updates/victoria-street-bristol-overnight-road" TargetMode="External"/><Relationship Id="rId14" Type="http://schemas.openxmlformats.org/officeDocument/2006/relationships/hyperlink" Target="https://bristolpride.co.uk/accessibility/" TargetMode="External"/><Relationship Id="rId15" Type="http://schemas.openxmlformats.org/officeDocument/2006/relationships/hyperlink" Target="https://www.firstbus.co.uk/bristol-bath-and-west/news-and-service-updates/updates/great-bristol-run-bristol-road-closures-a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