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WorldPride Amsterdam 2026 Guide: What Travellers Need to Know</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Expect Amsterdam to brim with colour and conversation this July–August as WorldPride and EuroPride 2026 turn the city into a global hub for inclusion, culture and travel; visitors from Germany, Spain, the UK and beyond will find hundreds of events, special transport plans and a chance to mark 25 years of marriage equality.</w:t>
      </w:r>
      <w:r/>
    </w:p>
    <w:p>
      <w:r/>
      <w:r>
        <w:t>Essential Takeaways</w:t>
      </w:r>
      <w:r/>
      <w:r/>
    </w:p>
    <w:p>
      <w:pPr>
        <w:pStyle w:val="ListBullet"/>
        <w:spacing w:line="240" w:lineRule="auto"/>
        <w:ind w:left="720"/>
      </w:pPr>
      <w:r/>
      <w:r>
        <w:rPr>
          <w:b/>
        </w:rPr>
        <w:t>Dates and scale:</w:t>
      </w:r>
      <w:r>
        <w:t xml:space="preserve"> WorldPride Amsterdam runs 25 July–8 August 2026 with a city-wide programme of hundreds of events. </w:t>
      </w:r>
      <w:r/>
    </w:p>
    <w:p>
      <w:pPr>
        <w:pStyle w:val="ListBullet"/>
        <w:spacing w:line="240" w:lineRule="auto"/>
        <w:ind w:left="720"/>
      </w:pPr>
      <w:r/>
      <w:r>
        <w:rPr>
          <w:b/>
        </w:rPr>
        <w:t>Signature moment:</w:t>
      </w:r>
      <w:r>
        <w:t xml:space="preserve"> The Canal Parade is scheduled for 1 August and will transform Amsterdam’s waterways into the festival’s showpiece. </w:t>
      </w:r>
      <w:r/>
    </w:p>
    <w:p>
      <w:pPr>
        <w:pStyle w:val="ListBullet"/>
        <w:spacing w:line="240" w:lineRule="auto"/>
        <w:ind w:left="720"/>
      </w:pPr>
      <w:r/>
      <w:r>
        <w:rPr>
          <w:b/>
        </w:rPr>
        <w:t>Markets and travel:</w:t>
      </w:r>
      <w:r>
        <w:t xml:space="preserve"> Germany, Spain and the United Kingdom are expected to be major visitor sources, aided by strong rail and flight links. </w:t>
      </w:r>
      <w:r/>
    </w:p>
    <w:p>
      <w:pPr>
        <w:pStyle w:val="ListBullet"/>
        <w:spacing w:line="240" w:lineRule="auto"/>
        <w:ind w:left="720"/>
      </w:pPr>
      <w:r/>
      <w:r>
        <w:rPr>
          <w:b/>
        </w:rPr>
        <w:t>Practical tip:</w:t>
      </w:r>
      <w:r>
        <w:t xml:space="preserve"> Expect crowds and book accommodation early; use public transport, cycling and walking to move around. </w:t>
      </w:r>
      <w:r/>
    </w:p>
    <w:p>
      <w:pPr>
        <w:pStyle w:val="ListBullet"/>
        <w:spacing w:line="240" w:lineRule="auto"/>
        <w:ind w:left="720"/>
      </w:pPr>
      <w:r/>
      <w:r>
        <w:rPr>
          <w:b/>
        </w:rPr>
        <w:t>Historic context:</w:t>
      </w:r>
      <w:r>
        <w:t xml:space="preserve"> 2026 marks 25 years since the Netherlands legalised same-sex marriage, adding civic significance to celebrations.</w:t>
      </w:r>
      <w:r/>
      <w:r/>
    </w:p>
    <w:p>
      <w:pPr>
        <w:pStyle w:val="Heading2"/>
      </w:pPr>
      <w:r>
        <w:t>Why Amsterdam is the obvious global Pride stage</w:t>
      </w:r>
      <w:r/>
    </w:p>
    <w:p>
      <w:r/>
      <w:r>
        <w:t>Amsterdam has always felt like a city that invites you in , its canals, low-slung houses and leafy streets set a scene that’s both intimate and theatrical. Hosting WorldPride and EuroPride together amplifies that charm into a two-week international moment, combining parties with policy discussions and exhibitions. According to the official WorldPride programme, organisers have planned events across neighbourhoods so visitors can enjoy more than the usual tourist hotspots. That means you’ll move between big public celebrations and smaller community gatherings, and see how local traders and venues get pulled into the party.</w:t>
      </w:r>
      <w:r/>
    </w:p>
    <w:p>
      <w:pPr>
        <w:pStyle w:val="Heading2"/>
      </w:pPr>
      <w:r>
        <w:t>The Canal Parade: the show you can’t miss</w:t>
      </w:r>
      <w:r/>
    </w:p>
    <w:p>
      <w:r/>
      <w:r>
        <w:t>If you picture Amsterdam during Pride, you picture the Canal Parade. The flotilla of decorated boats, performers and cheering crowds is the highlight and is pencilled in for 1 August. City authorities have already signalled special transport and safety measures for parade day, so expect temporary route changes and guidance for spectators. Book a spot along the canals early, or consider a licensed boat ticket if you want an on-water view , but plan your route for before and after the parade, because central areas will be exceptionally busy.</w:t>
      </w:r>
      <w:r/>
    </w:p>
    <w:p>
      <w:pPr>
        <w:pStyle w:val="Heading2"/>
      </w:pPr>
      <w:r>
        <w:t>Travelling from Germany, Spain and the UK , what to expect</w:t>
      </w:r>
      <w:r/>
    </w:p>
    <w:p>
      <w:r/>
      <w:r>
        <w:t>Germany, Spain and the UK are shaping up as key markets for WorldPride visitors, and that matters for travel logistics. Germany’s proximity and strong rail links make short breaks easy; Spain’s well-established Pride culture means many groups will be travelling en masse; and the UK’s frequent flights keep Amsterdam on the weekend-break map. That mix will create varied visitor rhythms: quick city hops, longer cultural stays and group bookings. If you’re coming from abroad, check rail and flight options early, and consider staying slightly outside the centre for better value and quieter nights.</w:t>
      </w:r>
      <w:r/>
    </w:p>
    <w:p>
      <w:pPr>
        <w:pStyle w:val="Heading2"/>
      </w:pPr>
      <w:r>
        <w:t>Events beyond parties: culture, rights and reflection</w:t>
      </w:r>
      <w:r/>
    </w:p>
    <w:p>
      <w:r/>
      <w:r>
        <w:t>WorldPride isn’t just a festival , it’s a platform. Expect conferences, exhibitions and human-rights discussions alongside concerts and community events. The programme is intentionally spread across the city to encourage exploration and to support local businesses outside the tourist loop. For visitors who want depth, these sessions offer historical context , 2026 also commemorates 25 years since the Netherlands made same-sex marriage legal, a milestone that will be woven into many cultural offerings. Take time to visit museums and talks as well as parties; they’ll add perspective to the celebrations.</w:t>
      </w:r>
      <w:r/>
    </w:p>
    <w:p>
      <w:pPr>
        <w:pStyle w:val="Heading2"/>
      </w:pPr>
      <w:r>
        <w:t>Getting around, staying safe and practical tips</w:t>
      </w:r>
      <w:r/>
    </w:p>
    <w:p>
      <w:r/>
      <w:r>
        <w:t>Amsterdam already knows how to handle big crowds, but WorldPride will test capacity during peak summer weeks. The municipality recommends using public transport and cycling where possible. Expect additional signage, temporary walking routes and organised crowd control on major days. Practical tips: reserve accommodation months in advance, pack comfortable shoes for canal-side standing and bring a reusable water bottle , it’ll be hot and queues can be long. Keep an eye on official channels for last-minute travel advice and local guidance on restricted zones.</w:t>
      </w:r>
      <w:r/>
    </w:p>
    <w:p>
      <w:pPr>
        <w:pStyle w:val="Heading2"/>
      </w:pPr>
      <w:r>
        <w:t>What it means for Dutch tourism and local neighbourhoods</w:t>
      </w:r>
      <w:r/>
    </w:p>
    <w:p>
      <w:r/>
      <w:r>
        <w:t>For the Netherlands, WorldPride is a tourism lift and a statement about openness. Hotels, restaurants and cultural venues stand to benefit from a diverse influx of visitors, and many attendees will extend stays to explore other Dutch cities. Locally, spreading events across neighbourhoods helps distribute economic gains and introduces visitors to lesser-known pockets of Amsterdam. Expect the city to feel buzzy, civic-minded and, at times, gloriously loud.</w:t>
      </w:r>
      <w:r/>
    </w:p>
    <w:p>
      <w:r/>
      <w:r>
        <w:t>It's a vivid moment for travel and rights, so plan ahead and soak up the mix of celebration and conversation.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13">
        <w:r>
          <w:rPr>
            <w:color w:val="0000EE"/>
            <w:u w:val="single"/>
          </w:rPr>
          <w:t>[3]</w:t>
        </w:r>
      </w:hyperlink>
      <w:r>
        <w:t xml:space="preserve">, </w:t>
      </w:r>
      <w:hyperlink r:id="rId13">
        <w:r>
          <w:rPr>
            <w:color w:val="0000EE"/>
            <w:u w:val="single"/>
          </w:rPr>
          <w:t>[6]</w:t>
        </w:r>
      </w:hyperlink>
      <w:r>
        <w:t xml:space="preserve">- Paragraph 6: </w:t>
      </w:r>
      <w:hyperlink r:id="rId11">
        <w:r>
          <w:rPr>
            <w:color w:val="0000EE"/>
            <w:u w:val="single"/>
          </w:rPr>
          <w:t>[4]</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https://www.travelandtourworld.com/news/article/ralsh6ne0qn0/</w:t>
        </w:r>
      </w:hyperlink>
      <w:r>
        <w:t xml:space="preserve"> - Please view link - unable to able to access data</w:t>
      </w:r>
      <w:r/>
    </w:p>
    <w:p>
      <w:pPr>
        <w:pStyle w:val="ListNumber"/>
        <w:spacing w:line="240" w:lineRule="auto"/>
        <w:ind w:left="720"/>
      </w:pPr>
      <w:r/>
      <w:hyperlink r:id="rId10">
        <w:r>
          <w:rPr>
            <w:color w:val="0000EE"/>
            <w:u w:val="single"/>
          </w:rPr>
          <w:t>https://pride.amsterdam/en/worldpride/</w:t>
        </w:r>
      </w:hyperlink>
      <w:r>
        <w:t xml:space="preserve"> - WorldPride Amsterdam 2026 is scheduled from 25 July to 8 August 2026. The event will feature a diverse range of activities, including the Canal Parade on 1 August, the UNITY Concert on 4 August, and the Closing Concert on 8 August. The celebrations aim to promote love, freedom, and togetherness, with various events taking place across the city. For detailed information on the schedule and ticketing, please visit the official WorldPride Amsterdam website.</w:t>
      </w:r>
      <w:r/>
    </w:p>
    <w:p>
      <w:pPr>
        <w:pStyle w:val="ListNumber"/>
        <w:spacing w:line="240" w:lineRule="auto"/>
        <w:ind w:left="720"/>
      </w:pPr>
      <w:r/>
      <w:hyperlink r:id="rId13">
        <w:r>
          <w:rPr>
            <w:color w:val="0000EE"/>
            <w:u w:val="single"/>
          </w:rPr>
          <w:t>https://www.amsterdam.nl/en/news/worldpride/</w:t>
        </w:r>
      </w:hyperlink>
      <w:r>
        <w:t xml:space="preserve"> - Amsterdam will host WorldPride for the first time from 25 July to 8 August 2026. Under the theme 'UNITY', the city celebrates diversity, freedom, and equal rights for LGBTQIA+ individuals. A selection of events and activities across the city is planned, including the Pride Walk, Pride Park, Canal Parade, street parties, and the Closing Concert on Museumplein. For more details on the events and activities, refer to the City of Amsterdam's official website.</w:t>
      </w:r>
      <w:r/>
    </w:p>
    <w:p>
      <w:pPr>
        <w:pStyle w:val="ListNumber"/>
        <w:spacing w:line="240" w:lineRule="auto"/>
        <w:ind w:left="720"/>
      </w:pPr>
      <w:r/>
      <w:hyperlink r:id="rId11">
        <w:r>
          <w:rPr>
            <w:color w:val="0000EE"/>
            <w:u w:val="single"/>
          </w:rPr>
          <w:t>https://www.amsterdam.nl/en/leisure/amsterdam-pride/</w:t>
        </w:r>
      </w:hyperlink>
      <w:r>
        <w:t xml:space="preserve"> - In 2026, Amsterdam Pride will take place from 8 to 29 July, followed by WorldPride from 25 July to 8 August. This year marks the 25th anniversary of the world's first legal same-sex marriage, which took place in Amsterdam in 2001. The city is hosting WorldPride to celebrate this milestone and promote equality and diversity. For more information on the programme and events, visit the City of Amsterdam's official website.</w:t>
      </w:r>
      <w:r/>
    </w:p>
    <w:p>
      <w:pPr>
        <w:pStyle w:val="ListNumber"/>
        <w:spacing w:line="240" w:lineRule="auto"/>
        <w:ind w:left="720"/>
      </w:pPr>
      <w:r/>
      <w:hyperlink r:id="rId12">
        <w:r>
          <w:rPr>
            <w:color w:val="0000EE"/>
            <w:u w:val="single"/>
          </w:rPr>
          <w:t>https://www.melkweg.nl/en/news/worldpride26/</w:t>
        </w:r>
      </w:hyperlink>
      <w:r>
        <w:t xml:space="preserve"> - From 25 July to 8 August 2026, Melkweg will host Club Chrome, a multidisciplinary festival during WorldPride Amsterdam. The venue will transform into a space where music, art, and activism meet, amplifying queer voices and celebrating queer culture. This initiative contributes to WorldPride's legacy by creating a platform for diverse expressions and stories. For more details, visit Melkweg's official website.</w:t>
      </w:r>
      <w:r/>
    </w:p>
    <w:p>
      <w:pPr>
        <w:pStyle w:val="ListNumber"/>
        <w:spacing w:line="240" w:lineRule="auto"/>
        <w:ind w:left="720"/>
      </w:pPr>
      <w:r/>
      <w:hyperlink r:id="rId13">
        <w:r>
          <w:rPr>
            <w:color w:val="0000EE"/>
            <w:u w:val="single"/>
          </w:rPr>
          <w:t>https://www.amsterdam.nl/en/news/worldpride/</w:t>
        </w:r>
      </w:hyperlink>
      <w:r>
        <w:t xml:space="preserve"> - Amsterdam will host WorldPride for the first time from 25 July to 8 August 2026. Under the theme 'UNITY', the city celebrates diversity, freedom, and equal rights for LGBTQIA+ individuals. A selection of events and activities across the city is planned, including the Pride Walk, Pride Park, Canal Parade, street parties, and the Closing Concert on Museumplein. For more details on the events and activities, refer to the City of Amsterdam's official website.</w:t>
      </w:r>
      <w:r/>
    </w:p>
    <w:p>
      <w:pPr>
        <w:pStyle w:val="ListNumber"/>
        <w:spacing w:line="240" w:lineRule="auto"/>
        <w:ind w:left="720"/>
      </w:pPr>
      <w:r/>
      <w:hyperlink r:id="rId11">
        <w:r>
          <w:rPr>
            <w:color w:val="0000EE"/>
            <w:u w:val="single"/>
          </w:rPr>
          <w:t>https://www.amsterdam.nl/en/leisure/amsterdam-pride/</w:t>
        </w:r>
      </w:hyperlink>
      <w:r>
        <w:t xml:space="preserve"> - In 2026, Amsterdam Pride will take place from 8 to 29 July, followed by WorldPride from 25 July to 8 August. This year marks the 25th anniversary of the world's first legal same-sex marriage, which took place in Amsterdam in 2001. The city is hosting WorldPride to celebrate this milestone and promote equality and diversity. For more information on the programme and events, visit the City of Amsterdam's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avelandtourworld.com/news/article/ralsh6ne0qn0/" TargetMode="External"/><Relationship Id="rId10" Type="http://schemas.openxmlformats.org/officeDocument/2006/relationships/hyperlink" Target="https://pride.amsterdam/en/worldpride/" TargetMode="External"/><Relationship Id="rId11" Type="http://schemas.openxmlformats.org/officeDocument/2006/relationships/hyperlink" Target="https://www.amsterdam.nl/en/leisure/amsterdam-pride/" TargetMode="External"/><Relationship Id="rId12" Type="http://schemas.openxmlformats.org/officeDocument/2006/relationships/hyperlink" Target="https://www.melkweg.nl/en/news/worldpride26/" TargetMode="External"/><Relationship Id="rId13" Type="http://schemas.openxmlformats.org/officeDocument/2006/relationships/hyperlink" Target="https://www.amsterdam.nl/en/news/worl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