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Woody Moments at Pride: Proposal, Drag Brunch and Queer Joy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Woody pop up at Pride this summer has been a delightful surprise , from a tearful proposal at the finish line to a jaw-dropping drag brunch reveal, these moments show how pop culture props can magnify queer joy where it matters. Expect whimsy, costume creativity and a lot of heart.</w:t>
      </w:r>
      <w:r/>
    </w:p>
    <w:p>
      <w:r/>
      <w:r>
        <w:t>Essential Takeaways</w:t>
      </w:r>
      <w:r/>
      <w:r/>
    </w:p>
    <w:p>
      <w:pPr>
        <w:pStyle w:val="ListBullet"/>
        <w:spacing w:line="240" w:lineRule="auto"/>
        <w:ind w:left="720"/>
      </w:pPr>
      <w:r/>
      <w:r>
        <w:rPr>
          <w:b/>
        </w:rPr>
        <w:t>Viral proposal:</w:t>
      </w:r>
      <w:r>
        <w:t xml:space="preserve"> A Toy Story-themed Pride run in New York ended with a Buzz-and-Woody engagement, heartwarming and instantly shareable.</w:t>
      </w:r>
      <w:r/>
    </w:p>
    <w:p>
      <w:pPr>
        <w:pStyle w:val="ListBullet"/>
        <w:spacing w:line="240" w:lineRule="auto"/>
        <w:ind w:left="720"/>
      </w:pPr>
      <w:r/>
      <w:r>
        <w:rPr>
          <w:b/>
        </w:rPr>
        <w:t>Emotional payoff:</w:t>
      </w:r>
      <w:r>
        <w:t xml:space="preserve"> The couple's shared running tradition added deep meaning to the public proposal.</w:t>
      </w:r>
      <w:r/>
    </w:p>
    <w:p>
      <w:pPr>
        <w:pStyle w:val="ListBullet"/>
        <w:spacing w:line="240" w:lineRule="auto"/>
        <w:ind w:left="720"/>
      </w:pPr>
      <w:r/>
      <w:r>
        <w:rPr>
          <w:b/>
        </w:rPr>
        <w:t>Drag reinvention:</w:t>
      </w:r>
      <w:r>
        <w:t xml:space="preserve"> Woody-inspired drag performances blended nostalgic visuals with bold, unexpected wardrobe twists.</w:t>
      </w:r>
      <w:r/>
    </w:p>
    <w:p>
      <w:pPr>
        <w:pStyle w:val="ListBullet"/>
        <w:spacing w:line="240" w:lineRule="auto"/>
        <w:ind w:left="720"/>
      </w:pPr>
      <w:r/>
      <w:r>
        <w:rPr>
          <w:b/>
        </w:rPr>
        <w:t>Pride trend:</w:t>
      </w:r>
      <w:r>
        <w:t xml:space="preserve"> Drag brunches and themed performances across cities leaned into playful, theatrical moments this season.</w:t>
      </w:r>
      <w:r/>
    </w:p>
    <w:p>
      <w:pPr>
        <w:pStyle w:val="ListBullet"/>
        <w:spacing w:line="240" w:lineRule="auto"/>
        <w:ind w:left="720"/>
      </w:pPr>
      <w:r/>
      <w:r>
        <w:rPr>
          <w:b/>
        </w:rPr>
        <w:t>Sensory notes:</w:t>
      </w:r>
      <w:r>
        <w:t xml:space="preserve"> Think bright costumes, loud cheers, a flutter of confetti and the crowd’s delighted gasps.</w:t>
      </w:r>
      <w:r/>
      <w:r/>
    </w:p>
    <w:p>
      <w:pPr>
        <w:pStyle w:val="Heading2"/>
      </w:pPr>
      <w:r>
        <w:t>A race that became a romantic movie ending</w:t>
      </w:r>
      <w:r/>
    </w:p>
    <w:p>
      <w:r/>
      <w:r>
        <w:t>The standout moment came at a Pride run through Central Park, where a tradition between partners turned into an unforgettable public proposal. According to coverage, one partner who habitually dresses as Buzz Lightyear waited at the finish line while his Woody-costumed partner crossed the line, then proposed , and yes, it was a joyful yes. Social feeds lit up as runners and onlookers cheered, giving the scene a cinematic, sunlit feel that made strangers reach for their phones and tissues. For anyone planning a surprise in a public space, this shows that meaningful rituals , like an annual run , make the moment feel deeply personal even when shared with a crowd.</w:t>
      </w:r>
      <w:r/>
    </w:p>
    <w:p>
      <w:pPr>
        <w:pStyle w:val="Heading2"/>
      </w:pPr>
      <w:r>
        <w:t>Why costume pairings hit so hard at Pride</w:t>
      </w:r>
      <w:r/>
    </w:p>
    <w:p>
      <w:r/>
      <w:r>
        <w:t>Costumes do more than look good in photos; they carry shared history. Fans said the Toy Story pairing worked because it’s familiar, instantly readable and layered with the couple’s private story about running together. That combination is why themed proposals at Pride land emotionally: they blend pop culture with a couple’s real-life narrative. If you’re thinking of something similar, pick a costume that has a backstory for you both , it will make the reveal feel thoughtful rather than just performative.</w:t>
      </w:r>
      <w:r/>
    </w:p>
    <w:p>
      <w:pPr>
        <w:pStyle w:val="Heading2"/>
      </w:pPr>
      <w:r>
        <w:t>Woody goes full drag: playful, saucy and unexpected</w:t>
      </w:r>
      <w:r/>
    </w:p>
    <w:p>
      <w:r/>
      <w:r>
        <w:t>Across the summer, drag brunches leaned into mashups and reversals, with performers riffing on childhood icons in adult, campy ways. One Woody-inspired routine kept the sheriff’s check shirt and hat but flipped the script with leather, choreography and a wink to the crowd. These shows balance nostalgia with reinvention, and that contrast is precisely why audiences roar with approval. Industry listings and event guides show Pride drag brunches from Miami to New York booking bold, theatrical acts that let performers play with surprise and spectacle.</w:t>
      </w:r>
      <w:r/>
    </w:p>
    <w:p>
      <w:pPr>
        <w:pStyle w:val="Heading2"/>
      </w:pPr>
      <w:r>
        <w:t>Drag brunches: the perfect place for costume theatrics</w:t>
      </w:r>
      <w:r/>
    </w:p>
    <w:p>
      <w:r/>
      <w:r>
        <w:t>Drag brunches have become a staple Pride event because they’re social, celebratory and forgiving of theatricality. Organisers from city venues to local LGBTQ+ centres programme headline acts that mix comedy, dance and costume reveals, creating a brunch atmosphere ripe for viral moments. If you’re attending, arrive early to get a good seat, expect loud music and quick costume changes, and bring cash if tips are part of the show , the tactile thrill of dropping a tip into a performer’s boot never gets old.</w:t>
      </w:r>
      <w:r/>
    </w:p>
    <w:p>
      <w:pPr>
        <w:pStyle w:val="Heading2"/>
      </w:pPr>
      <w:r>
        <w:t>What these moments say about queer visibility right now</w:t>
      </w:r>
      <w:r/>
    </w:p>
    <w:p>
      <w:r/>
      <w:r>
        <w:t>When a childhood toy becomes the mascot for queer joy, it’s a small sign of how mainstream symbols get reclaimed and repurposed during Pride. The Woody sightings , both tender and campy , show that visibility can be both intimate and performative. They’re reminders that Pride is a living, breathing season of personal milestones and collective celebration. Look at these moments as shorthand for a larger shift: people are using familiar cultural touchstones to tell new, authentic stories about love, resilience and play.</w:t>
      </w:r>
      <w:r/>
    </w:p>
    <w:p>
      <w:r/>
      <w:r>
        <w:t>It's a small change that can make every Pride moment feel a bit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1">
        <w:r>
          <w:rPr>
            <w:color w:val="0000EE"/>
            <w:u w:val="single"/>
          </w:rPr>
          <w:t>[4]</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https://instinctmagazine.com/woody-pride-proposal-drag-brunch/</w:t>
        </w:r>
      </w:hyperlink>
      <w:r>
        <w:t xml:space="preserve"> - Please view link - unable to able to access data</w:t>
      </w:r>
      <w:r/>
    </w:p>
    <w:p>
      <w:pPr>
        <w:pStyle w:val="ListNumber"/>
        <w:spacing w:line="240" w:lineRule="auto"/>
        <w:ind w:left="720"/>
      </w:pPr>
      <w:r/>
      <w:hyperlink r:id="rId10">
        <w:r>
          <w:rPr>
            <w:color w:val="0000EE"/>
            <w:u w:val="single"/>
          </w:rPr>
          <w:t>https://www.queerty.com/buzz-lightyear-woody-got-engaged-at-the-nyc-pride-run-and-went-instantly-viral-20260629/</w:t>
        </w:r>
      </w:hyperlink>
      <w:r>
        <w:t xml:space="preserve"> - A same-sex couple's proposal at the NYC Pride Run in Central Park went viral. Dressed as Buzz Lightyear and Woody, Chris Siretz proposed to Omar Merced at the finish line, marking a heartfelt moment in the LGBTQ+ community.</w:t>
      </w:r>
      <w:r/>
    </w:p>
    <w:p>
      <w:pPr>
        <w:pStyle w:val="ListNumber"/>
        <w:spacing w:line="240" w:lineRule="auto"/>
        <w:ind w:left="720"/>
      </w:pPr>
      <w:r/>
      <w:hyperlink r:id="rId12">
        <w:r>
          <w:rPr>
            <w:color w:val="0000EE"/>
            <w:u w:val="single"/>
          </w:rPr>
          <w:t>https://www.blackbarnrestaurant.com/press-and-news/drag-brunch-thorgy-thor-blackbarn-nyc-pride-2026</w:t>
        </w:r>
      </w:hyperlink>
      <w:r>
        <w:t xml:space="preserve"> - BLACKBARN NYC hosted a Pride Drag Brunch featuring Thorgy Thor from RuPaul's Drag Race. The event included live performances, a three-course brunch, and bottomless drinks, celebrating Pride in the NoMad district.</w:t>
      </w:r>
      <w:r/>
    </w:p>
    <w:p>
      <w:pPr>
        <w:pStyle w:val="ListNumber"/>
        <w:spacing w:line="240" w:lineRule="auto"/>
        <w:ind w:left="720"/>
      </w:pPr>
      <w:r/>
      <w:hyperlink r:id="rId11">
        <w:r>
          <w:rPr>
            <w:color w:val="0000EE"/>
            <w:u w:val="single"/>
          </w:rPr>
          <w:t>https://wynwoodmiami.com/event/pride-drag-brunch/2026-06-28/</w:t>
        </w:r>
      </w:hyperlink>
      <w:r>
        <w:t xml:space="preserve"> - Wyn Wyn at Arlo Wynwood in Miami held a Pride Drag Brunch with DJ performances, brunch bites, and bottomless drinks. Hosted by Lady Paraiso and Cielo Paraiso, the event was part of Wynwood Pride celebrations.</w:t>
      </w:r>
      <w:r/>
    </w:p>
    <w:p>
      <w:pPr>
        <w:pStyle w:val="ListNumber"/>
        <w:spacing w:line="240" w:lineRule="auto"/>
        <w:ind w:left="720"/>
      </w:pPr>
      <w:r/>
      <w:hyperlink r:id="rId14">
        <w:r>
          <w:rPr>
            <w:color w:val="0000EE"/>
            <w:u w:val="single"/>
          </w:rPr>
          <w:t>https://tcpride.org/event/pride-brews-drag-brunch-2/</w:t>
        </w:r>
      </w:hyperlink>
      <w:r>
        <w:t xml:space="preserve"> - Twin Cities Pride hosted a Pride Brews &amp; Drag Brunch at Boom Island Brewing Co. The event featured drag performances, craft beers, and food trucks, celebrating Pride Month in Minnesota.</w:t>
      </w:r>
      <w:r/>
    </w:p>
    <w:p>
      <w:pPr>
        <w:pStyle w:val="ListNumber"/>
        <w:spacing w:line="240" w:lineRule="auto"/>
        <w:ind w:left="720"/>
      </w:pPr>
      <w:r/>
      <w:hyperlink r:id="rId13">
        <w:r>
          <w:rPr>
            <w:color w:val="0000EE"/>
            <w:u w:val="single"/>
          </w:rPr>
          <w:t>https://www.avantifandb.com/event/pride-drag-brunch/</w:t>
        </w:r>
      </w:hyperlink>
      <w:r>
        <w:t xml:space="preserve"> - Avanti Denver's Pride Drag Brunch featured performances by Jasmine Grace Vanderpump, Muni Tox, and Alysia Staxx. Hosted by Younique Dream Deluxxe, the event included music by DJ The Only Smith.</w:t>
      </w:r>
      <w:r/>
    </w:p>
    <w:p>
      <w:pPr>
        <w:pStyle w:val="ListNumber"/>
        <w:spacing w:line="240" w:lineRule="auto"/>
        <w:ind w:left="720"/>
      </w:pPr>
      <w:r/>
      <w:hyperlink r:id="rId15">
        <w:r>
          <w:rPr>
            <w:color w:val="0000EE"/>
            <w:u w:val="single"/>
          </w:rPr>
          <w:t>https://pridecenterflorida.org/events/hard-rock-drag-show-brunch/</w:t>
        </w:r>
      </w:hyperlink>
      <w:r>
        <w:t xml:space="preserve"> - The Pride Center at Equality Park in Florida hosted the Hard Rock Drag Show Brunch, featuring drag performances, an open bar, and a gourmet brunch. The event aimed to celebrate and uplift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woody-pride-proposal-drag-brunch/" TargetMode="External"/><Relationship Id="rId10" Type="http://schemas.openxmlformats.org/officeDocument/2006/relationships/hyperlink" Target="https://www.queerty.com/buzz-lightyear-woody-got-engaged-at-the-nyc-pride-run-and-went-instantly-viral-20260629/" TargetMode="External"/><Relationship Id="rId11" Type="http://schemas.openxmlformats.org/officeDocument/2006/relationships/hyperlink" Target="https://wynwoodmiami.com/event/pride-drag-brunch/2026-06-28/" TargetMode="External"/><Relationship Id="rId12" Type="http://schemas.openxmlformats.org/officeDocument/2006/relationships/hyperlink" Target="https://www.blackbarnrestaurant.com/press-and-news/drag-brunch-thorgy-thor-blackbarn-nyc-pride-2026" TargetMode="External"/><Relationship Id="rId13" Type="http://schemas.openxmlformats.org/officeDocument/2006/relationships/hyperlink" Target="https://www.avantifandb.com/event/pride-drag-brunch/" TargetMode="External"/><Relationship Id="rId14" Type="http://schemas.openxmlformats.org/officeDocument/2006/relationships/hyperlink" Target="https://tcpride.org/event/pride-brews-drag-brunch-2/" TargetMode="External"/><Relationship Id="rId15" Type="http://schemas.openxmlformats.org/officeDocument/2006/relationships/hyperlink" Target="https://pridecenterflorida.org/events/hard-rock-drag-show-bru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