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Warrensburg Pride Festival Coverage: What Happened at BurgPride 2026</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neighbours flocked to the University of Central Missouri on July 11 for the sixth annual Warrensburg Pride Festival, a colourful, family-friendly celebration with vendors, a drag show, political speakers, food, and community spirit , important in a state where LGBTQ+ rights are under debate.</w:t>
      </w:r>
      <w:r/>
    </w:p>
    <w:p>
      <w:r/>
      <w:r>
        <w:t>Essential Takeaways</w:t>
      </w:r>
      <w:r/>
      <w:r/>
    </w:p>
    <w:p>
      <w:pPr>
        <w:pStyle w:val="ListBullet"/>
        <w:spacing w:line="240" w:lineRule="auto"/>
        <w:ind w:left="720"/>
      </w:pPr>
      <w:r/>
      <w:r>
        <w:rPr>
          <w:b/>
        </w:rPr>
        <w:t>When and where:</w:t>
      </w:r>
      <w:r>
        <w:t xml:space="preserve"> The festival took place July 11, inside the Union Ballroom on the University of Central Missouri campus, with vendor setup from 10:00am and doors opening at noon. </w:t>
      </w:r>
      <w:r/>
    </w:p>
    <w:p>
      <w:pPr>
        <w:pStyle w:val="ListBullet"/>
        <w:spacing w:line="240" w:lineRule="auto"/>
        <w:ind w:left="720"/>
      </w:pPr>
      <w:r/>
      <w:r>
        <w:rPr>
          <w:b/>
        </w:rPr>
        <w:t>What was there:</w:t>
      </w:r>
      <w:r>
        <w:t xml:space="preserve"> Vendors, information booths, photo backdrops, a costume contest, food and a silent auction hosted by Free Mom Hugs. </w:t>
      </w:r>
      <w:r/>
    </w:p>
    <w:p>
      <w:pPr>
        <w:pStyle w:val="ListBullet"/>
        <w:spacing w:line="240" w:lineRule="auto"/>
        <w:ind w:left="720"/>
      </w:pPr>
      <w:r/>
      <w:r>
        <w:rPr>
          <w:b/>
        </w:rPr>
        <w:t>Entertainment:</w:t>
      </w:r>
      <w:r>
        <w:t xml:space="preserve"> An all-ages drag show drew applause; the event felt upbeat and inclusive with a sturdy, celebratory atmosphere. </w:t>
      </w:r>
      <w:r/>
    </w:p>
    <w:p>
      <w:pPr>
        <w:pStyle w:val="ListBullet"/>
        <w:spacing w:line="240" w:lineRule="auto"/>
        <w:ind w:left="720"/>
      </w:pPr>
      <w:r/>
      <w:r>
        <w:rPr>
          <w:b/>
        </w:rPr>
        <w:t>Civic voice:</w:t>
      </w:r>
      <w:r>
        <w:t xml:space="preserve"> Local politicians spoke in support, including Representative Wick Thomas, who addressed anti-LGBTQIA+ bills in the Missouri legislature. </w:t>
      </w:r>
      <w:r/>
    </w:p>
    <w:p>
      <w:pPr>
        <w:pStyle w:val="ListBullet"/>
        <w:spacing w:line="240" w:lineRule="auto"/>
        <w:ind w:left="720"/>
      </w:pPr>
      <w:r/>
      <w:r>
        <w:rPr>
          <w:b/>
        </w:rPr>
        <w:t>Low opposition:</w:t>
      </w:r>
      <w:r>
        <w:t xml:space="preserve"> Public pushback outside the venue was minimal, with only one visible protester observed, making for an easy-going, supportive day.</w:t>
      </w:r>
      <w:r/>
      <w:r/>
    </w:p>
    <w:p>
      <w:pPr>
        <w:pStyle w:val="Heading2"/>
      </w:pPr>
      <w:r>
        <w:t>A bright, human-centred celebration , the opening moments</w:t>
      </w:r>
      <w:r/>
    </w:p>
    <w:p>
      <w:r/>
      <w:r>
        <w:t>Vendors arrived early and the Union Ballroom filled with colour and chatter, the sort of soft hum that makes community events feel warm rather than staged. Attendees described booths offering everything from resource leaflets to homemade treats, and the scent of food gave the room a casual, welcoming feel. According to local listings, BurgPride has become a recurring summer fixture and this year’s timing meant families and students could attend between classes and other events. If you’re picking a time to join next year, aim for the midday opening: that’s when the crowd and energy peak.</w:t>
      </w:r>
      <w:r/>
    </w:p>
    <w:p>
      <w:pPr>
        <w:pStyle w:val="Heading2"/>
      </w:pPr>
      <w:r>
        <w:t>Drag, costumes and community , why the programming matters</w:t>
      </w:r>
      <w:r/>
    </w:p>
    <w:p>
      <w:r/>
      <w:r>
        <w:t>The all-ages drag show was a clear highlight, proving these performances can be both playful and accessible for a broad audience. Costume contests and photo backdrops added a festival feel that encouraged people to linger and connect. Community groups, including Free Mom Hugs, ran a silent auction, which helped turn festive energy into tangible support. Events like this offer a safe, visible space for queer culture in a part of Missouri where political pressures can feel heavy.</w:t>
      </w:r>
      <w:r/>
    </w:p>
    <w:p>
      <w:pPr>
        <w:pStyle w:val="Heading2"/>
      </w:pPr>
      <w:r>
        <w:t>Politics in the ballroom , when celebration meets civic conversation</w:t>
      </w:r>
      <w:r/>
    </w:p>
    <w:p>
      <w:r/>
      <w:r>
        <w:t>Speakers included local elected officials and candidates who used their slots to affirm support and to challenge legislation targeting LGBTQIA+ rights. Representative Wick Thomas spoke directly about bills in the Missouri General Assembly, underscoring why public celebrations of pride still carry political weight. Having elected leaders on the stage signals to attendees that their voices are being heard beyond party lines, and it reminds visitors that pride is both personal and civic.</w:t>
      </w:r>
      <w:r/>
    </w:p>
    <w:p>
      <w:pPr>
        <w:pStyle w:val="Heading2"/>
      </w:pPr>
      <w:r>
        <w:t>A quieter protest than in years past , what the turnout says</w:t>
      </w:r>
      <w:r/>
    </w:p>
    <w:p>
      <w:r/>
      <w:r>
        <w:t>Unlike some previous years where protests or “pearl-clutching” drew attention outside the event, this festival faced almost no visible opposition , just one person was noted. That quieter scene suggests a shift, whether due to effective community outreach, venue choice or changing local attitudes. For organisers, that’s an encouraging sign; for attendees, it makes the experience feel safer and more focused on celebration than conflict.</w:t>
      </w:r>
      <w:r/>
    </w:p>
    <w:p>
      <w:pPr>
        <w:pStyle w:val="Heading2"/>
      </w:pPr>
      <w:r>
        <w:t>How to make the most of next year’s Fest , practical tips</w:t>
      </w:r>
      <w:r/>
    </w:p>
    <w:p>
      <w:r/>
      <w:r>
        <w:t>If you plan to go next time, arrive early for the best photos and to see the vendor setup; bring cash for silent auctions and small stalls that might not take cards; and consider bringing a friend who’s curious but cautious , these community events are designed to welcome newcomers. Also, check the college’s campus hours and any city event calendars in advance, so you know where to park and which entrances to use.</w:t>
      </w:r>
      <w:r/>
    </w:p>
    <w:p>
      <w:r/>
      <w:r>
        <w:t>It's a small change that can make every celebration feel safer and more joyful for everyone.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[4]</w:t>
        </w:r>
      </w:hyperlink>
      <w:r>
        <w:t xml:space="preserve">- Paragraph 3: </w:t>
      </w:r>
      <w:hyperlink r:id="rId9">
        <w:r>
          <w:rPr>
            <w:color w:val="0000EE"/>
            <w:u w:val="single"/>
          </w:rPr>
          <w:t>[1]</w:t>
        </w:r>
      </w:hyperlink>
      <w:r>
        <w:t xml:space="preserve">, </w:t>
      </w:r>
      <w:hyperlink r:id="rId12">
        <w:r>
          <w:rPr>
            <w:color w:val="0000EE"/>
            <w:u w:val="single"/>
          </w:rPr>
          <w:t>[3]</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https://showmeprogress.com/2026/07/12/pride-festival-warrensburg-missouri-july-11-2026/</w:t>
        </w:r>
      </w:hyperlink>
      <w:r>
        <w:t xml:space="preserve"> - Please view link - unable to able to access data</w:t>
      </w:r>
      <w:r/>
    </w:p>
    <w:p>
      <w:pPr>
        <w:pStyle w:val="ListNumber"/>
        <w:spacing w:line="240" w:lineRule="auto"/>
        <w:ind w:left="720"/>
      </w:pPr>
      <w:r/>
      <w:hyperlink r:id="rId10">
        <w:r>
          <w:rPr>
            <w:color w:val="0000EE"/>
            <w:u w:val="single"/>
          </w:rPr>
          <w:t>https://www.visitwarrensburg.com/events-calendar/warrensburg-pridefest-2026-burgpride/</w:t>
        </w:r>
      </w:hyperlink>
      <w:r>
        <w:t xml:space="preserve"> - The Warrensburg Pridefest 2026, also known as BurgPride, is scheduled for Saturday, July 11, 2026, at the Elliott Student Union Ballroom on the University of Central Missouri campus. The event aims to celebrate the LGBTQIA+ community and allies with drag shows, craft and game booths, vendors, food, and community speakers. The festival is designed as a day-long experience, beginning with a family-friendly celebration and transitioning into an 18+ evening show. Admission is $6 for an all-day pass.</w:t>
      </w:r>
      <w:r/>
    </w:p>
    <w:p>
      <w:pPr>
        <w:pStyle w:val="ListNumber"/>
        <w:spacing w:line="240" w:lineRule="auto"/>
        <w:ind w:left="720"/>
      </w:pPr>
      <w:r/>
      <w:hyperlink r:id="rId12">
        <w:r>
          <w:rPr>
            <w:color w:val="0000EE"/>
            <w:u w:val="single"/>
          </w:rPr>
          <w:t>https://www.nclusionplus.com/warrensburgpridefest</w:t>
        </w:r>
      </w:hyperlink>
      <w:r>
        <w:t xml:space="preserve"> - Nclusion Plus is hosting the Warrensburg Pridefest 2026 on July 11, 2026, at the UCM Elliott Student Union. The event will feature security checks for the safety of guests. It is family-friendly until 4 PM, after which it transitions to an 18+ only event starting at 5 PM. Attendees can expect vendor and sponsor booths, a photo booth with drag entertainers, guest speakers, drag shows, food, drinks, and more. Day passes are available for purchase.</w:t>
      </w:r>
      <w:r/>
    </w:p>
    <w:p>
      <w:pPr>
        <w:pStyle w:val="ListNumber"/>
        <w:spacing w:line="240" w:lineRule="auto"/>
        <w:ind w:left="720"/>
      </w:pPr>
      <w:r/>
      <w:hyperlink r:id="rId13">
        <w:r>
          <w:rPr>
            <w:color w:val="0000EE"/>
            <w:u w:val="single"/>
          </w:rPr>
          <w:t>https://happeningnext.com/event/warrensburg-pridefest-2026-burgpride-eid3a0dlpwabw</w:t>
        </w:r>
      </w:hyperlink>
      <w:r>
        <w:t xml:space="preserve"> - HappeningNext provides details about the Warrensburg Pridefest 2026, also known as BurgPride, taking place on Saturday, July 11, 2026, at the UCM Elliott Student Union. The event is a joyful, inclusive, and high-energy PrideFest celebrating the LGBTQIA+ community and allies. Attendees can enjoy drag shows, craft booths, game booths, vendors, food, community speakers, and more. The festival is designed as a day-long experience, beginning with a family-friendly celebration and transitioning into an 18+ evening show. Admission is $6 for an all-day pass.</w:t>
      </w:r>
      <w:r/>
    </w:p>
    <w:p>
      <w:pPr>
        <w:pStyle w:val="ListNumber"/>
        <w:spacing w:line="240" w:lineRule="auto"/>
        <w:ind w:left="720"/>
      </w:pPr>
      <w:r/>
      <w:hyperlink r:id="rId15">
        <w:r>
          <w:rPr>
            <w:color w:val="0000EE"/>
            <w:u w:val="single"/>
          </w:rPr>
          <w:t>https://www.warrensburg.org/wp-content/uploads/2026/03/2026-Spirit-Champion-of-the-Year-Award-Application-.pdf</w:t>
        </w:r>
      </w:hyperlink>
      <w:r>
        <w:t xml:space="preserve"> - The Greater Warrensburg Area Chamber of Commerce has announced the 2026 Spirit Champion of the Year Award, which honours a military service member or veteran who demonstrates outstanding dedication, leadership, and commitment to the Warrensburg community. The recipient exemplifies exceptional character and inspires others through meaningful community involvement and service. The award will be presented at the Annual Awards &amp; Social on July 23, 2026. Nominees are encouraged to attend the awards ceremony.</w:t>
      </w:r>
      <w:r/>
    </w:p>
    <w:p>
      <w:pPr>
        <w:pStyle w:val="ListNumber"/>
        <w:spacing w:line="240" w:lineRule="auto"/>
        <w:ind w:left="720"/>
      </w:pPr>
      <w:r/>
      <w:hyperlink r:id="rId11">
        <w:r>
          <w:rPr>
            <w:color w:val="0000EE"/>
            <w:u w:val="single"/>
          </w:rPr>
          <w:t>https://ucmo.sodexomyway.com/en-us/locations/hours</w:t>
        </w:r>
      </w:hyperlink>
      <w:r>
        <w:t xml:space="preserve"> - The University of Central Missouri's dining services, managed by Sodexo, have special hours during the week of July 6 to July 12, 2026. The Grid dining facility is closed for summer break, while Todd Dining Center in Todd Hall operates with specific hours for breakfast, lunch, dinner, and continuous dining options. Einstein Bros Bagels at the Rec also has special hours during this period. These hours are subject to change, and it's advisable to check the official website for the most current information.</w:t>
      </w:r>
      <w:r/>
    </w:p>
    <w:p>
      <w:pPr>
        <w:pStyle w:val="ListNumber"/>
        <w:spacing w:line="240" w:lineRule="auto"/>
        <w:ind w:left="720"/>
      </w:pPr>
      <w:r/>
      <w:hyperlink r:id="rId14">
        <w:r>
          <w:rPr>
            <w:color w:val="0000EE"/>
            <w:u w:val="single"/>
          </w:rPr>
          <w:t>https://www.warrensburg.org/calendar/</w:t>
        </w:r>
      </w:hyperlink>
      <w:r>
        <w:t xml:space="preserve"> - The Warrensburg Chamber of Commerce provides a community calendar featuring upcoming events in the area. Notable events include a ribbon-cutting ceremony for Z Hair Academy on July 11, 2026, at 11:30 AM, and the Summer of Soccer Quarter Finals Photo Challenge on the same day. The Annual Awards &amp; Social, themed 'Stars, Stripes, &amp; Success,' is scheduled for July 23, 2026. The calendar is regularly updated to reflect the latest community events and activities.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howmeprogress.com/2026/07/12/pride-festival-warrensburg-missouri-july-11-2026/" TargetMode="External"/><Relationship Id="rId10" Type="http://schemas.openxmlformats.org/officeDocument/2006/relationships/hyperlink" Target="https://www.visitwarrensburg.com/events-calendar/warrensburg-pridefest-2026-burgpride/" TargetMode="External"/><Relationship Id="rId11" Type="http://schemas.openxmlformats.org/officeDocument/2006/relationships/hyperlink" Target="https://ucmo.sodexomyway.com/en-us/locations/hours" TargetMode="External"/><Relationship Id="rId12" Type="http://schemas.openxmlformats.org/officeDocument/2006/relationships/hyperlink" Target="https://www.nclusionplus.com/warrensburgpridefest" TargetMode="External"/><Relationship Id="rId13" Type="http://schemas.openxmlformats.org/officeDocument/2006/relationships/hyperlink" Target="https://happeningnext.com/event/warrensburg-pridefest-2026-burgpride-eid3a0dlpwabw" TargetMode="External"/><Relationship Id="rId14" Type="http://schemas.openxmlformats.org/officeDocument/2006/relationships/hyperlink" Target="https://www.warrensburg.org/calendar/" TargetMode="External"/><Relationship Id="rId15" Type="http://schemas.openxmlformats.org/officeDocument/2006/relationships/hyperlink" Target="https://www.warrensburg.org/wp-content/uploads/2026/03/2026-Spirit-Champion-of-the-Year-Award-Applicatio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