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Blogs to Follow for Thoughtful LGBTQ+ History and Art Coverage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thoughtful, history-rich LGBTQ+ blogs that blend art, memoir and scholarship , The Closet Professor stands out for its archive of essays, vintage photography and cultural commentary, useful for readers seeking deeper Pride context and visual history.</w:t>
      </w:r>
      <w:r/>
    </w:p>
    <w:p>
      <w:r/>
      <w:r>
        <w:t>Essential Takeaways</w:t>
      </w:r>
      <w:r/>
      <w:r/>
    </w:p>
    <w:p>
      <w:pPr>
        <w:pStyle w:val="ListBullet"/>
        <w:spacing w:line="240" w:lineRule="auto"/>
        <w:ind w:left="720"/>
      </w:pPr>
      <w:r/>
      <w:r>
        <w:rPr>
          <w:b/>
        </w:rPr>
        <w:t>Archive-rich:</w:t>
      </w:r>
      <w:r>
        <w:t xml:space="preserve"> The Closet Professor hosts a deep archive of posts on gay history, art and literature, ideal for background reading.</w:t>
      </w:r>
      <w:r/>
    </w:p>
    <w:p>
      <w:pPr>
        <w:pStyle w:val="ListBullet"/>
        <w:spacing w:line="240" w:lineRule="auto"/>
        <w:ind w:left="720"/>
      </w:pPr>
      <w:r/>
      <w:r>
        <w:rPr>
          <w:b/>
        </w:rPr>
        <w:t>Visual focus:</w:t>
      </w:r>
      <w:r>
        <w:t xml:space="preserve"> Expect vintage and archival photographs , some nudity appears as historical or artistic illustration, not sexual content.</w:t>
      </w:r>
      <w:r/>
    </w:p>
    <w:p>
      <w:pPr>
        <w:pStyle w:val="ListBullet"/>
        <w:spacing w:line="240" w:lineRule="auto"/>
        <w:ind w:left="720"/>
      </w:pPr>
      <w:r/>
      <w:r>
        <w:rPr>
          <w:b/>
        </w:rPr>
        <w:t>Curated commentary:</w:t>
      </w:r>
      <w:r>
        <w:t xml:space="preserve"> Posts mix personal reflection with links and images drawn from other blogs and public sources.</w:t>
      </w:r>
      <w:r/>
    </w:p>
    <w:p>
      <w:pPr>
        <w:pStyle w:val="ListBullet"/>
        <w:spacing w:line="240" w:lineRule="auto"/>
        <w:ind w:left="720"/>
      </w:pPr>
      <w:r/>
      <w:r>
        <w:rPr>
          <w:b/>
        </w:rPr>
        <w:t>Reader guidance:</w:t>
      </w:r>
      <w:r>
        <w:t xml:space="preserve"> The site includes content warnings and a straightforward takedown policy for image rights.</w:t>
      </w:r>
      <w:r/>
    </w:p>
    <w:p>
      <w:pPr>
        <w:pStyle w:val="ListBullet"/>
        <w:spacing w:line="240" w:lineRule="auto"/>
        <w:ind w:left="720"/>
      </w:pPr>
      <w:r/>
      <w:r>
        <w:rPr>
          <w:b/>
        </w:rPr>
        <w:t>Practical use:</w:t>
      </w:r>
      <w:r>
        <w:t xml:space="preserve"> Great resource for educators, students and anyone wanting context during Pride season or for research.</w:t>
      </w:r>
      <w:r/>
      <w:r/>
    </w:p>
    <w:p>
      <w:pPr>
        <w:pStyle w:val="Heading2"/>
      </w:pPr>
      <w:r>
        <w:t>Why this kind of blog still matters for Pride coverage</w:t>
      </w:r>
      <w:r/>
    </w:p>
    <w:p>
      <w:r/>
      <w:r>
        <w:t>There’s a tactile pleasure in reading a blog that feels like a cabinet of curiosities , pages of essays, vintage photos and oblique references that reward slow browsing. The Closet Professor is one of those corners online where gay history and culture get stitched together with personal voice and archival finds. For anyone who wants to go beyond headlines and slogans during Pride, sites like this offer texture: the soft grain of old photographs, the lived detail of historical notes, the occasional policy note about imagery.</w:t>
      </w:r>
      <w:r/>
    </w:p>
    <w:p>
      <w:pPr>
        <w:pStyle w:val="Heading2"/>
      </w:pPr>
      <w:r>
        <w:t>What you’ll actually find , and what to expect about images</w:t>
      </w:r>
      <w:r/>
    </w:p>
    <w:p>
      <w:r/>
      <w:r>
        <w:t>Expect eclectic posts on GLBT studies, art and politics with a steady eye on history. The blog often uses nude photography as illustration, framed explicitly as art or historical record rather than erotic content. That matters: the site carries a clear warning for under-18s and readers who’d rather avoid nudity, so you can make an informed choice before scrolling. There’s also a polite, direct takedown policy , if you recognise an image as yours, the author will remove it on request.</w:t>
      </w:r>
      <w:r/>
    </w:p>
    <w:p>
      <w:pPr>
        <w:pStyle w:val="Heading2"/>
      </w:pPr>
      <w:r>
        <w:t>How it fits into the wider Pride and queer-studies landscape</w:t>
      </w:r>
      <w:r/>
    </w:p>
    <w:p>
      <w:r/>
      <w:r>
        <w:t>Smaller, curator-led blogs sit alongside academic journals and mainstream media, filling a gap between scholarship and personal memory. They surface lesser-known artists, old magazine scans and personal reflections that academic papers might miss. If you teach or research queer history, this kind of site is a useful starting point for leads and visuals, though you’ll want to verify original sources for formal work. For casual readers, it’s a vivid way to connect to queer cultural memory.</w:t>
      </w:r>
      <w:r/>
    </w:p>
    <w:p>
      <w:pPr>
        <w:pStyle w:val="Heading2"/>
      </w:pPr>
      <w:r>
        <w:t>Tips for using blogs like this responsibly</w:t>
      </w:r>
      <w:r/>
    </w:p>
    <w:p>
      <w:r/>
      <w:r>
        <w:t>If you’re using images or quotes in projects, follow a two-step habit: trace the original source and ask permission where needed. Treat the blog as a pointer to archives rather than an endpoint. For parents or educators, heed the site’s own content advisory and preview posts first; it’s simple to avoid material you find unsuitable. And if you enjoy a post, engage , a comment or a polite email thanking the curator helps keep these independent projects alive.</w:t>
      </w:r>
      <w:r/>
    </w:p>
    <w:p>
      <w:pPr>
        <w:pStyle w:val="Heading2"/>
      </w:pPr>
      <w:r>
        <w:t>What to watch next , preservation, curation and community voice</w:t>
      </w:r>
      <w:r/>
    </w:p>
    <w:p>
      <w:r/>
      <w:r>
        <w:t>Independent archives are vulnerable: link rot, hosting changes and copyright issues can all thin the record. The hope is that these personal projects inspire broader preservation efforts, or encourage collaborations with libraries and museums that can provide stable stewardship. Meanwhile, the human voice of blogs like The Closet Professor keeps queer cultural conversation lively and accessible, which is exactly what Pride season needs.</w:t>
      </w:r>
      <w:r/>
    </w:p>
    <w:p>
      <w:r/>
      <w:r>
        <w:t>It's a small, generous corner of the web worth bookmarking for context and curiosity.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https://closetprofessor.blogspot.com/2026/07/walking-in-light.html</w:t>
        </w:r>
      </w:hyperlink>
      <w:r>
        <w:t xml:space="preserve"> - Please view link - unable to able to access data</w:t>
      </w:r>
      <w:r/>
    </w:p>
    <w:p>
      <w:pPr>
        <w:pStyle w:val="ListNumber"/>
        <w:spacing w:line="240" w:lineRule="auto"/>
        <w:ind w:left="720"/>
      </w:pPr>
      <w:r/>
      <w:hyperlink r:id="rId9">
        <w:r>
          <w:rPr>
            <w:color w:val="0000EE"/>
            <w:u w:val="single"/>
          </w:rPr>
          <w:t>https://closetprofessor.blogspot.com/2026/07/walking-in-light.html</w:t>
        </w:r>
      </w:hyperlink>
      <w:r>
        <w:t xml:space="preserve"> - In this reflective post, the author celebrates the 16th anniversary of 'The Closet Professor' blog, sharing personal experiences and insights. Drawing inspiration from 1 John 1:5–7, the author discusses the symbolism of light in Scripture, representing God's presence, truth, and love, while darkness signifies fear and deception. The post highlights the journey from hiding one's true self to embracing authenticity, emphasizing the importance of living honestly before God and trusting in His grace. The author expresses gratitude for the fellowship and support received from readers worldwide over the years.</w:t>
      </w:r>
      <w:r/>
    </w:p>
    <w:p>
      <w:pPr>
        <w:pStyle w:val="ListNumber"/>
        <w:spacing w:line="240" w:lineRule="auto"/>
        <w:ind w:left="720"/>
      </w:pPr>
      <w:r/>
      <w:hyperlink r:id="rId11">
        <w:r>
          <w:rPr>
            <w:color w:val="0000EE"/>
            <w:u w:val="single"/>
          </w:rPr>
          <w:t>https://closetprofessor.com/category/pride/</w:t>
        </w:r>
      </w:hyperlink>
      <w:r>
        <w:t xml:space="preserve"> - This section of 'The Closet Professor' blog focuses on LGBTQ+ pride, featuring posts that explore themes of authenticity, faith, and personal growth. One notable entry, 'Walking the Narrow Path,' reflects on the challenges faced by LGBTQ+ individuals in living authentically, particularly within religious contexts. The author draws parallels between the narrow path described in Matthew 7:13-14 and the experiences of many in the LGBTQ+ community, emphasizing the importance of embracing one's true self despite societal or religious pressures.</w:t>
      </w:r>
      <w:r/>
    </w:p>
    <w:p>
      <w:pPr>
        <w:pStyle w:val="ListNumber"/>
        <w:spacing w:line="240" w:lineRule="auto"/>
        <w:ind w:left="720"/>
      </w:pPr>
      <w:r/>
      <w:hyperlink r:id="rId10">
        <w:r>
          <w:rPr>
            <w:color w:val="0000EE"/>
            <w:u w:val="single"/>
          </w:rPr>
          <w:t>https://closetprofessor.blogspot.com/2026/?m=0</w:t>
        </w:r>
      </w:hyperlink>
      <w:r>
        <w:t xml:space="preserve"> - This is the main page of 'The Closet Professor' blog, showcasing a variety of posts covering topics such as LGBTQ+ history, art, literature, politics, and culture. The blog offers a mix of personal reflections, cultural commentary, and discussions on faith and identity. Recent entries include 'Pic of the Day,' 'Slow Start to the Week,' and 'Seen and Known,' each providing insights into the author's daily life, thoughts on authenticity, and perspectives on the intersection of faith and LGBTQ+ identity.</w:t>
      </w:r>
      <w:r/>
    </w:p>
    <w:p>
      <w:pPr>
        <w:pStyle w:val="ListNumber"/>
        <w:spacing w:line="240" w:lineRule="auto"/>
        <w:ind w:left="720"/>
      </w:pPr>
      <w:r/>
      <w:hyperlink r:id="rId11">
        <w:r>
          <w:rPr>
            <w:color w:val="0000EE"/>
            <w:u w:val="single"/>
          </w:rPr>
          <w:t>https://closetprofessor.com/category/pride/</w:t>
        </w:r>
      </w:hyperlink>
      <w:r>
        <w:t xml:space="preserve"> - This section of 'The Closet Professor' blog focuses on LGBTQ+ pride, featuring posts that explore themes of authenticity, faith, and personal growth. One notable entry, 'Walking the Narrow Path,' reflects on the challenges faced by LGBTQ+ individuals in living authentically, particularly within religious contexts. The author draws parallels between the narrow path described in Matthew 7:13-14 and the experiences of many in the LGBTQ+ community, emphasizing the importance of embracing one's true self despite societal or religious pressures.</w:t>
      </w:r>
      <w:r/>
    </w:p>
    <w:p>
      <w:pPr>
        <w:pStyle w:val="ListNumber"/>
        <w:spacing w:line="240" w:lineRule="auto"/>
        <w:ind w:left="720"/>
      </w:pPr>
      <w:r/>
      <w:hyperlink r:id="rId10">
        <w:r>
          <w:rPr>
            <w:color w:val="0000EE"/>
            <w:u w:val="single"/>
          </w:rPr>
          <w:t>https://closetprofessor.blogspot.com/2026/?m=0</w:t>
        </w:r>
      </w:hyperlink>
      <w:r>
        <w:t xml:space="preserve"> - This is the main page of 'The Closet Professor' blog, showcasing a variety of posts covering topics such as LGBTQ+ history, art, literature, politics, and culture. The blog offers a mix of personal reflections, cultural commentary, and discussions on faith and identity. Recent entries include 'Pic of the Day,' 'Slow Start to the Week,' and 'Seen and Known,' each providing insights into the author's daily life, thoughts on authenticity, and perspectives on the intersection of faith and LGBTQ+ identity.</w:t>
      </w:r>
      <w:r/>
    </w:p>
    <w:p>
      <w:pPr>
        <w:pStyle w:val="ListNumber"/>
        <w:spacing w:line="240" w:lineRule="auto"/>
        <w:ind w:left="720"/>
      </w:pPr>
      <w:r/>
      <w:hyperlink r:id="rId11">
        <w:r>
          <w:rPr>
            <w:color w:val="0000EE"/>
            <w:u w:val="single"/>
          </w:rPr>
          <w:t>https://closetprofessor.com/category/pride/</w:t>
        </w:r>
      </w:hyperlink>
      <w:r>
        <w:t xml:space="preserve"> - This section of 'The Closet Professor' blog focuses on LGBTQ+ pride, featuring posts that explore themes of authenticity, faith, and personal growth. One notable entry, 'Walking the Narrow Path,' reflects on the challenges faced by LGBTQ+ individuals in living authentically, particularly within religious contexts. The author draws parallels between the narrow path described in Matthew 7:13-14 and the experiences of many in the LGBTQ+ community, emphasizing the importance of embracing one's true self despite societal or religious pressures.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walking-in-light.html" TargetMode="External"/><Relationship Id="rId10" Type="http://schemas.openxmlformats.org/officeDocument/2006/relationships/hyperlink" Target="https://closetprofessor.blogspot.com/2026/?m=0" TargetMode="External"/><Relationship Id="rId11" Type="http://schemas.openxmlformats.org/officeDocument/2006/relationships/hyperlink" Target="https://closetprofessor.com/category/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