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of Bristol Pride Day 2023: What Made the Parade and Party Unmissable</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Thousands turned out for Bristol Pride Day, with a colourful two-mile march from Castle Park to the Harbourside and a festival-style line-up that drew about 40,000 people , here’s what stood out, why it mattered, and how to join next time.</w:t>
      </w:r>
      <w:r/>
    </w:p>
    <w:p>
      <w:r/>
      <w:r>
        <w:t>Essential Takeaways</w:t>
      </w:r>
      <w:r/>
      <w:r/>
    </w:p>
    <w:p>
      <w:pPr>
        <w:pStyle w:val="ListBullet"/>
        <w:spacing w:line="240" w:lineRule="auto"/>
        <w:ind w:left="720"/>
      </w:pPr>
      <w:r/>
      <w:r>
        <w:rPr>
          <w:b/>
        </w:rPr>
        <w:t>Huge turnout:</w:t>
      </w:r>
      <w:r>
        <w:t xml:space="preserve"> Around 40,000 people attended Pride Day’s main music event, creating a lively, communal atmosphere.</w:t>
      </w:r>
      <w:r/>
    </w:p>
    <w:p>
      <w:pPr>
        <w:pStyle w:val="ListBullet"/>
        <w:spacing w:line="240" w:lineRule="auto"/>
        <w:ind w:left="720"/>
      </w:pPr>
      <w:r/>
      <w:r>
        <w:rPr>
          <w:b/>
        </w:rPr>
        <w:t>Two-mile march:</w:t>
      </w:r>
      <w:r>
        <w:t xml:space="preserve"> The parade set off from Castle Park at 11am, took roughly an hour and finished on the Harbourside.</w:t>
      </w:r>
      <w:r/>
    </w:p>
    <w:p>
      <w:pPr>
        <w:pStyle w:val="ListBullet"/>
        <w:spacing w:line="240" w:lineRule="auto"/>
        <w:ind w:left="720"/>
      </w:pPr>
      <w:r/>
      <w:r>
        <w:rPr>
          <w:b/>
        </w:rPr>
        <w:t>Festival feel:</w:t>
      </w:r>
      <w:r>
        <w:t xml:space="preserve"> Multiple stages, food stalls, bars, family and youth areas gave it a full festival experience.</w:t>
      </w:r>
      <w:r/>
    </w:p>
    <w:p>
      <w:pPr>
        <w:pStyle w:val="ListBullet"/>
        <w:spacing w:line="240" w:lineRule="auto"/>
        <w:ind w:left="720"/>
      </w:pPr>
      <w:r/>
      <w:r>
        <w:rPr>
          <w:b/>
        </w:rPr>
        <w:t>Big names:</w:t>
      </w:r>
      <w:r>
        <w:t xml:space="preserve"> Headliners included classic acts such as Sister Sledge and Jason Donovan, keeping the crowd dancing.</w:t>
      </w:r>
      <w:r/>
    </w:p>
    <w:p>
      <w:pPr>
        <w:pStyle w:val="ListBullet"/>
        <w:spacing w:line="240" w:lineRule="auto"/>
        <w:ind w:left="720"/>
      </w:pPr>
      <w:r/>
      <w:r>
        <w:rPr>
          <w:b/>
        </w:rPr>
        <w:t>Afterparty option:</w:t>
      </w:r>
      <w:r>
        <w:t xml:space="preserve"> For night owls, The Official Afterparty at O2 Academy offered multi-room performances and DJs from 10pm.</w:t>
      </w:r>
      <w:r/>
      <w:r/>
    </w:p>
    <w:p>
      <w:pPr>
        <w:pStyle w:val="Heading2"/>
      </w:pPr>
      <w:r>
        <w:t>A bright, bustling march that felt like a city-wide hug</w:t>
      </w:r>
      <w:r/>
    </w:p>
    <w:p>
      <w:r/>
      <w:r>
        <w:t>The day began with an upbeat send-off at Castle Park, where the parade gathered by St Peter’s Church before heading out. The route was roughly two miles long and moved at a friendly pace , most groups finished in about an hour, which made it feel accessible for families and older attendees. According to the event organisers, the parade is about visibility and celebration, and the sheer volume of people made that point loud and clear.</w:t>
      </w:r>
      <w:r/>
    </w:p>
    <w:p>
      <w:pPr>
        <w:pStyle w:val="Heading2"/>
      </w:pPr>
      <w:r>
        <w:t>Festival vibes on the Harbourside , not just a one-stage gig</w:t>
      </w:r>
      <w:r/>
    </w:p>
    <w:p>
      <w:r/>
      <w:r>
        <w:t>Organisers framed Pride Day as a “full festival experience” and it delivered: several stages, market stalls, food vans and dedicated family and youth areas turned the Harbourside into a weekend site rather than a single concert. It’s the kind of setup that lets you drift between a chilled picnic and a high-energy set, depending on your mood. If you go next time, wear comfy shoes and bring a lightweight layer , evenings on the waterfront can get breezy.</w:t>
      </w:r>
      <w:r/>
    </w:p>
    <w:p>
      <w:pPr>
        <w:pStyle w:val="Heading2"/>
      </w:pPr>
      <w:r>
        <w:t>Big-name performances kept the energy soaring</w:t>
      </w:r>
      <w:r/>
    </w:p>
    <w:p>
      <w:r/>
      <w:r>
        <w:t>Headline acts brought both nostalgia and dancefloor energy to the event, helping to draw a crowd estimated at 40,000 for the music programme. Acts like Sister Sledge gave classic anthems, while other performers and DJs kept the tempo moving through the day. For many attendees, the musical highlight was the mix of generations on stage , something that helps Pride feel inclusive across ages and tastes.</w:t>
      </w:r>
      <w:r/>
    </w:p>
    <w:p>
      <w:pPr>
        <w:pStyle w:val="Heading2"/>
      </w:pPr>
      <w:r>
        <w:t>Practical tips for enjoying Pride Day without the stress</w:t>
      </w:r>
      <w:r/>
    </w:p>
    <w:p>
      <w:r/>
      <w:r>
        <w:t>Plan your arrival: the parade begins at 11am in Castle Park, so getting there early gives you space to find a good viewing spot or to join the walk. Hydration and snacks are lifesavers , queues at popular food stalls can be long, so have a backup plan. If you’re coming with children, the family areas are a welcome refuge; for late-night plans, book afterparty tickets in advance since venues like the O2 Academy do sell out.</w:t>
      </w:r>
      <w:r/>
    </w:p>
    <w:p>
      <w:pPr>
        <w:pStyle w:val="Heading2"/>
      </w:pPr>
      <w:r>
        <w:t>Why Bristol Pride still matters , community, protest, party</w:t>
      </w:r>
      <w:r/>
    </w:p>
    <w:p>
      <w:r/>
      <w:r>
        <w:t>Pride Day isn’t only about music and markets; it’s also a public act of visibility and solidarity. The dense turnout and varied programme underline how Pride has evolved into a multi-faceted event: celebration, marketplace, political statement and safe space all at once. Expect organisers to build on this mix next year, with more stages and community programming likely to keep the energy fresh.</w:t>
      </w:r>
      <w:r/>
    </w:p>
    <w:p>
      <w:r/>
      <w:r>
        <w:t>It's a small change in your calendar that can mean a big day out , mark it for next year and join the crowd.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1">
        <w:r>
          <w:rPr>
            <w:color w:val="0000EE"/>
            <w:u w:val="single"/>
          </w:rPr>
          <w:t>[6]</w:t>
        </w:r>
      </w:hyperlink>
      <w:r>
        <w:t xml:space="preserve">, </w:t>
      </w:r>
      <w:hyperlink r:id="rId12">
        <w:r>
          <w:rPr>
            <w:color w:val="0000EE"/>
            <w:u w:val="single"/>
          </w:rPr>
          <w:t>[7]</w:t>
        </w:r>
      </w:hyperlink>
      <w:r>
        <w:t xml:space="preserve">- Paragraph 3: </w:t>
      </w:r>
      <w:hyperlink r:id="rId13">
        <w:r>
          <w:rPr>
            <w:color w:val="0000EE"/>
            <w:u w:val="single"/>
          </w:rPr>
          <w:t>[5]</w:t>
        </w:r>
      </w:hyperlink>
      <w:r>
        <w:t xml:space="preserve">, </w:t>
      </w:r>
      <w:hyperlink r:id="rId14">
        <w:r>
          <w:rPr>
            <w:color w:val="0000EE"/>
            <w:u w:val="single"/>
          </w:rPr>
          <w:t>[4]</w:t>
        </w:r>
      </w:hyperlink>
      <w:r>
        <w:t xml:space="preserve">- Paragraph 4: </w:t>
      </w:r>
      <w:hyperlink r:id="rId15">
        <w:r>
          <w:rPr>
            <w:color w:val="0000EE"/>
            <w:u w:val="single"/>
          </w:rPr>
          <w:t>[3]</w:t>
        </w:r>
      </w:hyperlink>
      <w:r>
        <w:t xml:space="preserve">, </w:t>
      </w:r>
      <w:hyperlink r:id="rId14">
        <w:r>
          <w:rPr>
            <w:color w:val="0000EE"/>
            <w:u w:val="single"/>
          </w:rPr>
          <w:t>[4]</w:t>
        </w:r>
      </w:hyperlink>
      <w:r>
        <w:t xml:space="preserve">- Paragraph 5: </w:t>
      </w:r>
      <w:hyperlink r:id="rId10">
        <w:r>
          <w:rPr>
            <w:color w:val="0000EE"/>
            <w:u w:val="single"/>
          </w:rPr>
          <w:t>[2]</w:t>
        </w:r>
      </w:hyperlink>
      <w:r>
        <w:t xml:space="preserve">, </w:t>
      </w:r>
      <w:hyperlink r:id="rId15">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https://www.bristolpost.co.uk/whats-on/bristol-pride-day-thousands-set-11055310</w:t>
        </w:r>
      </w:hyperlink>
      <w:r>
        <w:t xml:space="preserve"> - Please view link - unable to able to access data</w:t>
      </w:r>
      <w:r/>
    </w:p>
    <w:p>
      <w:pPr>
        <w:pStyle w:val="ListNumber"/>
        <w:spacing w:line="240" w:lineRule="auto"/>
        <w:ind w:left="720"/>
      </w:pPr>
      <w:r/>
      <w:hyperlink r:id="rId10">
        <w:r>
          <w:rPr>
            <w:color w:val="0000EE"/>
            <w:u w:val="single"/>
          </w:rPr>
          <w:t>https://bristolpride.co.uk/pride-day-23/</w:t>
        </w:r>
      </w:hyperlink>
      <w:r>
        <w:t xml:space="preserve"> - Bristol Pride Day 2023 took place on The Downs, attracting 40,000 attendees. The festival featured multiple stages with performances, food, bars, market stalls, and family and youth areas. The event was described as a full festival experience with true festival vibes, offering a variety of activities and entertainment for all attendees.</w:t>
      </w:r>
      <w:r/>
    </w:p>
    <w:p>
      <w:pPr>
        <w:pStyle w:val="ListNumber"/>
        <w:spacing w:line="240" w:lineRule="auto"/>
        <w:ind w:left="720"/>
      </w:pPr>
      <w:r/>
      <w:hyperlink r:id="rId15">
        <w:r>
          <w:rPr>
            <w:color w:val="0000EE"/>
            <w:u w:val="single"/>
          </w:rPr>
          <w:t>https://bristolpride.co.uk/pride-day/</w:t>
        </w:r>
      </w:hyperlink>
      <w:r>
        <w:t xml:space="preserve"> - Bristol Pride Day is one of the UK's largest Pride events, held on The Downs. The festival offers a full festival experience with multiple stages of performances, food, bars, market stalls, and family and youth areas. The event aims to showcase and celebrate the LGBT+ community, providing an open and accessible environment for all.</w:t>
      </w:r>
      <w:r/>
    </w:p>
    <w:p>
      <w:pPr>
        <w:pStyle w:val="ListNumber"/>
        <w:spacing w:line="240" w:lineRule="auto"/>
        <w:ind w:left="720"/>
      </w:pPr>
      <w:r/>
      <w:hyperlink r:id="rId14">
        <w:r>
          <w:rPr>
            <w:color w:val="0000EE"/>
            <w:u w:val="single"/>
          </w:rPr>
          <w:t>https://bristolpride.co.uk/events/pride-day-2023/</w:t>
        </w:r>
      </w:hyperlink>
      <w:r>
        <w:t xml:space="preserve"> - Pride Day 2023 was held on Saturday, 8 July, on The Downs. The festival featured a diverse lineup of artists, including headliners Jake Shears and Natalie Imbruglia. The event remained donation-entry to ensure accessibility for everyone, with wristbands available for those who could afford to support the festival.</w:t>
      </w:r>
      <w:r/>
    </w:p>
    <w:p>
      <w:pPr>
        <w:pStyle w:val="ListNumber"/>
        <w:spacing w:line="240" w:lineRule="auto"/>
        <w:ind w:left="720"/>
      </w:pPr>
      <w:r/>
      <w:hyperlink r:id="rId13">
        <w:r>
          <w:rPr>
            <w:color w:val="0000EE"/>
            <w:u w:val="single"/>
          </w:rPr>
          <w:t>https://bristolpride.co.uk/main-stage-23/</w:t>
        </w:r>
      </w:hyperlink>
      <w:r>
        <w:t xml:space="preserve"> - The Main Stage at Bristol Pride 2023 featured headliner Jake Shears, frontman of Scissor Sisters, and Afternoon Legends performer Natalie Imbruglia. The festival aimed to keep Pride accessible for everyone, offering a range of activities and performances without high ticket prices.</w:t>
      </w:r>
      <w:r/>
    </w:p>
    <w:p>
      <w:pPr>
        <w:pStyle w:val="ListNumber"/>
        <w:spacing w:line="240" w:lineRule="auto"/>
        <w:ind w:left="720"/>
      </w:pPr>
      <w:r/>
      <w:hyperlink r:id="rId11">
        <w:r>
          <w:rPr>
            <w:color w:val="0000EE"/>
            <w:u w:val="single"/>
          </w:rPr>
          <w:t>https://bristolpride.co.uk/parade/</w:t>
        </w:r>
      </w:hyperlink>
      <w:r>
        <w:t xml:space="preserve"> - The Bristol Pride Parade in 2023 gathered participants at Castle Park by St Peter's Church at 10:30 am, departing at 11 am. The route was approximately two miles long, taking just under an hour to complete, ending at the Harbourside where shuttle buses were available to The Downs.</w:t>
      </w:r>
      <w:r/>
    </w:p>
    <w:p>
      <w:pPr>
        <w:pStyle w:val="ListNumber"/>
        <w:spacing w:line="240" w:lineRule="auto"/>
        <w:ind w:left="720"/>
      </w:pPr>
      <w:r/>
      <w:hyperlink r:id="rId12">
        <w:r>
          <w:rPr>
            <w:color w:val="0000EE"/>
            <w:u w:val="single"/>
          </w:rPr>
          <w:t>https://bristolpride.co.uk/events/pride-parade-march-2023/</w:t>
        </w:r>
      </w:hyperlink>
      <w:r>
        <w:t xml:space="preserve"> - The Bristol Pride Parade March 2023 took place on Saturday, 8 July, starting at the Band Stand end of Castle Park. The parade route traversed the city centre, culminating at the Amphitheatre, where shuttle buses transported attendees to The Downs for the festival.</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bristolpost.co.uk/whats-on/bristol-pride-day-thousands-set-11055310" TargetMode="External"/><Relationship Id="rId10" Type="http://schemas.openxmlformats.org/officeDocument/2006/relationships/hyperlink" Target="https://bristolpride.co.uk/pride-day-23/" TargetMode="External"/><Relationship Id="rId11" Type="http://schemas.openxmlformats.org/officeDocument/2006/relationships/hyperlink" Target="https://bristolpride.co.uk/parade/" TargetMode="External"/><Relationship Id="rId12" Type="http://schemas.openxmlformats.org/officeDocument/2006/relationships/hyperlink" Target="https://bristolpride.co.uk/events/pride-parade-march-2023/" TargetMode="External"/><Relationship Id="rId13" Type="http://schemas.openxmlformats.org/officeDocument/2006/relationships/hyperlink" Target="https://bristolpride.co.uk/main-stage-23/" TargetMode="External"/><Relationship Id="rId14" Type="http://schemas.openxmlformats.org/officeDocument/2006/relationships/hyperlink" Target="https://bristolpride.co.uk/events/pride-day-2023/" TargetMode="External"/><Relationship Id="rId15" Type="http://schemas.openxmlformats.org/officeDocument/2006/relationships/hyperlink" Target="https://bristolpride.co.uk/pride-da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