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Pride Events: Chipping Norton Pride Returns with "Love Out Loud" Celebration</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Shoppers and neighbours are flocking back to Chipping Norton as the town’s Pride festival returns for a fourth year on 25 July, bringing market stalls, performances and an evening of entertainment , a sunny, community-led celebration of inclusion that matters to residents and visitors alike.</w:t>
      </w:r>
      <w:r/>
    </w:p>
    <w:p>
      <w:r/>
      <w:r>
        <w:t>Essential Takeaways</w:t>
      </w:r>
      <w:r/>
      <w:r/>
    </w:p>
    <w:p>
      <w:pPr>
        <w:pStyle w:val="ListBullet"/>
        <w:spacing w:line="240" w:lineRule="auto"/>
        <w:ind w:left="720"/>
      </w:pPr>
      <w:r/>
      <w:r>
        <w:rPr>
          <w:b/>
        </w:rPr>
        <w:t>When and where:</w:t>
      </w:r>
      <w:r>
        <w:t xml:space="preserve"> Chipping Norton Pride runs 11am–5pm with daytime market stalls and performances, then continues 7pm–late at the town hall.</w:t>
      </w:r>
      <w:r/>
    </w:p>
    <w:p>
      <w:pPr>
        <w:pStyle w:val="ListBullet"/>
        <w:spacing w:line="240" w:lineRule="auto"/>
        <w:ind w:left="720"/>
      </w:pPr>
      <w:r/>
      <w:r>
        <w:rPr>
          <w:b/>
        </w:rPr>
        <w:t>Theme:</w:t>
      </w:r>
      <w:r>
        <w:t xml:space="preserve"> "Love Out Loud" celebrates growing local support and the town’s spirit of inclusivity.</w:t>
      </w:r>
      <w:r/>
    </w:p>
    <w:p>
      <w:pPr>
        <w:pStyle w:val="ListBullet"/>
        <w:spacing w:line="240" w:lineRule="auto"/>
        <w:ind w:left="720"/>
      </w:pPr>
      <w:r/>
      <w:r>
        <w:rPr>
          <w:b/>
        </w:rPr>
        <w:t>Community-led:</w:t>
      </w:r>
      <w:r>
        <w:t xml:space="preserve"> Organised by a local committee, the festival mixes family-friendly activities with evening entertainment, a raffle and market traders.</w:t>
      </w:r>
      <w:r/>
    </w:p>
    <w:p>
      <w:pPr>
        <w:pStyle w:val="ListBullet"/>
        <w:spacing w:line="240" w:lineRule="auto"/>
        <w:ind w:left="720"/>
      </w:pPr>
      <w:r/>
      <w:r>
        <w:rPr>
          <w:b/>
        </w:rPr>
        <w:t>Local artwork:</w:t>
      </w:r>
      <w:r>
        <w:t xml:space="preserve"> Original art and merchandise by Chipping Norton illustrator Luke Embden will be on show and for sale.</w:t>
      </w:r>
      <w:r/>
    </w:p>
    <w:p>
      <w:pPr>
        <w:pStyle w:val="ListBullet"/>
        <w:spacing w:line="240" w:lineRule="auto"/>
        <w:ind w:left="720"/>
      </w:pPr>
      <w:r/>
      <w:r>
        <w:rPr>
          <w:b/>
        </w:rPr>
        <w:t>Welcoming tone:</w:t>
      </w:r>
      <w:r>
        <w:t xml:space="preserve"> Town mayor and organisers highlight visibility, allyship and a joyful atmosphere.</w:t>
      </w:r>
      <w:r/>
      <w:r/>
    </w:p>
    <w:p>
      <w:pPr>
        <w:pStyle w:val="Heading2"/>
      </w:pPr>
      <w:r>
        <w:t>A louder, brighter Pride back on the High Street</w:t>
      </w:r>
      <w:r/>
    </w:p>
    <w:p>
      <w:r/>
      <w:r>
        <w:t>Expect a warm, bustling daytime scene when Chipping Norton Pride returns; the market stalls mean hands-on browsing, the performances promise live colour, and there’s a raffle to keep things lively. Sean Vassen, chair of Chipping Norton Pride, says the aim is to make the event “more vibrant, more inclusive and more joyful than ever”, and you can feel that ambition in the schedule and community energy. If you like neighbourhood festivals with a friendly, unpressurised vibe, this one fits the bill.</w:t>
      </w:r>
      <w:r/>
    </w:p>
    <w:p>
      <w:pPr>
        <w:pStyle w:val="Heading2"/>
      </w:pPr>
      <w:r>
        <w:t>Why "Love Out Loud" matters in a small town</w:t>
      </w:r>
      <w:r/>
    </w:p>
    <w:p>
      <w:r/>
      <w:r>
        <w:t>The theme is straightforward and effective , Love Out Loud highlights both celebration and visibility. Sandra Coleman, the town’s mayor, frames the event as a chance to bring people from across town and the surrounding area together, and to show public support for LGBTQIA+ residents. Small-town Pride events can feel especially meaningful because they turn everyday streets into places of affirmation; for many attendees, that visibility is the point.</w:t>
      </w:r>
      <w:r/>
    </w:p>
    <w:p>
      <w:pPr>
        <w:pStyle w:val="Heading2"/>
      </w:pPr>
      <w:r>
        <w:t>Family-friendly by day, party-ready by night</w:t>
      </w:r>
      <w:r/>
    </w:p>
    <w:p>
      <w:r/>
      <w:r>
        <w:t>The day programme runs until 5pm and is pitched at everyone: families, older residents, allies and LGBTQIA+ community members. Expect stalls selling crafts, food and Pride merchandise, plus performances that keep the mood upbeat and accessible. Then, from 7pm the town hall hosts an evening of entertainment , a shift that lets the event cover both gentle daytime socialising and later-night community celebration. It’s a smart layout for people who want to join in at whatever tempo suits them.</w:t>
      </w:r>
      <w:r/>
    </w:p>
    <w:p>
      <w:pPr>
        <w:pStyle w:val="Heading2"/>
      </w:pPr>
      <w:r>
        <w:t>Local makers and artists put their stamp on it</w:t>
      </w:r>
      <w:r/>
    </w:p>
    <w:p>
      <w:r/>
      <w:r>
        <w:t>Chipping Norton illustrator Luke Embden has produced original art and merchandise for the festival, which gives the event a distinctive local character. Buying a print or a T‑shirt is a small, tangible way to support creative talent and take a keepsake home. Community-driven art also signals that this Pride is rooted in the town , not an outside production , which helps conversations about inclusion feel more personal and sustained.</w:t>
      </w:r>
      <w:r/>
    </w:p>
    <w:p>
      <w:pPr>
        <w:pStyle w:val="Heading2"/>
      </w:pPr>
      <w:r>
        <w:t>Practical tips for visitors</w:t>
      </w:r>
      <w:r/>
    </w:p>
    <w:p>
      <w:r/>
      <w:r>
        <w:t>Arrive early if you want the best of the daytime markets and a relaxed chance to see performances. If you’re bringing kids, the daytime programme is the natural window; the evening at the town hall is better for adults or older teens. Take cash as well as card for small traders, and keep an eye on local transport or parking plans , towns can fill up fast on event days. And if you’re unsure what to expect, remember this is built as a welcoming space: go with curiosity and an open smile.</w:t>
      </w:r>
      <w:r/>
    </w:p>
    <w:p>
      <w:r/>
      <w:r>
        <w:t>It's a small change that can make every visit feel like a celebration of community and belonging.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1">
        <w:r>
          <w:rPr>
            <w:color w:val="0000EE"/>
            <w:u w:val="single"/>
          </w:rPr>
          <w:t>[6]</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https://www.oxfordmail.co.uk/news/26268960.chipping-norton-pride-returns-fourth-year-july-25/?ref=rss</w:t>
        </w:r>
      </w:hyperlink>
      <w:r>
        <w:t xml:space="preserve"> - Please view link - unable to able to access data</w:t>
      </w:r>
      <w:r/>
    </w:p>
    <w:p>
      <w:pPr>
        <w:pStyle w:val="ListNumber"/>
        <w:spacing w:line="240" w:lineRule="auto"/>
        <w:ind w:left="720"/>
      </w:pPr>
      <w:r/>
      <w:hyperlink r:id="rId10">
        <w:r>
          <w:rPr>
            <w:color w:val="0000EE"/>
            <w:u w:val="single"/>
          </w:rPr>
          <w:t>https://www.chippingnorton-tc.gov.uk/event/chipping-norton-pride-01-june-24/</w:t>
        </w:r>
      </w:hyperlink>
      <w:r>
        <w:t xml:space="preserve"> - The Chipping Norton Town Council announced the Chipping Norton Pride event scheduled for 1 June 2024. The event aims to celebrate the community's diversity and individuality, featuring performances, music, and arts. The theme for 2024 is 'Express Yourself,' focusing on liberation and equality. The event will take place at the Town Hall and topside car park, with food and drink stalls, a craft fair, and entertainment throughout the day, followed by a Pride party in the Town Hall. (</w:t>
      </w:r>
      <w:hyperlink r:id="rId13">
        <w:r>
          <w:rPr>
            <w:color w:val="0000EE"/>
            <w:u w:val="single"/>
          </w:rPr>
          <w:t>chippingnorton-tc.gov.uk</w:t>
        </w:r>
      </w:hyperlink>
      <w:r>
        <w:t>)</w:t>
      </w:r>
      <w:r/>
    </w:p>
    <w:p>
      <w:pPr>
        <w:pStyle w:val="ListNumber"/>
        <w:spacing w:line="240" w:lineRule="auto"/>
        <w:ind w:left="720"/>
      </w:pPr>
      <w:r/>
      <w:hyperlink r:id="rId12">
        <w:r>
          <w:rPr>
            <w:color w:val="0000EE"/>
            <w:u w:val="single"/>
          </w:rPr>
          <w:t>https://www.chippingnorton-tc.gov.uk/newsletter-june-2024/</w:t>
        </w:r>
      </w:hyperlink>
      <w:r>
        <w:t xml:space="preserve"> - The Chipping Norton Town Council's June 2024 newsletter highlights the success of Chipping Norton Pride 2024, themed 'Express Yourself.' The event was praised for its inclusivity, diversity, and love, with hundreds attending. The Town Hall featured drinks bars, refreshments, and entertainment, with the Pride Flag raised at 10 am to mark the start of the event. (</w:t>
      </w:r>
      <w:hyperlink r:id="rId14">
        <w:r>
          <w:rPr>
            <w:color w:val="0000EE"/>
            <w:u w:val="single"/>
          </w:rPr>
          <w:t>chippingnorton-tc.gov.uk</w:t>
        </w:r>
      </w:hyperlink>
      <w:r>
        <w:t>)</w:t>
      </w:r>
      <w:r/>
    </w:p>
    <w:p>
      <w:pPr>
        <w:pStyle w:val="ListNumber"/>
        <w:spacing w:line="240" w:lineRule="auto"/>
        <w:ind w:left="720"/>
      </w:pPr>
      <w:r/>
      <w:hyperlink r:id="rId15">
        <w:r>
          <w:rPr>
            <w:color w:val="0000EE"/>
            <w:u w:val="single"/>
          </w:rPr>
          <w:t>https://www.thebranchtrust.org/</w:t>
        </w:r>
      </w:hyperlink>
      <w:r>
        <w:t xml:space="preserve"> - The Branch Community Hub in Chipping Norton offers various community groups and events, including the Connect Café, which runs every Tuesday during term time. The hub focuses on building hope and transforming lives through community engagement and support. (</w:t>
      </w:r>
      <w:hyperlink r:id="rId16">
        <w:r>
          <w:rPr>
            <w:color w:val="0000EE"/>
            <w:u w:val="single"/>
          </w:rPr>
          <w:t>thebranchtrust.org</w:t>
        </w:r>
      </w:hyperlink>
      <w:r>
        <w:t>)</w:t>
      </w:r>
      <w:r/>
    </w:p>
    <w:p>
      <w:pPr>
        <w:pStyle w:val="ListNumber"/>
        <w:spacing w:line="240" w:lineRule="auto"/>
        <w:ind w:left="720"/>
      </w:pPr>
      <w:r/>
      <w:hyperlink r:id="rId17">
        <w:r>
          <w:rPr>
            <w:color w:val="0000EE"/>
            <w:u w:val="single"/>
          </w:rPr>
          <w:t>https://www.attitude.co.uk/culture/chipping-norton-pride-returns-for-second-year-with-drag-djs-and-more-465623/</w:t>
        </w:r>
      </w:hyperlink>
      <w:r>
        <w:t xml:space="preserve"> - Attitude magazine reports on Chipping Norton Pride's return for its second year in 2024, featuring drag performances, DJs, and an abundance of camp fun. The event aims to bring the town alive with creativity and focus on liberation and equality. The main event is scheduled for 1 June 2024, with a Pride makeover of the town starting on 18 May. (</w:t>
      </w:r>
      <w:hyperlink r:id="rId18">
        <w:r>
          <w:rPr>
            <w:color w:val="0000EE"/>
            <w:u w:val="single"/>
          </w:rPr>
          <w:t>attitude.co.uk</w:t>
        </w:r>
      </w:hyperlink>
      <w:r>
        <w:t>)</w:t>
      </w:r>
      <w:r/>
    </w:p>
    <w:p>
      <w:pPr>
        <w:pStyle w:val="ListNumber"/>
        <w:spacing w:line="240" w:lineRule="auto"/>
        <w:ind w:left="720"/>
      </w:pPr>
      <w:r/>
      <w:hyperlink r:id="rId11">
        <w:r>
          <w:rPr>
            <w:color w:val="0000EE"/>
            <w:u w:val="single"/>
          </w:rPr>
          <w:t>https://www.chippingnortonpride.org.uk/aboutchippingnortonpride</w:t>
        </w:r>
      </w:hyperlink>
      <w:r>
        <w:t xml:space="preserve"> - Chipping Norton Pride is dedicated to supporting and empowering the LGBTQIA+ community in Chipping Norton and surrounding areas. Their mission includes fostering acceptance, equality, raising awareness, and building a supportive network for all individuals, regardless of sexual orientation or gender identity. They offer advice, advocacy, education, and events, with the next Pride event scheduled for Saturday, 25 July 2026. (</w:t>
      </w:r>
      <w:hyperlink r:id="rId19">
        <w:r>
          <w:rPr>
            <w:color w:val="0000EE"/>
            <w:u w:val="single"/>
          </w:rPr>
          <w:t>chippingnortonpride.org.uk</w:t>
        </w:r>
      </w:hyperlink>
      <w:r>
        <w:t>)</w:t>
      </w:r>
      <w:r/>
    </w:p>
    <w:p>
      <w:pPr>
        <w:pStyle w:val="ListNumber"/>
        <w:spacing w:line="240" w:lineRule="auto"/>
        <w:ind w:left="720"/>
      </w:pPr>
      <w:r/>
      <w:hyperlink r:id="rId20">
        <w:r>
          <w:rPr>
            <w:color w:val="0000EE"/>
            <w:u w:val="single"/>
          </w:rPr>
          <w:t>https://oxfordpride.uk/oxford-pride-2024/</w:t>
        </w:r>
      </w:hyperlink>
      <w:r>
        <w:t xml:space="preserve"> - Oxford Pride 2024, themed 'One City - One Pride: Embrace Your Rainbow,' took place on 8 June 2024. The event featured three live stages, an accessible viewing area in the Castle Quarter, and live acts broadcast on a big screen in Paradise Square Gardens. The Pride Guide 2024 provides detailed information about the event's schedule and performers. (</w:t>
      </w:r>
      <w:hyperlink r:id="rId21">
        <w:r>
          <w:rPr>
            <w:color w:val="0000EE"/>
            <w:u w:val="single"/>
          </w:rPr>
          <w:t>oxfordpride.uk</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xfordmail.co.uk/news/26268960.chipping-norton-pride-returns-fourth-year-july-25/?ref=rss" TargetMode="External"/><Relationship Id="rId10" Type="http://schemas.openxmlformats.org/officeDocument/2006/relationships/hyperlink" Target="https://www.chippingnorton-tc.gov.uk/event/chipping-norton-pride-01-june-24/" TargetMode="External"/><Relationship Id="rId11" Type="http://schemas.openxmlformats.org/officeDocument/2006/relationships/hyperlink" Target="https://www.chippingnortonpride.org.uk/aboutchippingnortonpride" TargetMode="External"/><Relationship Id="rId12" Type="http://schemas.openxmlformats.org/officeDocument/2006/relationships/hyperlink" Target="https://www.chippingnorton-tc.gov.uk/newsletter-june-2024/" TargetMode="External"/><Relationship Id="rId13" Type="http://schemas.openxmlformats.org/officeDocument/2006/relationships/hyperlink" Target="https://www.chippingnorton-tc.gov.uk/event/chipping-norton-pride-01-june-24/?utm_source=openai" TargetMode="External"/><Relationship Id="rId14" Type="http://schemas.openxmlformats.org/officeDocument/2006/relationships/hyperlink" Target="https://www.chippingnorton-tc.gov.uk/newsletter-june-2024/?utm_source=openai" TargetMode="External"/><Relationship Id="rId15" Type="http://schemas.openxmlformats.org/officeDocument/2006/relationships/hyperlink" Target="https://www.thebranchtrust.org/" TargetMode="External"/><Relationship Id="rId16" Type="http://schemas.openxmlformats.org/officeDocument/2006/relationships/hyperlink" Target="https://www.thebranchtrust.org/?utm_source=openai" TargetMode="External"/><Relationship Id="rId17" Type="http://schemas.openxmlformats.org/officeDocument/2006/relationships/hyperlink" Target="https://www.attitude.co.uk/culture/chipping-norton-pride-returns-for-second-year-with-drag-djs-and-more-465623/" TargetMode="External"/><Relationship Id="rId18" Type="http://schemas.openxmlformats.org/officeDocument/2006/relationships/hyperlink" Target="https://www.attitude.co.uk/culture/chipping-norton-pride-returns-for-second-year-with-drag-djs-and-more-465623/?utm_source=openai" TargetMode="External"/><Relationship Id="rId19" Type="http://schemas.openxmlformats.org/officeDocument/2006/relationships/hyperlink" Target="https://www.chippingnortonpride.org.uk/aboutchippingnortonpride?utm_source=openai" TargetMode="External"/><Relationship Id="rId20" Type="http://schemas.openxmlformats.org/officeDocument/2006/relationships/hyperlink" Target="https://oxfordpride.uk/oxford-pride-2024/" TargetMode="External"/><Relationship Id="rId21" Type="http://schemas.openxmlformats.org/officeDocument/2006/relationships/hyperlink" Target="https://oxfordpride.uk/oxford-pride-2024/?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