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Lesbian Herpes Advice: Facts, Disclosure Tips and Dating Confidence</w:t>
      </w:r>
      <w:r/>
    </w:p>
    <w:p>
      <w:r/>
      <w:r/>
    </w:p>
    <w:p>
      <w:r>
        <w:drawing>
          <wp:inline xmlns:a="http://schemas.openxmlformats.org/drawingml/2006/main" xmlns:pic="http://schemas.openxmlformats.org/drawingml/2006/picture">
            <wp:extent cx="5080000" cy="2847033"/>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847033"/>
                    </a:xfrm>
                    <a:prstGeom prst="rect"/>
                  </pic:spPr>
                </pic:pic>
              </a:graphicData>
            </a:graphic>
          </wp:inline>
        </w:drawing>
      </w:r>
    </w:p>
    <w:p>
      <w:r/>
      <w:r>
        <w:rPr>
          <w:b/>
        </w:rPr>
        <w:t>Shoppers are turning to honest conversations about herpes , and that matters. This guide helps women who date women separate myth from fact, explains how HSV spreads in same-sex relationships, and offers practical disclosure tips and confidence-building advice for healthier, happier dating.</w:t>
      </w:r>
      <w:r/>
    </w:p>
    <w:p>
      <w:r/>
      <w:r>
        <w:t>Essential Takeaways</w:t>
      </w:r>
      <w:r/>
      <w:r/>
    </w:p>
    <w:p>
      <w:pPr>
        <w:pStyle w:val="ListBullet"/>
        <w:spacing w:line="240" w:lineRule="auto"/>
        <w:ind w:left="720"/>
      </w:pPr>
      <w:r/>
      <w:r>
        <w:rPr>
          <w:b/>
        </w:rPr>
        <w:t>Herpes risk exists:</w:t>
      </w:r>
      <w:r>
        <w:t xml:space="preserve"> HSV transmits through skin-to-skin and oral contact, so lesbians are not immune.</w:t>
      </w:r>
      <w:r/>
    </w:p>
    <w:p>
      <w:pPr>
        <w:pStyle w:val="ListBullet"/>
        <w:spacing w:line="240" w:lineRule="auto"/>
        <w:ind w:left="720"/>
      </w:pPr>
      <w:r/>
      <w:r>
        <w:rPr>
          <w:b/>
        </w:rPr>
        <w:t>Testing matters:</w:t>
      </w:r>
      <w:r>
        <w:t xml:space="preserve"> Routine sexual-health checks and talking history reduce uncertainty and anxiety.</w:t>
      </w:r>
      <w:r/>
    </w:p>
    <w:p>
      <w:pPr>
        <w:pStyle w:val="ListBullet"/>
        <w:spacing w:line="240" w:lineRule="auto"/>
        <w:ind w:left="720"/>
      </w:pPr>
      <w:r/>
      <w:r>
        <w:rPr>
          <w:b/>
        </w:rPr>
        <w:t>Disclosure works:</w:t>
      </w:r>
      <w:r>
        <w:t xml:space="preserve"> Calm, factual conversations usually strengthen trust rather than end relationships.</w:t>
      </w:r>
      <w:r/>
    </w:p>
    <w:p>
      <w:pPr>
        <w:pStyle w:val="ListBullet"/>
        <w:spacing w:line="240" w:lineRule="auto"/>
        <w:ind w:left="720"/>
      </w:pPr>
      <w:r/>
      <w:r>
        <w:rPr>
          <w:b/>
        </w:rPr>
        <w:t>Practical management:</w:t>
      </w:r>
      <w:r>
        <w:t xml:space="preserve"> Outbreak control, antivirals and safer-sex measures cut transmission risk and ease worry.</w:t>
      </w:r>
      <w:r/>
    </w:p>
    <w:p>
      <w:pPr>
        <w:pStyle w:val="ListBullet"/>
        <w:spacing w:line="240" w:lineRule="auto"/>
        <w:ind w:left="720"/>
      </w:pPr>
      <w:r/>
      <w:r>
        <w:rPr>
          <w:b/>
        </w:rPr>
        <w:t>Community helps:</w:t>
      </w:r>
      <w:r>
        <w:t xml:space="preserve"> Peer groups and reliable resources make emotional recovery and dating confidence easier.</w:t>
      </w:r>
      <w:r/>
      <w:r/>
    </w:p>
    <w:p>
      <w:pPr>
        <w:pStyle w:val="Heading2"/>
      </w:pPr>
      <w:r>
        <w:t>Herpes isn’t a straight‑only problem , the facts are tactile</w:t>
      </w:r>
      <w:r/>
    </w:p>
    <w:p>
      <w:r/>
      <w:r>
        <w:t>Start with touch: herpes spreads by direct skin-to-skin contact, including oral-genital and genital-genital contact, so sexual orientation doesn’t change biology. Medical reviews and sexual-health resources make this plain, and that clarity is a relief , the risk pathways are explainable, not mysterious. If you’re surprised by that, you’re not alone; myths persist because public health messaging has often focused on heterosexual transmission. The practical upshot is simple: if you’re sexually active, consider testing and learn how HSV is transmitted.</w:t>
      </w:r>
      <w:r/>
    </w:p>
    <w:p>
      <w:pPr>
        <w:pStyle w:val="Heading2"/>
      </w:pPr>
      <w:r>
        <w:t>Why stigma sticks , and how knowledge chips it away</w:t>
      </w:r>
      <w:r/>
    </w:p>
    <w:p>
      <w:r/>
      <w:r>
        <w:t>Stigma thrives on silence and guesswork, and many women have internalised the idea that herpes signals moral failure or unsuitability as a partner. Public health organisations, including sexual-health charities, emphasise that herpes is a common viral infection and not a reflection of hygiene or character. Learning accurate facts , for instance, how frequently asymptomatic viral shedding can happen and what lowers transmission risk , turns fear into manageable choices. That shift in mindset often leads straight to better conversations with partners.</w:t>
      </w:r>
      <w:r/>
    </w:p>
    <w:p>
      <w:pPr>
        <w:pStyle w:val="Heading2"/>
      </w:pPr>
      <w:r>
        <w:t>Practical disclosure tips that actually help</w:t>
      </w:r>
      <w:r/>
    </w:p>
    <w:p>
      <w:r/>
      <w:r>
        <w:t>Telling someone you have HSV feels big, but approach makes the difference. Pick a calm private setting, bring clear, evidence-based info, and frame the talk as a health conversation, not a confession. It helps to explain transmission routes, discuss outbreak management, and mention prevention options like antiviral therapy or barrier methods for specific activities. Many people in support communities report the conversation is less fraught than they feared , honesty tends to be met with questions, not condemnation.</w:t>
      </w:r>
      <w:r/>
    </w:p>
    <w:p>
      <w:pPr>
        <w:pStyle w:val="Heading2"/>
      </w:pPr>
      <w:r>
        <w:t>Managing sex life and reducing transmission risk</w:t>
      </w:r>
      <w:r/>
    </w:p>
    <w:p>
      <w:r/>
      <w:r>
        <w:t>There are practical steps you can take right away. Antiviral medication reduces the frequency and severity of outbreaks and can lower transmission probability; avoiding sexual contact during active sores and using barriers for oral play can further cut risk. Routine testing and open discussion about sexual histories lets both partners make informed choices. Healthcare providers and resources from sexual-health organisations offer clear guidance, so use them , they turn abstract risks into concrete actions.</w:t>
      </w:r>
      <w:r/>
    </w:p>
    <w:p>
      <w:pPr>
        <w:pStyle w:val="Heading2"/>
      </w:pPr>
      <w:r>
        <w:t>Confidence, dating, and relationships after diagnosis</w:t>
      </w:r>
      <w:r/>
    </w:p>
    <w:p>
      <w:r/>
      <w:r>
        <w:t>Many women find that self-assurance is the single most attractive quality after diagnosis. Focusing on personality, compatibility and shared values usually matters more than medical details. Couples who navigate HSV successfully highlight respect, clear communication and mutual consent as the cornerstones of their relationship. Joining peer groups or reading reputable sources can restore perspective and help you practise your disclosure script, so when you do date again you’ll feel more grounded and genuine.</w:t>
      </w:r>
      <w:r/>
    </w:p>
    <w:p>
      <w:pPr>
        <w:pStyle w:val="Heading2"/>
      </w:pPr>
      <w:r>
        <w:t>Where to get reliable support and information</w:t>
      </w:r>
      <w:r/>
    </w:p>
    <w:p>
      <w:r/>
      <w:r>
        <w:t>Trustworthy sources make a big difference: sexual-health clinics, Planned Parenthood, the CDC, and established charities provide evidence-based facts and practical advice. Peer support , local LGBTQ+ health centres or online communities , offers emotional solidarity and real-life perspectives. Combining professional guidance with community experience gives both the clinical information and the human stories that reduce loneliness and build resilience.</w:t>
      </w:r>
      <w:r/>
    </w:p>
    <w:p>
      <w:r/>
      <w:r>
        <w:t>It's a small change that can make every conversation feel safer and every relationship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11">
        <w:r>
          <w:rPr>
            <w:color w:val="0000EE"/>
            <w:u w:val="single"/>
          </w:rPr>
          <w:t>[4]</w:t>
        </w:r>
      </w:hyperlink>
      <w:r>
        <w:t xml:space="preserve">, </w:t>
      </w:r>
      <w:hyperlink r:id="rId14">
        <w:r>
          <w:rPr>
            <w:color w:val="0000EE"/>
            <w:u w:val="single"/>
          </w:rPr>
          <w:t>[7]</w:t>
        </w:r>
      </w:hyperlink>
      <w:r>
        <w:t xml:space="preserve">- Paragraph 4: </w:t>
      </w:r>
      <w:hyperlink r:id="rId12">
        <w:r>
          <w:rPr>
            <w:color w:val="0000EE"/>
            <w:u w:val="single"/>
          </w:rPr>
          <w:t>[5]</w:t>
        </w:r>
      </w:hyperlink>
      <w:r>
        <w:t xml:space="preserve">, </w:t>
      </w:r>
      <w:hyperlink r:id="rId15">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[7]</w:t>
        </w:r>
      </w:hyperlink>
      <w:r>
        <w:t xml:space="preserve">- Paragraph 6: </w:t>
      </w:r>
      <w:hyperlink r:id="rId11">
        <w:r>
          <w:rPr>
            <w:color w:val="0000EE"/>
            <w:u w:val="single"/>
          </w:rPr>
          <w:t>[4]</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https://www.hsvbuddies.com/blog/lesbian-herpes-myths/</w:t>
        </w:r>
      </w:hyperlink>
      <w:r>
        <w:t xml:space="preserve"> - Please view link - unable to able to access data</w:t>
      </w:r>
      <w:r/>
    </w:p>
    <w:p>
      <w:pPr>
        <w:pStyle w:val="ListNumber"/>
        <w:spacing w:line="240" w:lineRule="auto"/>
        <w:ind w:left="720"/>
      </w:pPr>
      <w:r/>
      <w:hyperlink r:id="rId10">
        <w:r>
          <w:rPr>
            <w:color w:val="0000EE"/>
            <w:u w:val="single"/>
          </w:rPr>
          <w:t>https://www.medicalnewstoday.com/articles/top-stds-among-lesbians</w:t>
        </w:r>
      </w:hyperlink>
      <w:r>
        <w:t xml:space="preserve"> - This article discusses the prevalence of sexually transmitted infections (STIs) among lesbian and bisexual women, highlighting that they are at risk for various STIs, including herpes. It emphasizes that STIs can be transmitted through direct skin-to-skin contact, such as oral-vaginal contact, and underscores the importance of regular testing and safe sexual practices to reduce the risk of transmission.</w:t>
      </w:r>
      <w:r/>
    </w:p>
    <w:p>
      <w:pPr>
        <w:pStyle w:val="ListNumber"/>
        <w:spacing w:line="240" w:lineRule="auto"/>
        <w:ind w:left="720"/>
      </w:pPr>
      <w:r/>
      <w:hyperlink r:id="rId13">
        <w:r>
          <w:rPr>
            <w:color w:val="0000EE"/>
            <w:u w:val="single"/>
          </w:rPr>
          <w:t>https://www.ncbi.nlm.nih.gov/sites/books/NBK45095/</w:t>
        </w:r>
      </w:hyperlink>
      <w:r>
        <w:t xml:space="preserve"> - This resource from the National Center for Biotechnology Information examines the health status and risks for lesbians, noting that while classical STDs like syphilis, gonorrhea, and chlamydia are rare among women who have sex only with women, infections such as HPV and bacterial vaginosis are common. It also highlights the prevalence of herpes simplex virus (HSV) among lesbians, including those who have never had sex with men, indicating that HSV can be transmitted through skin-to-skin contact regardless of sexual orientation.</w:t>
      </w:r>
      <w:r/>
    </w:p>
    <w:p>
      <w:pPr>
        <w:pStyle w:val="ListNumber"/>
        <w:spacing w:line="240" w:lineRule="auto"/>
        <w:ind w:left="720"/>
      </w:pPr>
      <w:r/>
      <w:hyperlink r:id="rId11">
        <w:r>
          <w:rPr>
            <w:color w:val="0000EE"/>
            <w:u w:val="single"/>
          </w:rPr>
          <w:t>https://www.ashasexualhealth.org/herpes/</w:t>
        </w:r>
      </w:hyperlink>
      <w:r>
        <w:t xml:space="preserve"> - The American Sexual Health Association provides comprehensive information about herpes, explaining that it is a common infection caused by the herpes simplex virus (HSV). The article details how herpes is transmitted through direct skin-to-skin contact, including kissing and sexual activities, and emphasizes that anyone who has ever had any type of sex can get genital herpes, regardless of sexual orientation.</w:t>
      </w:r>
      <w:r/>
    </w:p>
    <w:p>
      <w:pPr>
        <w:pStyle w:val="ListNumber"/>
        <w:spacing w:line="240" w:lineRule="auto"/>
        <w:ind w:left="720"/>
      </w:pPr>
      <w:r/>
      <w:hyperlink r:id="rId12">
        <w:r>
          <w:rPr>
            <w:color w:val="0000EE"/>
            <w:u w:val="single"/>
          </w:rPr>
          <w:t>https://www.ashasexualhealth.org/five-things-you-should-know-about-herpes/</w:t>
        </w:r>
      </w:hyperlink>
      <w:r>
        <w:t xml:space="preserve"> - This article from the American Sexual Health Association outlines key facts about herpes, including that it is passed through direct skin-to-skin contact, such as kissing, oral, anal, and vaginal sex, and genital-to-genital rubbing. It also notes that herpes can be spread even when there are no obvious symptoms present, highlighting the importance of understanding transmission methods to reduce the risk of infection.</w:t>
      </w:r>
      <w:r/>
    </w:p>
    <w:p>
      <w:pPr>
        <w:pStyle w:val="ListNumber"/>
        <w:spacing w:line="240" w:lineRule="auto"/>
        <w:ind w:left="720"/>
      </w:pPr>
      <w:r/>
      <w:hyperlink r:id="rId15">
        <w:r>
          <w:rPr>
            <w:color w:val="0000EE"/>
            <w:u w:val="single"/>
          </w:rPr>
          <w:t>https://www.healthline.com/health/can-you-get-herpes-from-kissing</w:t>
        </w:r>
      </w:hyperlink>
      <w:r>
        <w:t xml:space="preserve"> - Healthline addresses the possibility of contracting herpes from kissing, explaining that herpes can spread through skin-to-skin contact, including kissing and engaging in oral sex with someone who has the virus. The article also discusses the risk of transmission when symptoms are not present and provides information on prevention and treatment options.</w:t>
      </w:r>
      <w:r/>
    </w:p>
    <w:p>
      <w:pPr>
        <w:pStyle w:val="ListNumber"/>
        <w:spacing w:line="240" w:lineRule="auto"/>
        <w:ind w:left="720"/>
      </w:pPr>
      <w:r/>
      <w:hyperlink r:id="rId14">
        <w:r>
          <w:rPr>
            <w:color w:val="0000EE"/>
            <w:u w:val="single"/>
          </w:rPr>
          <w:t>https://www.herpes.com/Transmission/</w:t>
        </w:r>
      </w:hyperlink>
      <w:r>
        <w:t xml:space="preserve"> - This resource provides information on herpes transmission, explaining that the virus is spread by direct skin-to-skin contact. It details how herpes can be transmitted through activities such as kissing, oral sex, and genital intercourse, and notes that herpes is most easily spread when a sore is present, but can also be transmitted at other times.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svbuddies.com/blog/lesbian-herpes-myths/" TargetMode="External"/><Relationship Id="rId10" Type="http://schemas.openxmlformats.org/officeDocument/2006/relationships/hyperlink" Target="https://www.medicalnewstoday.com/articles/top-stds-among-lesbians" TargetMode="External"/><Relationship Id="rId11" Type="http://schemas.openxmlformats.org/officeDocument/2006/relationships/hyperlink" Target="https://www.ashasexualhealth.org/herpes/" TargetMode="External"/><Relationship Id="rId12" Type="http://schemas.openxmlformats.org/officeDocument/2006/relationships/hyperlink" Target="https://www.ashasexualhealth.org/five-things-you-should-know-about-herpes/" TargetMode="External"/><Relationship Id="rId13" Type="http://schemas.openxmlformats.org/officeDocument/2006/relationships/hyperlink" Target="https://www.ncbi.nlm.nih.gov/sites/books/NBK45095/" TargetMode="External"/><Relationship Id="rId14" Type="http://schemas.openxmlformats.org/officeDocument/2006/relationships/hyperlink" Target="https://www.herpes.com/Transmission/" TargetMode="External"/><Relationship Id="rId15" Type="http://schemas.openxmlformats.org/officeDocument/2006/relationships/hyperlink" Target="https://www.healthline.com/health/can-you-get-herpes-from-kiss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