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Heartstopper Moments That Make the Queer Romance Feel Real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feel-good TV are flocking to Heartstopper Forever, as Kit Connor and Joe Locke defend why showing queer sex scenes matters , a sincere, grown-up turn for Nick and Charlie that gives the franchise a proper, heartfelt send-off.</w:t>
      </w:r>
      <w:r/>
    </w:p>
    <w:p>
      <w:r/>
      <w:r>
        <w:t>Essential Takeaways</w:t>
      </w:r>
      <w:r/>
      <w:r/>
    </w:p>
    <w:p>
      <w:pPr>
        <w:pStyle w:val="ListBullet"/>
        <w:spacing w:line="240" w:lineRule="auto"/>
        <w:ind w:left="720"/>
      </w:pPr>
      <w:r/>
      <w:r>
        <w:rPr>
          <w:b/>
        </w:rPr>
        <w:t>Actors' view:</w:t>
      </w:r>
      <w:r>
        <w:t xml:space="preserve"> Kit Connor and Joe Locke say the sex scenes felt necessary to show the characters' maturity and attraction.</w:t>
      </w:r>
      <w:r/>
    </w:p>
    <w:p>
      <w:pPr>
        <w:pStyle w:val="ListBullet"/>
        <w:spacing w:line="240" w:lineRule="auto"/>
        <w:ind w:left="720"/>
      </w:pPr>
      <w:r/>
      <w:r>
        <w:rPr>
          <w:b/>
        </w:rPr>
        <w:t>Tone:</w:t>
      </w:r>
      <w:r>
        <w:t xml:space="preserve"> The film keeps Heartstopper’s gentle, earnest vibe while allowing more adult moments.</w:t>
      </w:r>
      <w:r/>
    </w:p>
    <w:p>
      <w:pPr>
        <w:pStyle w:val="ListBullet"/>
        <w:spacing w:line="240" w:lineRule="auto"/>
        <w:ind w:left="720"/>
      </w:pPr>
      <w:r/>
      <w:r>
        <w:rPr>
          <w:b/>
        </w:rPr>
        <w:t>Representation:</w:t>
      </w:r>
      <w:r>
        <w:t xml:space="preserve"> The franchise continues to depict a range of queer identities , bisexual, asexual/aromantic, trans , in a positive light.</w:t>
      </w:r>
      <w:r/>
    </w:p>
    <w:p>
      <w:pPr>
        <w:pStyle w:val="ListBullet"/>
        <w:spacing w:line="240" w:lineRule="auto"/>
        <w:ind w:left="720"/>
      </w:pPr>
      <w:r/>
      <w:r>
        <w:rPr>
          <w:b/>
        </w:rPr>
        <w:t>Accessibility:</w:t>
      </w:r>
      <w:r>
        <w:t xml:space="preserve"> Netflix distribution means the film reaches audiences in places where queer stories are less visible.</w:t>
      </w:r>
      <w:r/>
    </w:p>
    <w:p>
      <w:pPr>
        <w:pStyle w:val="ListBullet"/>
        <w:spacing w:line="240" w:lineRule="auto"/>
        <w:ind w:left="720"/>
      </w:pPr>
      <w:r/>
      <w:r>
        <w:rPr>
          <w:b/>
        </w:rPr>
        <w:t>Practical:</w:t>
      </w:r>
      <w:r>
        <w:t xml:space="preserve"> Fans can stream Heartstopper Forever from Friday, 17 July; expect a more grown-up but still tender narrative.</w:t>
      </w:r>
      <w:r/>
      <w:r/>
    </w:p>
    <w:p>
      <w:pPr>
        <w:pStyle w:val="Heading2"/>
      </w:pPr>
      <w:r>
        <w:t>Why the stars pushed for honest moments , and what that changes</w:t>
      </w:r>
      <w:r/>
    </w:p>
    <w:p>
      <w:r/>
      <w:r>
        <w:t>Connor and Locke have both been clear: the intimate scenes aren’t gratuitous, they’re part of the characters’ emotional journey. That frankness gives the film a quieter dignity, a realism that feels soft rather than sensational. According to interviews, the choice came from a desire to show how two people move from teenage crushes to an adult relationship, and why that progression matters on screen.</w:t>
      </w:r>
      <w:r/>
    </w:p>
    <w:p>
      <w:r/>
      <w:r>
        <w:t>The shift is also a creative decision. After three seasons of deliberate, often delicately framed courtship, a film set years later opens space for more mature storytelling. Fans who fell for the shy grins and school corridors will recognise the same warmth, but the stakes feel a touch higher , in the best, most human way.</w:t>
      </w:r>
      <w:r/>
    </w:p>
    <w:p>
      <w:pPr>
        <w:pStyle w:val="Heading2"/>
      </w:pPr>
      <w:r>
        <w:t>How Heartstopper balances tenderness with realism</w:t>
      </w:r>
      <w:r/>
    </w:p>
    <w:p>
      <w:r/>
      <w:r>
        <w:t>Heartstopper’s strength has always been its earnest tone; it treats queer love with a soft touch rather than melodrama. The film reportedly maintains that balance, keeping scenes sensual but character-led, not spectacle-driven. That makes intimate moments feel like logical continuations of the characters’ arcs, not sudden outbursts.</w:t>
      </w:r>
      <w:r/>
    </w:p>
    <w:p>
      <w:r/>
      <w:r>
        <w:t>If you worry about explicitness, the emphasis is on emotional truth. The creative team appears to have chosen restraint where needed, aiming to normalise queer desire without exploiting it. For viewers who want representation that’s both authentic and tasteful, that’s a reassuring middle ground.</w:t>
      </w:r>
      <w:r/>
    </w:p>
    <w:p>
      <w:pPr>
        <w:pStyle w:val="Heading2"/>
      </w:pPr>
      <w:r>
        <w:t>What this means for representation on mainstream platforms</w:t>
      </w:r>
      <w:r/>
    </w:p>
    <w:p>
      <w:r/>
      <w:r>
        <w:t>Netflix’s global reach matters here. Even in countries where queer lives are marginalised, streaming means access to positive portrayals. The cast and creatives have pushed back against the idea that showing queer intimacy is inherently controversial, arguing instead that it’s part of a broader cultural normalisation.</w:t>
      </w:r>
      <w:r/>
    </w:p>
    <w:p>
      <w:r/>
      <w:r>
        <w:t>Heartstopper also keeps broad representation in view. Alongside Nick and Charlie, the story continues to show other identities and experiences , from asexuality to trans joy , which helps the film feel like a community story, not a single-issue drama.</w:t>
      </w:r>
      <w:r/>
    </w:p>
    <w:p>
      <w:pPr>
        <w:pStyle w:val="Heading2"/>
      </w:pPr>
      <w:r>
        <w:t>Fans, politics and the business of saying goodbye</w:t>
      </w:r>
      <w:r/>
    </w:p>
    <w:p>
      <w:r/>
      <w:r>
        <w:t>A film finale is always tricky: you want closure without disappointment. The decision to end the TV run with a movie was both practical and, some say, creatively freeing. The actors have denied rumours the series waned in popularity; instead, they frame the move as a deliberate, bigger final chapter.</w:t>
      </w:r>
      <w:r/>
    </w:p>
    <w:p>
      <w:r/>
      <w:r>
        <w:t>There’s also a political backdrop. In an era where queer stories are sometimes targeted, presenting an unapologetic but tender portrayal feels like a small act of defiance. For many viewers, Heartstopper has been escapism , and finishing with a grown-up story gives loyal fans the conclusion they’ve been waiting for.</w:t>
      </w:r>
      <w:r/>
    </w:p>
    <w:p>
      <w:pPr>
        <w:pStyle w:val="Heading2"/>
      </w:pPr>
      <w:r>
        <w:t>How to watch with different audiences , tips and etiquette</w:t>
      </w:r>
      <w:r/>
    </w:p>
    <w:p>
      <w:r/>
      <w:r>
        <w:t>If you’re planning a watch with younger fans or relatives, a quick heads-up conversation helps: explain the film continues the characters’ relationship into adulthood and contains intimate scenes handled sensitively. For parents, consider watching together and using it as a chance to talk about consent, emotions and healthy relationships. And for those introducing Heartstopper to friends, lead with its warmth , the sex scenes are part of the picture, not the whole of it.</w:t>
      </w:r>
      <w:r/>
    </w:p>
    <w:p>
      <w:r/>
      <w:r>
        <w:t>Heartstopper Forever lands on Netflix on Friday, 17 July; bring tissues, nostalgia and an open heart.</w:t>
      </w:r>
      <w:r/>
    </w:p>
    <w:p>
      <w:r/>
      <w:r>
        <w:t>It's a small change that can make every connection on screen feel a bit more real.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https://www.usmagazine.com/entertainment/news/heartstoppers-kit-connor-joe-locke-defend-queer-sex-scenes/</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https://www.theguardian.com/film/2026/jul/10/kit-connor-joe-locke-interview-heartstoppers-forever-queer-teen-drama-netflix</w:t>
        </w:r>
      </w:hyperlink>
      <w:r>
        <w:t xml:space="preserve"> - In an interview with The Guardian, Kit Connor and Joe Locke discuss the evolution of their characters, Nick and Charlie, in 'Heartstopper Forever'. They address the inclusion of intimate scenes, emphasizing their importance in portraying a realistic and mature relationship. Connor reflects on the growth of their characters and the necessity of depicting their attraction authentically. Locke concurs, stating that omitting such scenes would feel unnatural, highlighting the significance of showcasing love between two boys. The actors also touch upon the global reach of 'Heartstopper' and its impact on diverse audiences.</w:t>
      </w:r>
      <w:r/>
    </w:p>
    <w:p>
      <w:pPr>
        <w:pStyle w:val="ListNumber"/>
        <w:spacing w:line="240" w:lineRule="auto"/>
        <w:ind w:left="720"/>
      </w:pPr>
      <w:r/>
      <w:hyperlink r:id="rId11">
        <w:r>
          <w:rPr>
            <w:color w:val="0000EE"/>
            <w:u w:val="single"/>
          </w:rPr>
          <w:t>https://www.teenvogue.com/story/kit-connor-says-heartstopper-took-baby-steps-to-sex-scenes</w:t>
        </w:r>
      </w:hyperlink>
      <w:r>
        <w:t xml:space="preserve"> - Kit Connor discusses the gradual progression of intimate scenes in 'Heartstopper', describing them as 'baby steps'. He highlights the importance of portraying the characters' evolving relationship authentically, noting that the series has taken careful steps to depict intimacy appropriately. Connor reflects on the development of his character, Nick, and the careful consideration given to each scene to ensure it aligns with the characters' growth and the story's progression.</w:t>
      </w:r>
      <w:r/>
    </w:p>
    <w:p>
      <w:pPr>
        <w:pStyle w:val="ListNumber"/>
        <w:spacing w:line="240" w:lineRule="auto"/>
        <w:ind w:left="720"/>
      </w:pPr>
      <w:r/>
      <w:hyperlink r:id="rId12">
        <w:r>
          <w:rPr>
            <w:color w:val="0000EE"/>
            <w:u w:val="single"/>
          </w:rPr>
          <w:t>https://www.out.com/gay-tv-shows/heartstopper-season-3-sex-scenes-kit-connor-details-explained</w:t>
        </w:r>
      </w:hyperlink>
      <w:r>
        <w:t xml:space="preserve"> - Kit Connor shares insights into the handling of intimate scenes in 'Heartstopper' Season 3, describing them as 'really sweet &amp; tender'. He emphasizes that the focus is on the challenges of understanding readiness and the experiences of young queer individuals. Connor explains that the series approaches these scenes in a manner true to its essence, ensuring they resonate with the characters' journey and the audience's expectations.</w:t>
      </w:r>
      <w:r/>
    </w:p>
    <w:p>
      <w:pPr>
        <w:pStyle w:val="ListNumber"/>
        <w:spacing w:line="240" w:lineRule="auto"/>
        <w:ind w:left="720"/>
      </w:pPr>
      <w:r/>
      <w:hyperlink r:id="rId13">
        <w:r>
          <w:rPr>
            <w:color w:val="0000EE"/>
            <w:u w:val="single"/>
          </w:rPr>
          <w:t>https://www.out.com/gay-tv-shows/joe-locke-kit-connor-heartstopper-sex-scenes</w:t>
        </w:r>
      </w:hyperlink>
      <w:r>
        <w:t xml:space="preserve"> - Joe Locke and Kit Connor discuss the evolution of their characters' relationship in 'Heartstopper' Season 3, highlighting the progression towards more intimate scenes. They reflect on the development of their on-screen chemistry and the careful approach taken to depict their characters' growing closeness. The actors share their experiences of filming these scenes and the importance of portraying a realistic and respectful representation of young love.</w:t>
      </w:r>
      <w:r/>
    </w:p>
    <w:p>
      <w:pPr>
        <w:pStyle w:val="ListNumber"/>
        <w:spacing w:line="240" w:lineRule="auto"/>
        <w:ind w:left="720"/>
      </w:pPr>
      <w:r/>
      <w:hyperlink r:id="rId14">
        <w:r>
          <w:rPr>
            <w:color w:val="0000EE"/>
            <w:u w:val="single"/>
          </w:rPr>
          <w:t>https://www.bustle.com/entertainment/heartstopper-joe-locke-kit-connor-sexuality-private-life-queer-role</w:t>
        </w:r>
      </w:hyperlink>
      <w:r>
        <w:t xml:space="preserve"> - Joe Locke addresses the speculation surrounding Kit Connor's sexuality, emphasizing the importance of respecting personal boundaries and the right to privacy. He discusses the challenges faced by actors portraying queer characters and the impact of public scrutiny on their personal lives. Locke advocates for understanding and support, highlighting the need to separate on-screen roles from real-life identities.</w:t>
      </w:r>
      <w:r/>
    </w:p>
    <w:p>
      <w:pPr>
        <w:pStyle w:val="ListNumber"/>
        <w:spacing w:line="240" w:lineRule="auto"/>
        <w:ind w:left="720"/>
      </w:pPr>
      <w:r/>
      <w:hyperlink r:id="rId15">
        <w:r>
          <w:rPr>
            <w:color w:val="0000EE"/>
            <w:u w:val="single"/>
          </w:rPr>
          <w:t>https://www.thewrap.com/heartstopper-season-2-review-netflix-joe-locke-kit-connor/</w:t>
        </w:r>
      </w:hyperlink>
      <w:r>
        <w:t xml:space="preserve"> - A review of 'Heartstopper' Season 2 praises the series for its joyful and tender portrayal of queer storytelling. The review highlights the show's ability to tackle mature themes while maintaining its lighthearted tone. It commends the performances of Joe Locke and Kit Connor, noting their chemistry and the depth they bring to their characters. The review also discusses the series' impact on queer representation in media.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usmagazine.com/entertainment/news/heartstoppers-kit-connor-joe-locke-defend-queer-sex-scenes/" TargetMode="External"/><Relationship Id="rId10" Type="http://schemas.openxmlformats.org/officeDocument/2006/relationships/hyperlink" Target="https://www.theguardian.com/film/2026/jul/10/kit-connor-joe-locke-interview-heartstoppers-forever-queer-teen-drama-netflix" TargetMode="External"/><Relationship Id="rId11" Type="http://schemas.openxmlformats.org/officeDocument/2006/relationships/hyperlink" Target="https://www.teenvogue.com/story/kit-connor-says-heartstopper-took-baby-steps-to-sex-scenes" TargetMode="External"/><Relationship Id="rId12" Type="http://schemas.openxmlformats.org/officeDocument/2006/relationships/hyperlink" Target="https://www.out.com/gay-tv-shows/heartstopper-season-3-sex-scenes-kit-connor-details-explained" TargetMode="External"/><Relationship Id="rId13" Type="http://schemas.openxmlformats.org/officeDocument/2006/relationships/hyperlink" Target="https://www.out.com/gay-tv-shows/joe-locke-kit-connor-heartstopper-sex-scenes" TargetMode="External"/><Relationship Id="rId14" Type="http://schemas.openxmlformats.org/officeDocument/2006/relationships/hyperlink" Target="https://www.bustle.com/entertainment/heartstopper-joe-locke-kit-connor-sexuality-private-life-queer-role" TargetMode="External"/><Relationship Id="rId15" Type="http://schemas.openxmlformats.org/officeDocument/2006/relationships/hyperlink" Target="https://www.thewrap.com/heartstopper-season-2-review-netflix-joe-locke-kit-conno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