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Guides to Algorithmic Outing: How Social Media Reveals Queer Identity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your feed can tell more about you than you expect, new research shows social media algorithms are increasingly surfacing LGBTQ+ content before people have consciously come out, prompting privacy tweaks, multiple accounts and calls for safer design across platforms.</w:t>
      </w:r>
      <w:r/>
    </w:p>
    <w:p>
      <w:r/>
      <w:r>
        <w:t>Essential Takeaways</w:t>
      </w:r>
      <w:r/>
      <w:r/>
    </w:p>
    <w:p>
      <w:pPr>
        <w:pStyle w:val="ListBullet"/>
        <w:spacing w:line="240" w:lineRule="auto"/>
        <w:ind w:left="720"/>
      </w:pPr>
      <w:r/>
      <w:r>
        <w:rPr>
          <w:b/>
        </w:rPr>
        <w:t>New term:</w:t>
      </w:r>
      <w:r>
        <w:t xml:space="preserve"> Researchers coin “algorithmic outing” to describe platforms surfacing LGBTQ+ identity through personalised content. </w:t>
      </w:r>
      <w:r/>
    </w:p>
    <w:p>
      <w:pPr>
        <w:pStyle w:val="ListBullet"/>
        <w:spacing w:line="240" w:lineRule="auto"/>
        <w:ind w:left="720"/>
      </w:pPr>
      <w:r/>
      <w:r>
        <w:rPr>
          <w:b/>
        </w:rPr>
        <w:t>How it happens:</w:t>
      </w:r>
      <w:r>
        <w:t xml:space="preserve"> Likes, follows, watch time and pauses can trigger queer-themed recommendations that appear in public feeds. </w:t>
      </w:r>
      <w:r/>
    </w:p>
    <w:p>
      <w:pPr>
        <w:pStyle w:val="ListBullet"/>
        <w:spacing w:line="240" w:lineRule="auto"/>
        <w:ind w:left="720"/>
      </w:pPr>
      <w:r/>
      <w:r>
        <w:rPr>
          <w:b/>
        </w:rPr>
        <w:t>Mixed reactions:</w:t>
      </w:r>
      <w:r>
        <w:t xml:space="preserve"> Some people feel validated; others find it confronting or frightening, especially in shared spaces. </w:t>
      </w:r>
      <w:r/>
    </w:p>
    <w:p>
      <w:pPr>
        <w:pStyle w:val="ListBullet"/>
        <w:spacing w:line="240" w:lineRule="auto"/>
        <w:ind w:left="720"/>
      </w:pPr>
      <w:r/>
      <w:r>
        <w:rPr>
          <w:b/>
        </w:rPr>
        <w:t>Everyday safety moves:</w:t>
      </w:r>
      <w:r>
        <w:t xml:space="preserve"> Users report using privacy settings, secondary accounts or passive browsing to avoid unwanted exposure. </w:t>
      </w:r>
      <w:r/>
    </w:p>
    <w:p>
      <w:pPr>
        <w:pStyle w:val="ListBullet"/>
        <w:spacing w:line="240" w:lineRule="auto"/>
        <w:ind w:left="720"/>
      </w:pPr>
      <w:r/>
      <w:r>
        <w:rPr>
          <w:b/>
        </w:rPr>
        <w:t>Design ask:</w:t>
      </w:r>
      <w:r>
        <w:t xml:space="preserve"> Academics recommend clearer consent, privacy-by-design and quick-exit tools for sensitive content.</w:t>
      </w:r>
      <w:r/>
      <w:r/>
    </w:p>
    <w:p>
      <w:pPr>
        <w:pStyle w:val="Heading2"/>
      </w:pPr>
      <w:r>
        <w:t>What researchers actually found , a quiet, powerful nudge from our phones</w:t>
      </w:r>
      <w:r/>
    </w:p>
    <w:p>
      <w:r/>
      <w:r>
        <w:t>The clearest takeaway is simple and a little unnerving: algorithms can flag intimate aspects of identity before someone has decided to share them. According to a study led by Justin R. Ellis published in Gender, Place &amp; Culture, interviewees told researchers the algorithm “knew” they were queer before they did. That sense of discovery can feel validating, like a mirror finally showing a truth, but it can also be jolting if it happens in a café or on a commute.</w:t>
      </w:r>
      <w:r/>
    </w:p>
    <w:p>
      <w:r/>
      <w:r>
        <w:t>Researchers looked at how online signals, liking a clip, following a creator, or lingering on content, translate into more queer content popping up. Those algorithmic nudges happen across platforms such as TikTok and Instagram, where recommendation engines are designed to maximise engagement and quickly learn what keeps you watching.</w:t>
      </w:r>
      <w:r/>
    </w:p>
    <w:p>
      <w:pPr>
        <w:pStyle w:val="Heading2"/>
      </w:pPr>
      <w:r>
        <w:t>Why public spaces make algorithmic outing risky</w:t>
      </w:r>
      <w:r/>
    </w:p>
    <w:p>
      <w:r/>
      <w:r>
        <w:t>Hybrid spaces, workplaces, public transport, family meals, are where the problem sharpens. When a feed suddenly surfaces LGBTQ+ content while someone’s phone is on the table, it can expose them to colleagues, family or strangers. People reported “heightened vigilance”: switching to private settings, scrolling with a blank stare, or keeping multiple accounts to separate their public life from their exploratory one.</w:t>
      </w:r>
      <w:r/>
    </w:p>
    <w:p>
      <w:r/>
      <w:r>
        <w:t>That behavioural shift matters because it changes how people move through daily life. It’s not just about embarrassment; for many it’s a safety issue. Harassment, discrimination or familial conflict can follow an unwanted outing, so the stakes are real.</w:t>
      </w:r>
      <w:r/>
    </w:p>
    <w:p>
      <w:pPr>
        <w:pStyle w:val="Heading2"/>
      </w:pPr>
      <w:r>
        <w:t>How people cope , practical tweaks and low-key workarounds</w:t>
      </w:r>
      <w:r/>
    </w:p>
    <w:p>
      <w:r/>
      <w:r>
        <w:t>Users have developed simple, pragmatic strategies. Some create burner or secondary accounts for exploring queer content privately. Others adjust privacy controls, mute suggestions, or use passive browsing to avoid triggering recommendations. A quick-exit button or an “I’m browsing privately” mode would make that kind of navigation less stressful.</w:t>
      </w:r>
      <w:r/>
    </w:p>
    <w:p>
      <w:r/>
      <w:r>
        <w:t>If you’re trying to explore safely, set your account to private, avoid linking contacts, log searches out of your main profile and consider testing features that restrict targeted ads or personalisation. Those small steps won’t stop all inferences, but they lower the odds of a feed outing you in public.</w:t>
      </w:r>
      <w:r/>
    </w:p>
    <w:p>
      <w:pPr>
        <w:pStyle w:val="Heading2"/>
      </w:pPr>
      <w:r>
        <w:t>Why platforms are under scrutiny , and what researchers recommend</w:t>
      </w:r>
      <w:r/>
    </w:p>
    <w:p>
      <w:r/>
      <w:r>
        <w:t>The study argues platforms need to design with vulnerability in mind. That means clearer consent mechanisms, privacy-by-design built into recommendation systems, and tools allowing users to quickly hide or exit sensitive content. According to coverage from university and science outlets, the authors want tech companies to recognise algorithms don’t exist in a social vacuum; they reflect biases and can reproduce harms.</w:t>
      </w:r>
      <w:r/>
    </w:p>
    <w:p>
      <w:r/>
      <w:r>
        <w:t>Industry responses so far are uneven. Platforms often emphasise user control and safety policies, but recommendation engines are optimised for engagement and profit. That tension is exactly what researchers say must change if we want digital spaces that don’t involuntarily disclose intimate identities.</w:t>
      </w:r>
      <w:r/>
    </w:p>
    <w:p>
      <w:pPr>
        <w:pStyle w:val="Heading2"/>
      </w:pPr>
      <w:r>
        <w:t>What this means going forward , small policy wins and personal preparedness</w:t>
      </w:r>
      <w:r/>
    </w:p>
    <w:p>
      <w:r/>
      <w:r>
        <w:t>Policy makers and advocacy groups are likely to push for transparency about how recommendations are generated, plus better opt-outs for sensitive categories. In the meantime, individuals can be intentional about how they explore identity online, and friends or allies can be mindful that public reactions to a feed aren’t always voluntary.</w:t>
      </w:r>
      <w:r/>
    </w:p>
    <w:p>
      <w:r/>
      <w:r>
        <w:t>It’s a new frontier where human identity collides with machine learning, one we can steer with clearer rules, smarter design and a touch more compassion.</w:t>
      </w:r>
      <w:r/>
    </w:p>
    <w:p>
      <w:r/>
      <w:r>
        <w:t>It's a small but important shift: tweak your settings, prepare for surprises, and support changes that keep privacy in the picture.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https://outragemag.com/social-media-algorithms-increasingly-revealing-users-sexual-orientation-gender-identity-before-actual-coming-out/</w:t>
        </w:r>
      </w:hyperlink>
      <w:r>
        <w:t xml:space="preserve"> - Please view link - unable to able to access data</w:t>
      </w:r>
      <w:r/>
    </w:p>
    <w:p>
      <w:pPr>
        <w:pStyle w:val="ListNumber"/>
        <w:spacing w:line="240" w:lineRule="auto"/>
        <w:ind w:left="720"/>
      </w:pPr>
      <w:r/>
      <w:hyperlink r:id="rId10">
        <w:r>
          <w:rPr>
            <w:color w:val="0000EE"/>
            <w:u w:val="single"/>
          </w:rPr>
          <w:t>https://phys.org/news/2026-07-outed-algorithm-social-media-revealing.html</w:t>
        </w:r>
      </w:hyperlink>
      <w:r>
        <w:t xml:space="preserve"> - A study from the University of Newcastle reveals that social media algorithms are increasingly exposing users' sexual orientation or gender identity before they have consciously come out. The research introduces the term 'algorithmic outing,' describing how platforms like TikTok infer LGBTQ+ identities through personalized content based on user engagement. Lead author Dr. Justin Ellis notes that some participants felt the algorithm 'knew' their queer identity before they did themselves. This phenomenon raises concerns about privacy and control over self-disclosure, especially in public or semi-public settings. The study calls for clearer consent mechanisms and privacy features in digital platforms to protect users' identities.</w:t>
      </w:r>
      <w:r/>
    </w:p>
    <w:p>
      <w:pPr>
        <w:pStyle w:val="ListNumber"/>
        <w:spacing w:line="240" w:lineRule="auto"/>
        <w:ind w:left="720"/>
      </w:pPr>
      <w:r/>
      <w:hyperlink r:id="rId12">
        <w:r>
          <w:rPr>
            <w:color w:val="0000EE"/>
            <w:u w:val="single"/>
          </w:rPr>
          <w:t>https://www.newcastle.edu.au/news/2026/07/outed-by-the-algorithm</w:t>
        </w:r>
      </w:hyperlink>
      <w:r>
        <w:t xml:space="preserve"> - Research from the University of Newcastle highlights how social media algorithms are revealing users' sexual orientation or gender identity before they have consciously come out. The study introduces the concept of 'algorithmic outing,' where platforms like TikTok infer LGBTQ+ identities through personalized content based on user engagement. Lead author Dr. Justin Ellis states that some participants felt the algorithm 'knew' their queer identity before they did. This raises concerns about privacy and control over self-disclosure, particularly in public or semi-public settings. The study advocates for clearer consent mechanisms and privacy features in digital platforms to safeguard users' identities.</w:t>
      </w:r>
      <w:r/>
    </w:p>
    <w:p>
      <w:pPr>
        <w:pStyle w:val="ListNumber"/>
        <w:spacing w:line="240" w:lineRule="auto"/>
        <w:ind w:left="720"/>
      </w:pPr>
      <w:r/>
      <w:hyperlink r:id="rId11">
        <w:r>
          <w:rPr>
            <w:color w:val="0000EE"/>
            <w:u w:val="single"/>
          </w:rPr>
          <w:t>https://www.scimex.org/newsfeed/outed-by-the-algorithm-how-social-media-is-revealing-queer-identity-ahead-of-self-disclosure</w:t>
        </w:r>
      </w:hyperlink>
      <w:r>
        <w:t xml:space="preserve"> - A study from the University of Newcastle reveals that social media algorithms are increasingly exposing users' sexual orientation or gender identity before they have consciously come out. The research introduces the term 'algorithmic outing,' describing how platforms like TikTok infer LGBTQ+ identities through personalized content based on user engagement. Lead author Dr. Justin Ellis notes that some participants felt the algorithm 'knew' their queer identity before they did themselves. This phenomenon raises concerns about privacy and control over self-disclosure, especially in public or semi-public settings. The study calls for clearer consent mechanisms and privacy features in digital platforms to protect users' identities.</w:t>
      </w:r>
      <w:r/>
    </w:p>
    <w:p>
      <w:pPr>
        <w:pStyle w:val="ListNumber"/>
        <w:spacing w:line="240" w:lineRule="auto"/>
        <w:ind w:left="720"/>
      </w:pPr>
      <w:r/>
      <w:hyperlink r:id="rId13">
        <w:r>
          <w:rPr>
            <w:color w:val="0000EE"/>
            <w:u w:val="single"/>
          </w:rPr>
          <w:t>https://www.miragenews.com/algorithm-outs-queer-identities-before-self-1704997/</w:t>
        </w:r>
      </w:hyperlink>
      <w:r>
        <w:t xml:space="preserve"> - Research from the University of Newcastle indicates that social media algorithms are increasingly revealing users' sexual orientation or gender identity before they have consciously come out. The study introduces the term 'algorithmic outing,' where platforms like TikTok infer LGBTQ+ identities through personalized content based on user engagement. Lead author Dr. Justin Ellis states that some participants felt the algorithm 'knew' their queer identity before they did. This raises concerns about privacy and control over self-disclosure, particularly in public or semi-public settings. The study advocates for clearer consent mechanisms and privacy features in digital platforms to safeguard users' identities.</w:t>
      </w:r>
      <w:r/>
    </w:p>
    <w:p>
      <w:pPr>
        <w:pStyle w:val="ListNumber"/>
        <w:spacing w:line="240" w:lineRule="auto"/>
        <w:ind w:left="720"/>
      </w:pPr>
      <w:r/>
      <w:hyperlink r:id="rId14">
        <w:r>
          <w:rPr>
            <w:color w:val="0000EE"/>
            <w:u w:val="single"/>
          </w:rPr>
          <w:t>https://www.nationaltribune.com.au/outed-by-the-algorithm-how-social-media-is-revealing-queer-identity-ahead-of-self-disclosure/</w:t>
        </w:r>
      </w:hyperlink>
      <w:r>
        <w:t xml:space="preserve"> - A study from the University of Newcastle reveals that social media algorithms are increasingly exposing users' sexual orientation or gender identity before they have consciously come out. The research introduces the term 'algorithmic outing,' describing how platforms like TikTok infer LGBTQ+ identities through personalized content based on user engagement. Lead author Dr. Justin Ellis notes that some participants felt the algorithm 'knew' their queer identity before they did themselves. This phenomenon raises concerns about privacy and control over self-disclosure, especially in public or semi-public settings. The study calls for clearer consent mechanisms and privacy features in digital platforms to protect users' identities.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social-media-algorithms-increasingly-revealing-users-sexual-orientation-gender-identity-before-actual-coming-out/" TargetMode="External"/><Relationship Id="rId10" Type="http://schemas.openxmlformats.org/officeDocument/2006/relationships/hyperlink" Target="https://phys.org/news/2026-07-outed-algorithm-social-media-revealing.html" TargetMode="External"/><Relationship Id="rId11" Type="http://schemas.openxmlformats.org/officeDocument/2006/relationships/hyperlink" Target="https://www.scimex.org/newsfeed/outed-by-the-algorithm-how-social-media-is-revealing-queer-identity-ahead-of-self-disclosure" TargetMode="External"/><Relationship Id="rId12" Type="http://schemas.openxmlformats.org/officeDocument/2006/relationships/hyperlink" Target="https://www.newcastle.edu.au/news/2026/07/outed-by-the-algorithm" TargetMode="External"/><Relationship Id="rId13" Type="http://schemas.openxmlformats.org/officeDocument/2006/relationships/hyperlink" Target="https://www.miragenews.com/algorithm-outs-queer-identities-before-self-1704997/" TargetMode="External"/><Relationship Id="rId14" Type="http://schemas.openxmlformats.org/officeDocument/2006/relationships/hyperlink" Target="https://www.nationaltribune.com.au/outed-by-the-algorithm-how-social-media-is-revealing-queer-identity-ahead-of-self-disclos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