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Up Your Alley (Dore) 2026 Guide: What to Expect and How to Experience Dore Alley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locals and curious visitors are flocking back to SoMa for Up Your Alley , known affectionately as Dore , a smaller, grittier, and very participatory cousin to Folsom. This guide explains where it is, what you'll see, key parties across the weekend, and simple tips to enjoy the fair safely and respectfully.</w:t>
      </w:r>
      <w:r/>
    </w:p>
    <w:p>
      <w:r/>
      <w:r>
        <w:t>Essential Takeaways</w:t>
      </w:r>
      <w:r/>
      <w:r/>
    </w:p>
    <w:p>
      <w:pPr>
        <w:pStyle w:val="ListBullet"/>
        <w:spacing w:line="240" w:lineRule="auto"/>
        <w:ind w:left="720"/>
      </w:pPr>
      <w:r/>
      <w:r>
        <w:rPr>
          <w:b/>
        </w:rPr>
        <w:t>When and where:</w:t>
      </w:r>
      <w:r>
        <w:t xml:space="preserve"> The street fair runs in SoMa on Sunday, July 26, with related parties across the week; Dore Alley sits between Folsom and Howard around 9th–10th.</w:t>
      </w:r>
      <w:r/>
    </w:p>
    <w:p>
      <w:pPr>
        <w:pStyle w:val="ListBullet"/>
        <w:spacing w:line="240" w:lineRule="auto"/>
        <w:ind w:left="720"/>
      </w:pPr>
      <w:r/>
      <w:r>
        <w:rPr>
          <w:b/>
        </w:rPr>
        <w:t>Atmosphere:</w:t>
      </w:r>
      <w:r>
        <w:t xml:space="preserve"> Local, leather-forward and hands-on , expect frank public play, costumes, and a lot of energy; entry is usually a suggested donation.</w:t>
      </w:r>
      <w:r/>
    </w:p>
    <w:p>
      <w:pPr>
        <w:pStyle w:val="ListBullet"/>
        <w:spacing w:line="240" w:lineRule="auto"/>
        <w:ind w:left="720"/>
      </w:pPr>
      <w:r/>
      <w:r>
        <w:rPr>
          <w:b/>
        </w:rPr>
        <w:t>Must-see elements:</w:t>
      </w:r>
      <w:r>
        <w:t xml:space="preserve"> Vendor stalls, performance stages, gogo dancers, pup-play meetups, flogging and bondage demonstrations , it's as much a social scene as a spectacle.</w:t>
      </w:r>
      <w:r/>
    </w:p>
    <w:p>
      <w:pPr>
        <w:pStyle w:val="ListBullet"/>
        <w:spacing w:line="240" w:lineRule="auto"/>
        <w:ind w:left="720"/>
      </w:pPr>
      <w:r/>
      <w:r>
        <w:rPr>
          <w:b/>
        </w:rPr>
        <w:t>Party planning:</w:t>
      </w:r>
      <w:r>
        <w:t xml:space="preserve"> Weeknight and weekend ticketed events sell out; check event pages and register in advance for private or pre-registration-only parties.</w:t>
      </w:r>
      <w:r/>
    </w:p>
    <w:p>
      <w:pPr>
        <w:pStyle w:val="ListBullet"/>
        <w:spacing w:line="240" w:lineRule="auto"/>
        <w:ind w:left="720"/>
      </w:pPr>
      <w:r/>
      <w:r>
        <w:rPr>
          <w:b/>
        </w:rPr>
        <w:t>Practical note:</w:t>
      </w:r>
      <w:r>
        <w:t xml:space="preserve"> Bring cash, sunscreen, a wrap for foggy moments, and respect consent , some spaces are explicit and not suitable for everyone.</w:t>
      </w:r>
      <w:r/>
      <w:r/>
    </w:p>
    <w:p>
      <w:pPr>
        <w:pStyle w:val="Heading2"/>
      </w:pPr>
      <w:r>
        <w:t>Where Dore Alley lives and why it still matters</w:t>
      </w:r>
      <w:r/>
    </w:p>
    <w:p>
      <w:r/>
      <w:r>
        <w:t>Dore is tucked in the heart of SoMa, in the immediate neighbourhood of Folsom Street, and it has a compact, neighbourhood feel that sets it apart from the massive September Folsom Street Fair. Locals and veterans tend to come to participate rather than just watch, so the vibe is intimate, noisy and very tactile. Historically this was leather country; the area hosted dozens of bars and clubs through the late 20th century, and that heritage still informs the weekend’s look and sound. If you care about queer history, this is a real-life slice of it.</w:t>
      </w:r>
      <w:r/>
    </w:p>
    <w:p>
      <w:pPr>
        <w:pStyle w:val="Heading2"/>
      </w:pPr>
      <w:r>
        <w:t>What the fair looks and feels like on the day</w:t>
      </w:r>
      <w:r/>
    </w:p>
    <w:p>
      <w:r/>
      <w:r>
        <w:t>Expect crowds, constant movement, and a festival that prioritises play and performance over genteel browsing. Vendors sell gear and fetish accessories alongside artful stalls, DJs run stages, and there are areas where consensual public play is the point. Entry at the gates is typically a small donation, and packing a light day kit , water, cash, a compact towel or wrap , makes the experience easier. If public nudity or explicit scenes unsettle you, it's perfectly fine to skip the event and enjoy the city’s other summer offerings.</w:t>
      </w:r>
      <w:r/>
    </w:p>
    <w:p>
      <w:pPr>
        <w:pStyle w:val="Heading2"/>
      </w:pPr>
      <w:r>
        <w:t>Nightlife around Dore: parties you might want to pre-book</w:t>
      </w:r>
      <w:r/>
    </w:p>
    <w:p>
      <w:r/>
      <w:r>
        <w:t>The weekend is bookended by ticketed events from Thursday through Monday, with everything from leather gear nights to body-positive dance parties and pup socials. Several events run at venues like DNA Lounge, 1015 Folsom, Powerhouse and Club Six; some are private or require pre-registration, especially “horsemarket”-style gatherings where roles get assigned in advance. Buy tickets early, check dress codes and remember that many venues operate cash bars and have coat-check queues.</w:t>
      </w:r>
      <w:r/>
    </w:p>
    <w:p>
      <w:pPr>
        <w:pStyle w:val="Heading2"/>
      </w:pPr>
      <w:r>
        <w:t>Highlights to plan for across the weekend</w:t>
      </w:r>
      <w:r/>
    </w:p>
    <w:p>
      <w:r/>
      <w:r>
        <w:t>Look out for a daytime in-store hang at the long-standing leather shops and a flagging picnic in a nearby memorial grove , quieter, scenic moments contrast the louder club nights. Saturday tends to host community-oriented events by local shops and groups, while Sunday is the main street fair followed by official closing dances and large afterparties. Smaller, themed parties , musk nights, Big Muscle events, pup socials , provide niche spaces that draw distinct crowds; those often sell out fast.</w:t>
      </w:r>
      <w:r/>
    </w:p>
    <w:p>
      <w:pPr>
        <w:pStyle w:val="Heading2"/>
      </w:pPr>
      <w:r>
        <w:t>Safety, etiquette and smart tips for first-timers</w:t>
      </w:r>
      <w:r/>
    </w:p>
    <w:p>
      <w:r/>
      <w:r>
        <w:t>Consent is the baseline: never assume touching is okay, and follow posted rules in play areas. Bring cash and a fully charged phone, and wear comfortable shoes , navigating crowded alleys means a lot of standing and walking. If you want to participate rather than watch, learn a bit about party codes and register in advance for private events. And if the scene feels overwhelming, step back to a quieter café or find the shaded edges of the fair to regroup.</w:t>
      </w:r>
      <w:r/>
    </w:p>
    <w:p>
      <w:r/>
      <w:r>
        <w:t>It's a small change in plans that can make every visit more fun and safer for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10">
        <w:r>
          <w:rPr>
            <w:color w:val="0000EE"/>
            <w:u w:val="single"/>
          </w:rPr>
          <w:t>[2]</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1">
        <w:r>
          <w:rPr>
            <w:color w:val="0000EE"/>
            <w:u w:val="single"/>
          </w:rPr>
          <w:t>[5]</w:t>
        </w:r>
      </w:hyperlink>
      <w:r>
        <w:t xml:space="preserve">- Paragraph 6: </w:t>
      </w:r>
      <w:hyperlink r:id="rId12">
        <w:r>
          <w:rPr>
            <w:color w:val="0000EE"/>
            <w:u w:val="single"/>
          </w:rPr>
          <w:t>[3]</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https://www.thebolditalic.com/how-to-do-dore-alley-your-2026-guide-to-up-your-alley-weekend/</w:t>
        </w:r>
      </w:hyperlink>
      <w:r>
        <w:t xml:space="preserve"> - Please view link - unable to able to access data</w:t>
      </w:r>
      <w:r/>
    </w:p>
    <w:p>
      <w:pPr>
        <w:pStyle w:val="ListNumber"/>
        <w:spacing w:line="240" w:lineRule="auto"/>
        <w:ind w:left="720"/>
      </w:pPr>
      <w:r/>
      <w:hyperlink r:id="rId10">
        <w:r>
          <w:rPr>
            <w:color w:val="0000EE"/>
            <w:u w:val="single"/>
          </w:rPr>
          <w:t>https://www.sfstation.com/up-your-alley-e2298775</w:t>
        </w:r>
      </w:hyperlink>
      <w:r>
        <w:t xml:space="preserve"> - Up Your Alley, also known as Dore Alley, is a leather and fetish street fair held annually in San Francisco's South of Market (SoMa) district. The 2026 event is scheduled for Sunday, July 26, from 11 a.m. to 6 p.m. The fair features over 50 adult vendors, including Mr. S Leather, and attracts nearly 15,000 attendees. Activities include BDSM play, flogging, bondage, pup play, and consensual public play. Entry is a suggested donation, usually around $15 at the gates. The event is located in front of the legendary Powerhouse bar, at Folsom Street between 9th and 10th, plus Dore Alley itself, running from Howard down past Folsom. (</w:t>
      </w:r>
      <w:hyperlink r:id="rId15">
        <w:r>
          <w:rPr>
            <w:color w:val="0000EE"/>
            <w:u w:val="single"/>
          </w:rPr>
          <w:t>sfstation.com</w:t>
        </w:r>
      </w:hyperlink>
      <w:r>
        <w:t>)</w:t>
      </w:r>
      <w:r/>
    </w:p>
    <w:p>
      <w:pPr>
        <w:pStyle w:val="ListNumber"/>
        <w:spacing w:line="240" w:lineRule="auto"/>
        <w:ind w:left="720"/>
      </w:pPr>
      <w:r/>
      <w:hyperlink r:id="rId12">
        <w:r>
          <w:rPr>
            <w:color w:val="0000EE"/>
            <w:u w:val="single"/>
          </w:rPr>
          <w:t>https://www.gaytravel4u.com/event/up-your-alley/</w:t>
        </w:r>
      </w:hyperlink>
      <w:r>
        <w:t xml:space="preserve"> - Up Your Alley, also known as Dore Alley, is a leather and fetish street fair held annually in San Francisco's South of Market (SoMa) district. The 2026 event is scheduled for Sunday, July 26, from 11 a.m. to 6 p.m. The fair features over 50 adult vendors, including Mr. S Leather, and attracts nearly 15,000 attendees. Activities include BDSM play, flogging, bondage, pup play, and consensual public play. Entry is a suggested donation, usually around $15 at the gates. The event is located in front of the legendary Powerhouse bar, at Folsom Street between 9th and 10th, plus Dore Alley itself, running from Howard down past Folsom. (</w:t>
      </w:r>
      <w:hyperlink r:id="rId16">
        <w:r>
          <w:rPr>
            <w:color w:val="0000EE"/>
            <w:u w:val="single"/>
          </w:rPr>
          <w:t>gaytravel4u.com</w:t>
        </w:r>
      </w:hyperlink>
      <w:r>
        <w:t>)</w:t>
      </w:r>
      <w:r/>
    </w:p>
    <w:p>
      <w:pPr>
        <w:pStyle w:val="ListNumber"/>
        <w:spacing w:line="240" w:lineRule="auto"/>
        <w:ind w:left="720"/>
      </w:pPr>
      <w:r/>
      <w:hyperlink r:id="rId13">
        <w:r>
          <w:rPr>
            <w:color w:val="0000EE"/>
            <w:u w:val="single"/>
          </w:rPr>
          <w:t>https://www.eventeny.com/events/up-your-alley-2026-29044/</w:t>
        </w:r>
      </w:hyperlink>
      <w:r>
        <w:t xml:space="preserve"> - Up Your Alley, also known as Dore Alley, is a leather and fetish street fair held annually in San Francisco's South of Market (SoMa) district. The 2026 event is scheduled for Sunday, July 26, from 11 a.m. to 6 p.m. The fair features over 50 adult vendors, including Mr. S Leather, and attracts nearly 15,000 attendees. Activities include BDSM play, flogging, bondage, pup play, and consensual public play. Entry is a suggested donation, usually around $15 at the gates. The event is located in front of the legendary Powerhouse bar, at Folsom Street between 9th and 10th, plus Dore Alley itself, running from Howard down past Folsom. (</w:t>
      </w:r>
      <w:hyperlink r:id="rId17">
        <w:r>
          <w:rPr>
            <w:color w:val="0000EE"/>
            <w:u w:val="single"/>
          </w:rPr>
          <w:t>eventeny.com</w:t>
        </w:r>
      </w:hyperlink>
      <w:r>
        <w:t>)</w:t>
      </w:r>
      <w:r/>
    </w:p>
    <w:p>
      <w:pPr>
        <w:pStyle w:val="ListNumber"/>
        <w:spacing w:line="240" w:lineRule="auto"/>
        <w:ind w:left="720"/>
      </w:pPr>
      <w:r/>
      <w:hyperlink r:id="rId11">
        <w:r>
          <w:rPr>
            <w:color w:val="0000EE"/>
            <w:u w:val="single"/>
          </w:rPr>
          <w:t>https://www.nighttours.com/sanfrancisco/gayguide/up-your-alley-2026-07-26.html</w:t>
        </w:r>
      </w:hyperlink>
      <w:r>
        <w:t xml:space="preserve"> - Up Your Alley, also known as Dore Alley, is a leather and fetish street fair held annually in San Francisco's South of Market (SoMa) district. The 2026 event is scheduled for Sunday, July 26, from 11 a.m. to 6 p.m. The fair features over 50 adult vendors, including Mr. S Leather, and attracts nearly 15,000 attendees. Activities include BDSM play, flogging, bondage, pup play, and consensual public play. Entry is a suggested donation, usually around $15 at the gates. The event is located in front of the legendary Powerhouse bar, at Folsom Street between 9th and 10th, plus Dore Alley itself, running from Howard down past Folsom. (</w:t>
      </w:r>
      <w:hyperlink r:id="rId18">
        <w:r>
          <w:rPr>
            <w:color w:val="0000EE"/>
            <w:u w:val="single"/>
          </w:rPr>
          <w:t>nighttours.com</w:t>
        </w:r>
      </w:hyperlink>
      <w:r>
        <w:t>)</w:t>
      </w:r>
      <w:r/>
    </w:p>
    <w:p>
      <w:pPr>
        <w:pStyle w:val="ListNumber"/>
        <w:spacing w:line="240" w:lineRule="auto"/>
        <w:ind w:left="720"/>
      </w:pPr>
      <w:r/>
      <w:hyperlink r:id="rId14">
        <w:r>
          <w:rPr>
            <w:color w:val="0000EE"/>
            <w:u w:val="single"/>
          </w:rPr>
          <w:t>https://gaytherings.com/whats-on/dore-alley-2026</w:t>
        </w:r>
      </w:hyperlink>
      <w:r>
        <w:t xml:space="preserve"> - Up Your Alley, also known as Dore Alley, is a leather and fetish street fair held annually in San Francisco's South of Market (SoMa) district. The 2026 event is scheduled for Sunday, July 26, from 11 a.m. to 6 p.m. The fair features over 50 adult vendors, including Mr. S Leather, and attracts nearly 15,000 attendees. Activities include BDSM play, flogging, bondage, pup play, and consensual public play. Entry is a suggested donation, usually around $15 at the gates. The event is located in front of the legendary Powerhouse bar, at Folsom Street between 9th and 10th, plus Dore Alley itself, running from Howard down past Folsom. (</w:t>
      </w:r>
      <w:hyperlink r:id="rId19">
        <w:r>
          <w:rPr>
            <w:color w:val="0000EE"/>
            <w:u w:val="single"/>
          </w:rPr>
          <w:t>gaytherings.com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bolditalic.com/how-to-do-dore-alley-your-2026-guide-to-up-your-alley-weekend/" TargetMode="External"/><Relationship Id="rId10" Type="http://schemas.openxmlformats.org/officeDocument/2006/relationships/hyperlink" Target="https://www.sfstation.com/up-your-alley-e2298775" TargetMode="External"/><Relationship Id="rId11" Type="http://schemas.openxmlformats.org/officeDocument/2006/relationships/hyperlink" Target="https://www.nighttours.com/sanfrancisco/gayguide/up-your-alley-2026-07-26.html" TargetMode="External"/><Relationship Id="rId12" Type="http://schemas.openxmlformats.org/officeDocument/2006/relationships/hyperlink" Target="https://www.gaytravel4u.com/event/up-your-alley/" TargetMode="External"/><Relationship Id="rId13" Type="http://schemas.openxmlformats.org/officeDocument/2006/relationships/hyperlink" Target="https://www.eventeny.com/events/up-your-alley-2026-29044/" TargetMode="External"/><Relationship Id="rId14" Type="http://schemas.openxmlformats.org/officeDocument/2006/relationships/hyperlink" Target="https://gaytherings.com/whats-on/dore-alley-2026" TargetMode="External"/><Relationship Id="rId15" Type="http://schemas.openxmlformats.org/officeDocument/2006/relationships/hyperlink" Target="https://www.sfstation.com/up-your-alley-e2298775?utm_source=openai" TargetMode="External"/><Relationship Id="rId16" Type="http://schemas.openxmlformats.org/officeDocument/2006/relationships/hyperlink" Target="https://www.gaytravel4u.com/event/up-your-alley/?utm_source=openai" TargetMode="External"/><Relationship Id="rId17" Type="http://schemas.openxmlformats.org/officeDocument/2006/relationships/hyperlink" Target="https://www.eventeny.com/events/up-your-alley-2026-29044/?utm_source=openai" TargetMode="External"/><Relationship Id="rId18" Type="http://schemas.openxmlformats.org/officeDocument/2006/relationships/hyperlink" Target="https://www.nighttours.com/sanfrancisco/gayguide/up-your-alley-2026-07-26.html?utm_source=openai" TargetMode="External"/><Relationship Id="rId19" Type="http://schemas.openxmlformats.org/officeDocument/2006/relationships/hyperlink" Target="https://gaytherings.com/whats-on/dore-alley-2026?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