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Time to Visit Gay Palm Springs: Season-by-Season Guide for Gay Travellers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Start packing with purpose , Palm Springs is ready year-round, but when you go changes everything. This guide breaks down winter glamour, spring pool culture, hot-summer deals, and crisp fall festivals so gay travellers can pick the season that fits their vibe, budget and energy.</w:t>
      </w:r>
      <w:r/>
    </w:p>
    <w:p>
      <w:r/>
      <w:r>
        <w:t>Essential Takeaways</w:t>
      </w:r>
      <w:r/>
      <w:r/>
    </w:p>
    <w:p>
      <w:pPr>
        <w:pStyle w:val="ListBullet"/>
        <w:spacing w:line="240" w:lineRule="auto"/>
        <w:ind w:left="720"/>
      </w:pPr>
      <w:r/>
      <w:r>
        <w:rPr>
          <w:b/>
        </w:rPr>
        <w:t>Best overall:</w:t>
      </w:r>
      <w:r>
        <w:t xml:space="preserve"> Spring (March–May) and fall (October–November) hit the sweet spot for temperatures, events, and pool life. </w:t>
      </w:r>
      <w:r/>
    </w:p>
    <w:p>
      <w:pPr>
        <w:pStyle w:val="ListBullet"/>
        <w:spacing w:line="240" w:lineRule="auto"/>
        <w:ind w:left="720"/>
      </w:pPr>
      <w:r/>
      <w:r>
        <w:rPr>
          <w:b/>
        </w:rPr>
        <w:t>Biggest events:</w:t>
      </w:r>
      <w:r>
        <w:t xml:space="preserve"> Modernism Week, Palm Springs International Film Festival, and Greater Palm Springs Pride draw crowds and culture. </w:t>
      </w:r>
      <w:r/>
    </w:p>
    <w:p>
      <w:pPr>
        <w:pStyle w:val="ListBullet"/>
        <w:spacing w:line="240" w:lineRule="auto"/>
        <w:ind w:left="720"/>
      </w:pPr>
      <w:r/>
      <w:r>
        <w:rPr>
          <w:b/>
        </w:rPr>
        <w:t>Budget secret:</w:t>
      </w:r>
      <w:r>
        <w:t xml:space="preserve"> Summer (June–September) offers steep resort discounts if you plan for the heat and daytime siestas. </w:t>
      </w:r>
      <w:r/>
    </w:p>
    <w:p>
      <w:pPr>
        <w:pStyle w:val="ListBullet"/>
        <w:spacing w:line="240" w:lineRule="auto"/>
        <w:ind w:left="720"/>
      </w:pPr>
      <w:r/>
      <w:r>
        <w:rPr>
          <w:b/>
        </w:rPr>
        <w:t>Winter perks:</w:t>
      </w:r>
      <w:r>
        <w:t xml:space="preserve"> December–February feels glamorous with heated pools and high-season energy, but it's pricier and busy. </w:t>
      </w:r>
      <w:r/>
    </w:p>
    <w:p>
      <w:pPr>
        <w:pStyle w:val="ListBullet"/>
        <w:spacing w:line="240" w:lineRule="auto"/>
        <w:ind w:left="720"/>
      </w:pPr>
      <w:r/>
      <w:r>
        <w:rPr>
          <w:b/>
        </w:rPr>
        <w:t>Practical tip:</w:t>
      </w:r>
      <w:r>
        <w:t xml:space="preserve"> Use the aerial tramway to escape summer heat; book holidays and festival weekends well in advance.</w:t>
      </w:r>
      <w:r/>
      <w:r/>
    </w:p>
    <w:p>
      <w:pPr>
        <w:pStyle w:val="Heading2"/>
      </w:pPr>
      <w:r>
        <w:t>Why spring and fall feel like Palm Springs perfected</w:t>
      </w:r>
      <w:r/>
    </w:p>
    <w:p>
      <w:r/>
      <w:r>
        <w:t>Spring and fall give you daytime warmth and manageable evenings , think long pool sessions without the ferocious midsummer oven. Events cluster in these windows too, so you’ll find the most circuit energy, parades and parties when the weather behaves. Locals point to March through May as the sweep spot for first-time visitors chasing sun and scene, while late October into November is a quieter rival that still delivers festivals and great weather. If you want predictable comfort and lots to do, these are the months to prioritise.</w:t>
      </w:r>
      <w:r/>
    </w:p>
    <w:p>
      <w:pPr>
        <w:pStyle w:val="Heading2"/>
      </w:pPr>
      <w:r>
        <w:t>Winter: glamorous, lively, and a little precious</w:t>
      </w:r>
      <w:r/>
    </w:p>
    <w:p>
      <w:r/>
      <w:r>
        <w:t>Winter brings a polished, festive Palm Springs where heated pools feel decadent and evenings are refreshingly cool. Expect big-ticket draws like the Palm Springs International Film Festival and Modernism Week to pack hotels and restaurants, so this is the season for people who like their travel social and curated. Of course, that popularity comes with a price tag and crowds, so book early and embrace the town’s buzzy energy. If you love star-studded programming and iconic design tours, winter delivers.</w:t>
      </w:r>
      <w:r/>
    </w:p>
    <w:p>
      <w:pPr>
        <w:pStyle w:val="Heading2"/>
      </w:pPr>
      <w:r>
        <w:t>Summer: insider discounts and the art of the desert siesta</w:t>
      </w:r>
      <w:r/>
    </w:p>
    <w:p>
      <w:r/>
      <w:r>
        <w:t>Yes, it gets hot , reliably triple digits , and yet summer is an underrated time to visit if you’re flexible. Resorts and restaurants slash rates between June and September, making private pools and clothing-optional stays far more affordable than during high season. Plan mornings for hikes and tram rides up to cooler mountain air, then adopt the siesta: retreat indoors during the hottest hours and return to the pool in late afternoon. Summer festivals like Splash House and Tidal Wave Bear Week bring energy without the usual price tag.</w:t>
      </w:r>
      <w:r/>
    </w:p>
    <w:p>
      <w:pPr>
        <w:pStyle w:val="Heading2"/>
      </w:pPr>
      <w:r>
        <w:t>Events calendar: pick your festival and follow the feeling</w:t>
      </w:r>
      <w:r/>
    </w:p>
    <w:p>
      <w:r/>
      <w:r>
        <w:t>Palm Springs stacks its year with LGBTQ+ culture. Modernism Week turns the city into a mid-century showcase, Cathedral City LGBT+ Days offers a beloved Pride parade, and Greater Palm Springs Pride in November fills Arenas Road with a city-wide block party. The White Party has been in flux, so check organisers’ sites before planning around it. Festival planning changes the whole trip: if you want to be in the crowd, book early; if you prefer quieter hotel rates, aim for dates just outside the marquee weekends.</w:t>
      </w:r>
      <w:r/>
    </w:p>
    <w:p>
      <w:pPr>
        <w:pStyle w:val="Heading2"/>
      </w:pPr>
      <w:r>
        <w:t>How to choose by vibe, not just weather</w:t>
      </w:r>
      <w:r/>
    </w:p>
    <w:p>
      <w:r/>
      <w:r>
        <w:t>Looking for nightlife, pool parties and busy patios? Aim for spring when circuit energy peaks. Want low-key mornings, hikes and design touring? Winter or late fall will feel calmer and classier. After a bargain luxury stay? Summer is your window if you can handle heat-management. Size matters too: pick a hotel with a pool you’ll love, match room type to festival crowds, and check event calendars like Modernism Week, the film festival and Pride dates before locking travel. A little planning makes the desert feel perfectly timed.</w:t>
      </w:r>
      <w:r/>
    </w:p>
    <w:p>
      <w:r/>
      <w:r>
        <w:t>It's a small change that can make every trip feel tailored , pick the season that fits your mood, then go enjoy the sun.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11">
        <w:r>
          <w:rPr>
            <w:color w:val="0000EE"/>
            <w:u w:val="single"/>
          </w:rPr>
          <w:t>[3]</w:t>
        </w:r>
      </w:hyperlink>
      <w:r>
        <w:t xml:space="preserve">, </w:t>
      </w:r>
      <w:hyperlink r:id="rId14">
        <w:r>
          <w:rPr>
            <w:color w:val="0000EE"/>
            <w:u w:val="single"/>
          </w:rPr>
          <w:t>[5]</w:t>
        </w:r>
      </w:hyperlink>
      <w:r>
        <w:t xml:space="preserve">- Paragraph 5: </w:t>
      </w:r>
      <w:hyperlink r:id="rId15">
        <w:r>
          <w:rPr>
            <w:color w:val="0000EE"/>
            <w:u w:val="single"/>
          </w:rPr>
          <w:t>[7]</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https://www.thepalmspringsguys.com/blog/when-should-you-actually-visit-gay-palm-springs-a-season-by-season-breakdown</w:t>
        </w:r>
      </w:hyperlink>
      <w:r>
        <w:t xml:space="preserve"> - Please view link - unable to able to access data</w:t>
      </w:r>
      <w:r/>
    </w:p>
    <w:p>
      <w:pPr>
        <w:pStyle w:val="ListNumber"/>
        <w:spacing w:line="240" w:lineRule="auto"/>
        <w:ind w:left="720"/>
      </w:pPr>
      <w:r/>
      <w:hyperlink r:id="rId10">
        <w:r>
          <w:rPr>
            <w:color w:val="0000EE"/>
            <w:u w:val="single"/>
          </w:rPr>
          <w:t>https://www.psfilmfest.org</w:t>
        </w:r>
      </w:hyperlink>
      <w:r>
        <w:t xml:space="preserve"> - The Palm Springs International Film Festival is a prestigious event held annually in January, showcasing a diverse selection of films from around the world. It attracts filmmakers, celebrities, and film enthusiasts, offering screenings, panels, and awards ceremonies. The festival is renowned for its glamorous atmosphere and serves as a significant platform for international cinema, drawing attention from Hollywood and global media. Attendees can enjoy a range of films, from independent productions to major studio releases, in various genres and languages.</w:t>
      </w:r>
      <w:r/>
    </w:p>
    <w:p>
      <w:pPr>
        <w:pStyle w:val="ListNumber"/>
        <w:spacing w:line="240" w:lineRule="auto"/>
        <w:ind w:left="720"/>
      </w:pPr>
      <w:r/>
      <w:hyperlink r:id="rId11">
        <w:r>
          <w:rPr>
            <w:color w:val="0000EE"/>
            <w:u w:val="single"/>
          </w:rPr>
          <w:t>https://www.modernismweek.com</w:t>
        </w:r>
      </w:hyperlink>
      <w:r>
        <w:t xml:space="preserve"> - Modernism Week is an annual 11-day festival in Palm Springs, typically held in February, celebrating mid-century modern architecture and design. The event features tours, lectures, films, and parties, highlighting the city's rich architectural heritage. Attendees can explore iconic homes, learn about design history, and participate in discussions with architects and designers. The festival attracts architecture enthusiasts, design professionals, and tourists, offering a unique opportunity to immerse oneself in the modernist movement that defines Palm Springs' aesthetic.</w:t>
      </w:r>
      <w:r/>
    </w:p>
    <w:p>
      <w:pPr>
        <w:pStyle w:val="ListNumber"/>
        <w:spacing w:line="240" w:lineRule="auto"/>
        <w:ind w:left="720"/>
      </w:pPr>
      <w:r/>
      <w:hyperlink r:id="rId13">
        <w:r>
          <w:rPr>
            <w:color w:val="0000EE"/>
            <w:u w:val="single"/>
          </w:rPr>
          <w:t>https://www.ibc-ps.com</w:t>
        </w:r>
      </w:hyperlink>
      <w:r>
        <w:t xml:space="preserve"> - The International Bear Convergence is a popular event in Palm Springs, usually taking place in February, catering to the bear community and their admirers. It features pool parties, dance events, and social gatherings, creating a welcoming environment for attendees. The event has grown over the years, becoming one of the largest winter gatherings of its kind, drawing visitors from across the country and beyond. It's known for its inclusive atmosphere and diverse programming, offering something for everyone in the bear community.</w:t>
      </w:r>
      <w:r/>
    </w:p>
    <w:p>
      <w:pPr>
        <w:pStyle w:val="ListNumber"/>
        <w:spacing w:line="240" w:lineRule="auto"/>
        <w:ind w:left="720"/>
      </w:pPr>
      <w:r/>
      <w:hyperlink r:id="rId14">
        <w:r>
          <w:rPr>
            <w:color w:val="0000EE"/>
            <w:u w:val="single"/>
          </w:rPr>
          <w:t>https://www.cathedralcitylgbtdays.com</w:t>
        </w:r>
      </w:hyperlink>
      <w:r>
        <w:t xml:space="preserve"> - Cathedral City LGBT+ Days is a vibrant celebration held in March in Cathedral City, a neighboring area to Palm Springs. The event includes a pro-equality rally, Pride flag raising, the Cat City Drag Race, a Pride drone show, and the CommUNITY Strong Walk benefiting the Human Rights Campaign. The festivities continue with a festival at the Cathedral City Amphitheater, featuring the Bed Race, parade, and marketplace along Avenue Lalo Guerrero. It's a weekend of celebration, visibility, and community pride.</w:t>
      </w:r>
      <w:r/>
    </w:p>
    <w:p>
      <w:pPr>
        <w:pStyle w:val="ListNumber"/>
        <w:spacing w:line="240" w:lineRule="auto"/>
        <w:ind w:left="720"/>
      </w:pPr>
      <w:r/>
      <w:hyperlink r:id="rId12">
        <w:r>
          <w:rPr>
            <w:color w:val="0000EE"/>
            <w:u w:val="single"/>
          </w:rPr>
          <w:t>https://www.whitepartypalmsprings.com</w:t>
        </w:r>
      </w:hyperlink>
      <w:r>
        <w:t xml:space="preserve"> - The White Party is one of the largest gay circuit weekends in the world, typically held in April in Palm Springs. The event is renowned for its high-energy pool parties, dance events, and performances, attracting a diverse crowd from around the globe. While the White Party has been on hiatus in recent years, organizers are working on its return. It's advisable to check the official website for the latest updates and information regarding the event's schedule and programming.</w:t>
      </w:r>
      <w:r/>
    </w:p>
    <w:p>
      <w:pPr>
        <w:pStyle w:val="ListNumber"/>
        <w:spacing w:line="240" w:lineRule="auto"/>
        <w:ind w:left="720"/>
      </w:pPr>
      <w:r/>
      <w:hyperlink r:id="rId15">
        <w:r>
          <w:rPr>
            <w:color w:val="0000EE"/>
            <w:u w:val="single"/>
          </w:rPr>
          <w:t>https://www.pspride.org/festival</w:t>
        </w:r>
      </w:hyperlink>
      <w:r>
        <w:t xml:space="preserve"> - Palm Springs Pride is a vibrant celebration of the LGBTQ+ community, held annually in November. The festival features a street fair, music festival, and gathering places across downtown Palm Springs. The 2026 Pride Celebration is scheduled for November 6–8, with events including the Arenas District Stage, DJ Stage on Palm Canyon &amp; Amado, and Pride Community Stage at Tahquitz and Palm Canyon. The festival offers free admission and a range of activities, performances, and community gatherings, making it a highlight of the year.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almspringsguys.com/blog/when-should-you-actually-visit-gay-palm-springs-a-season-by-season-breakdown" TargetMode="External"/><Relationship Id="rId10" Type="http://schemas.openxmlformats.org/officeDocument/2006/relationships/hyperlink" Target="https://www.psfilmfest.org" TargetMode="External"/><Relationship Id="rId11" Type="http://schemas.openxmlformats.org/officeDocument/2006/relationships/hyperlink" Target="https://www.modernismweek.com" TargetMode="External"/><Relationship Id="rId12" Type="http://schemas.openxmlformats.org/officeDocument/2006/relationships/hyperlink" Target="https://www.whitepartypalmsprings.com" TargetMode="External"/><Relationship Id="rId13" Type="http://schemas.openxmlformats.org/officeDocument/2006/relationships/hyperlink" Target="https://www.ibc-ps.com" TargetMode="External"/><Relationship Id="rId14" Type="http://schemas.openxmlformats.org/officeDocument/2006/relationships/hyperlink" Target="https://www.cathedralcitylgbtdays.com" TargetMode="External"/><Relationship Id="rId15" Type="http://schemas.openxmlformats.org/officeDocument/2006/relationships/hyperlink" Target="https://www.pspride.org/festiv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