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Route 66 LGBTQ+ Stops in California: Where History Meets Pride on the Mother Road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road-trippers are rediscovering Route 66 as more than neon and postcards; it's a ribbon of queer memory stretching into California's deserts and West Hollywood , and knowing where to stop makes the trip richer, safer and a lot more meaningful.</w:t>
      </w:r>
      <w:r/>
    </w:p>
    <w:p>
      <w:r/>
      <w:r>
        <w:t>Essential Takeaways</w:t>
      </w:r>
      <w:r/>
      <w:r/>
    </w:p>
    <w:p>
      <w:pPr>
        <w:pStyle w:val="ListBullet"/>
        <w:spacing w:line="240" w:lineRule="auto"/>
        <w:ind w:left="720"/>
      </w:pPr>
      <w:r/>
      <w:r>
        <w:rPr>
          <w:b/>
        </w:rPr>
        <w:t>Historic context:</w:t>
      </w:r>
      <w:r>
        <w:t xml:space="preserve"> Route 66’s California stretch links railroad-era Harvey Houses and desert towns to later queer communities, offering layered history and surprising finds.</w:t>
      </w:r>
      <w:r/>
    </w:p>
    <w:p>
      <w:pPr>
        <w:pStyle w:val="ListBullet"/>
        <w:spacing w:line="240" w:lineRule="auto"/>
        <w:ind w:left="720"/>
      </w:pPr>
      <w:r/>
      <w:r>
        <w:rPr>
          <w:b/>
        </w:rPr>
        <w:t>Visibility matters:</w:t>
      </w:r>
      <w:r>
        <w:t xml:space="preserve"> Museums, monuments and archives in Los Angeles and Pasadena make LGBTQ+ stories visible and accessible, with a quiet, powerful presence.</w:t>
      </w:r>
      <w:r/>
    </w:p>
    <w:p>
      <w:pPr>
        <w:pStyle w:val="ListBullet"/>
        <w:spacing w:line="240" w:lineRule="auto"/>
        <w:ind w:left="720"/>
      </w:pPr>
      <w:r/>
      <w:r>
        <w:rPr>
          <w:b/>
        </w:rPr>
        <w:t>Mixed experiences on the road:</w:t>
      </w:r>
      <w:r>
        <w:t xml:space="preserve"> Small towns can be warm or challenging; plan stops and safe spaces, and expect moments that feel ordinary and moments that don't.</w:t>
      </w:r>
      <w:r/>
    </w:p>
    <w:p>
      <w:pPr>
        <w:pStyle w:val="ListBullet"/>
        <w:spacing w:line="240" w:lineRule="auto"/>
        <w:ind w:left="720"/>
      </w:pPr>
      <w:r/>
      <w:r>
        <w:rPr>
          <w:b/>
        </w:rPr>
        <w:t>Practical tip:</w:t>
      </w:r>
      <w:r>
        <w:t xml:space="preserve"> Use local LGBTQ+ directories and look for Travel Proud-certified lodgings; archives like the June L. Mazer collection are great for deeper research.</w:t>
      </w:r>
      <w:r/>
    </w:p>
    <w:p>
      <w:pPr>
        <w:pStyle w:val="ListBullet"/>
        <w:spacing w:line="240" w:lineRule="auto"/>
        <w:ind w:left="720"/>
      </w:pPr>
      <w:r/>
      <w:r>
        <w:rPr>
          <w:b/>
        </w:rPr>
        <w:t>Feeling of place:</w:t>
      </w:r>
      <w:r>
        <w:t xml:space="preserve"> From the Mojave's heat to West Hollywood's neon, the route is sensory , bring sun protection, curiosity and a readiness to be seen.</w:t>
      </w:r>
      <w:r/>
      <w:r/>
    </w:p>
    <w:p>
      <w:pPr>
        <w:pStyle w:val="Heading2"/>
      </w:pPr>
      <w:r>
        <w:t>Why the California end of Route 66 feels different , and why that matters</w:t>
      </w:r>
      <w:r/>
    </w:p>
    <w:p>
      <w:r/>
      <w:r>
        <w:t>The last miles of Route 66 shift from desert heat to palm-lined boulevards, and with that shift comes a change in atmosphere you can almost taste , salt and sand give way to citrus and traffic fumes. According to the National Park Service, this final stretch has always been a complex mix of railroad history, tourist culture and urban life. That patchwork is exactly what made it a place queer travellers could both pass through and settle into, often invisibly at first, then more openly as communities formed.</w:t>
      </w:r>
      <w:r/>
    </w:p>
    <w:p>
      <w:r/>
      <w:r>
        <w:t>Think of the Harvey Houses and railroad depots as the older chapter in the story. Sites that once served rail passengers later became touchpoints for travellers of all kinds, including queer people seeking freedom on the road. If you want to feel that layering beneath your tyres, stopping at preserved depots and Harvey House sites gives you a real sense of continuity between the 1920s railway era and the neon-soaked queer spaces that followed.</w:t>
      </w:r>
      <w:r/>
    </w:p>
    <w:p>
      <w:pPr>
        <w:pStyle w:val="Heading2"/>
      </w:pPr>
      <w:r>
        <w:t>Desert stops and hidden archives: where to look for queer traces</w:t>
      </w:r>
      <w:r/>
    </w:p>
    <w:p>
      <w:r/>
      <w:r>
        <w:t>Desert towns like those along the Mojave don't come with a glossy guidebook entry for LGBTQ+ history, but they do have archives and museums that quietly hold clues. Local heritage groups maintain collections that often go unexplored; the Goffs Schoolhouse-style community museums are perfect places to begin a dig. Preservation organisations working on Route 66 recovery emphasise that many queer stories remain undocumented, waiting for researchers and curious visitors to uncover them.</w:t>
      </w:r>
      <w:r/>
    </w:p>
    <w:p>
      <w:r/>
      <w:r>
        <w:t>If you want to play detective, ask museum staff about personal papers, scrapbooks and odd donations. They may not be labelled "LGBTQ+" but a name, photograph or itinerary can open a door. Bring patience, a notebook and, if possible, make an appointment , the best finds often require someone to show you where to look.</w:t>
      </w:r>
      <w:r/>
    </w:p>
    <w:p>
      <w:pPr>
        <w:pStyle w:val="Heading2"/>
      </w:pPr>
      <w:r>
        <w:t>West Hollywood and Pasadena: concentrated queer memory and activism</w:t>
      </w:r>
      <w:r/>
    </w:p>
    <w:p>
      <w:r/>
      <w:r>
        <w:t>Pulling into West Hollywood feels like stepping into a living archive. The area around Santa Monica Boulevard hosts museums, archives and memorials that intentionally place queer history in public view. Institutions in Pasadena and West Hollywood have curated exhibits and collections that trace activism, art and daily life, making these stops indispensable for anyone who wants context beyond postcards.</w:t>
      </w:r>
      <w:r/>
    </w:p>
    <w:p>
      <w:r/>
      <w:r>
        <w:t>These are the places where visibility was forged and where it continues to matter. Exhibits about Black Californian contributions to gay liberation and lesbian archives mapping vanished businesses show how activists preserved memory even when mainstream histories erased it. For visitors, that translates into neighbourhoods where holding hands feels ordinary and museums that make you think differently about the road you just drove.</w:t>
      </w:r>
      <w:r/>
    </w:p>
    <w:p>
      <w:pPr>
        <w:pStyle w:val="Heading2"/>
      </w:pPr>
      <w:r>
        <w:t>The reality on the road: safety, surprises and small comforts</w:t>
      </w:r>
      <w:r/>
    </w:p>
    <w:p>
      <w:r/>
      <w:r>
        <w:t>Route 66 isn't a linear experience of tolerance; it's a patchwork of welcoming bars and tense moments, roadside murals and reminders that attitudes change county by county. Planning matters: use LGBTQ+ travel resources and local directories to identify friendly cafes, gender-neutral restrooms and Travel Proud-certified hotels. Those small choices make a long trip feel safer and more enjoyable.</w:t>
      </w:r>
      <w:r/>
    </w:p>
    <w:p>
      <w:r/>
      <w:r>
        <w:t>And bring simple comforts. A refillable water bottle, sunhat and a spare phone battery will get you through the deserts; a list of queer-friendly venues will get you through the towns where the welcome is real. Expect to switch between feeling entirely at ease and suddenly alert , that's part of the route's texture, and planning reduces the friction.</w:t>
      </w:r>
      <w:r/>
    </w:p>
    <w:p>
      <w:pPr>
        <w:pStyle w:val="Heading2"/>
      </w:pPr>
      <w:r>
        <w:t>Passing the torch: youth, preservation and expanding the story</w:t>
      </w:r>
      <w:r/>
    </w:p>
    <w:p>
      <w:r/>
      <w:r>
        <w:t>One of the most hopeful threads on Route 66 is how younger queer people are reinterpreting the road for themselves. Community organisers, archivists and queer youth are actively documenting spaces, digitising collections and creating maps that include LGBTQ+ businesses and meeting places. Preservation groups working on Route 66 endorse this inclusive approach: recovering the road's history means widening the lens to include stories that were overlooked.</w:t>
      </w:r>
      <w:r/>
    </w:p>
    <w:p>
      <w:r/>
      <w:r>
        <w:t>If you're travelling with younger people, making a point to visit community-run spaces and archives sends a message: these histories are not static relics, they're living narratives you can help preserve. Donate time, scan a flyer, or share what you find online , small acts make the Mother Road feel more like everyone's road.</w:t>
      </w:r>
      <w:r/>
    </w:p>
    <w:p>
      <w:r/>
      <w:r>
        <w:t>It's a small change that can make every Route 66 mile feel more truthful and a lot more welcoming.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[6]</w:t>
        </w:r>
      </w:hyperlink>
      <w:r>
        <w:t xml:space="preserve">, </w:t>
      </w:r>
      <w:hyperlink r:id="rId13">
        <w:r>
          <w:rPr>
            <w:color w:val="0000EE"/>
            <w:u w:val="single"/>
          </w:rPr>
          <w:t>[4]</w:t>
        </w:r>
      </w:hyperlink>
      <w:r>
        <w:t xml:space="preserve">- Paragraph 3: </w:t>
      </w:r>
      <w:hyperlink r:id="rId14">
        <w:r>
          <w:rPr>
            <w:color w:val="0000EE"/>
            <w:u w:val="single"/>
          </w:rPr>
          <w:t>[3]</w:t>
        </w:r>
      </w:hyperlink>
      <w:r>
        <w:t xml:space="preserve">, </w:t>
      </w:r>
      <w:hyperlink r:id="rId15">
        <w:r>
          <w:rPr>
            <w:color w:val="0000EE"/>
            <w:u w:val="single"/>
          </w:rPr>
          <w:t>[5]</w:t>
        </w:r>
      </w:hyperlink>
      <w:r>
        <w:t xml:space="preserve">- Paragraph 4: </w:t>
      </w:r>
      <w:hyperlink r:id="rId11">
        <w:r>
          <w:rPr>
            <w:color w:val="0000EE"/>
            <w:u w:val="single"/>
          </w:rPr>
          <w:t>[7]</w:t>
        </w:r>
      </w:hyperlink>
      <w:r>
        <w:t xml:space="preserve">, </w:t>
      </w:r>
      <w:hyperlink r:id="rId10">
        <w:r>
          <w:rPr>
            <w:color w:val="0000EE"/>
            <w:u w:val="single"/>
          </w:rPr>
          <w:t>[2]</w:t>
        </w:r>
      </w:hyperlink>
      <w:r>
        <w:t xml:space="preserve">- Paragraph 5: </w:t>
      </w:r>
      <w:hyperlink r:id="rId14">
        <w:r>
          <w:rPr>
            <w:color w:val="0000EE"/>
            <w:u w:val="single"/>
          </w:rPr>
          <w:t>[3]</w:t>
        </w:r>
      </w:hyperlink>
      <w:r>
        <w:t xml:space="preserve">, </w:t>
      </w:r>
      <w:hyperlink r:id="rId15">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https://www.advocate.com/travel/route-66-california-lgbtq</w:t>
        </w:r>
      </w:hyperlink>
      <w:r>
        <w:t xml:space="preserve"> - Please view link - unable to able to access data</w:t>
      </w:r>
      <w:r/>
    </w:p>
    <w:p>
      <w:pPr>
        <w:pStyle w:val="ListNumber"/>
        <w:spacing w:line="240" w:lineRule="auto"/>
        <w:ind w:left="720"/>
      </w:pPr>
      <w:r/>
      <w:hyperlink r:id="rId10">
        <w:r>
          <w:rPr>
            <w:color w:val="0000EE"/>
            <w:u w:val="single"/>
          </w:rPr>
          <w:t>https://www.nps.gov/articles/000/route-66-california.htm</w:t>
        </w:r>
      </w:hyperlink>
      <w:r>
        <w:t xml:space="preserve"> - This article from the National Park Service provides an overview of Route 66 in California, detailing its historical significance, key landmarks, and the experiences of travelers along this iconic route. It highlights the diverse landscapes and cultural heritage found along the California stretch of Route 66, offering insights into the road's evolution and its impact on American history.</w:t>
      </w:r>
      <w:r/>
    </w:p>
    <w:p>
      <w:pPr>
        <w:pStyle w:val="ListNumber"/>
        <w:spacing w:line="240" w:lineRule="auto"/>
        <w:ind w:left="720"/>
      </w:pPr>
      <w:r/>
      <w:hyperlink r:id="rId14">
        <w:r>
          <w:rPr>
            <w:color w:val="0000EE"/>
            <w:u w:val="single"/>
          </w:rPr>
          <w:t>https://savingplaces.org/stories/recovering-lgbt-history-along-route-66</w:t>
        </w:r>
      </w:hyperlink>
      <w:r>
        <w:t xml:space="preserve"> - This piece from the National Trust for Historic Preservation explores the LGBTQ+ history along Route 66, focusing on the discovery and preservation of gay bars and other establishments that welcomed LGBTQ+ travelers in the past. It discusses the importance of documenting these spaces to acknowledge and celebrate the contributions of the LGBTQ+ community to the cultural tapestry of Route 66.</w:t>
      </w:r>
      <w:r/>
    </w:p>
    <w:p>
      <w:pPr>
        <w:pStyle w:val="ListNumber"/>
        <w:spacing w:line="240" w:lineRule="auto"/>
        <w:ind w:left="720"/>
      </w:pPr>
      <w:r/>
      <w:hyperlink r:id="rId13">
        <w:r>
          <w:rPr>
            <w:color w:val="0000EE"/>
            <w:u w:val="single"/>
          </w:rPr>
          <w:t>https://route66ca.org/harvey-house-barstow/</w:t>
        </w:r>
      </w:hyperlink>
      <w:r>
        <w:t xml:space="preserve"> - This article from the California Historic Route 66 Association delves into the history of the Harvey House in Barstow, California. It explains how these establishments, founded by Fred Harvey, provided quality dining and lodging for railroad passengers and later automobile travelers along Route 66, playing a significant role in the development of hospitality along the Mother Road.</w:t>
      </w:r>
      <w:r/>
    </w:p>
    <w:p>
      <w:pPr>
        <w:pStyle w:val="ListNumber"/>
        <w:spacing w:line="240" w:lineRule="auto"/>
        <w:ind w:left="720"/>
      </w:pPr>
      <w:r/>
      <w:hyperlink r:id="rId15">
        <w:r>
          <w:rPr>
            <w:color w:val="0000EE"/>
            <w:u w:val="single"/>
          </w:rPr>
          <w:t>https://www.visitalbuquerque.org/route-66-centennial/learn/stories/lgbtq-pride-on-route-66/</w:t>
        </w:r>
      </w:hyperlink>
      <w:r>
        <w:t xml:space="preserve"> - This resource from Visit Albuquerque highlights the LGBTQ+ history along Route 66 in New Mexico. It discusses the role of cities like Albuquerque in providing safe spaces for LGBTQ+ individuals, the presence of LGBTQ+-friendly establishments, and the broader cultural impact of the LGBTQ+ community on the Route 66 experience.</w:t>
      </w:r>
      <w:r/>
    </w:p>
    <w:p>
      <w:pPr>
        <w:pStyle w:val="ListNumber"/>
        <w:spacing w:line="240" w:lineRule="auto"/>
        <w:ind w:left="720"/>
      </w:pPr>
      <w:r/>
      <w:hyperlink r:id="rId12">
        <w:r>
          <w:rPr>
            <w:color w:val="0000EE"/>
            <w:u w:val="single"/>
          </w:rPr>
          <w:t>https://www.nps.gov/places/harvey-house-railroad-depot.htm</w:t>
        </w:r>
      </w:hyperlink>
      <w:r>
        <w:t xml:space="preserve"> - This page from the National Park Service provides information about the Harvey House Railroad Depot in Barstow, California. It details the historical significance of the Harvey House as a key stop for railroad passengers along Route 66, offering insights into its role in the development of hospitality and travel along the Mother Road.</w:t>
      </w:r>
      <w:r/>
    </w:p>
    <w:p>
      <w:pPr>
        <w:pStyle w:val="ListNumber"/>
        <w:spacing w:line="240" w:lineRule="auto"/>
        <w:ind w:left="720"/>
      </w:pPr>
      <w:r/>
      <w:hyperlink r:id="rId11">
        <w:r>
          <w:rPr>
            <w:color w:val="0000EE"/>
            <w:u w:val="single"/>
          </w:rPr>
          <w:t>https://home.nps.gov/subjects/travelroute66/index.htm</w:t>
        </w:r>
      </w:hyperlink>
      <w:r>
        <w:t xml:space="preserve"> - This National Park Service page offers a comprehensive overview of Route 66, including its history, cultural significance, and the diverse stories associated with the road. It provides resources for travelers interested in exploring the historic sites and landmarks along Route 66, emphasizing the road's role in American history and culture.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travel/route-66-california-lgbtq" TargetMode="External"/><Relationship Id="rId10" Type="http://schemas.openxmlformats.org/officeDocument/2006/relationships/hyperlink" Target="https://www.nps.gov/articles/000/route-66-california.htm" TargetMode="External"/><Relationship Id="rId11" Type="http://schemas.openxmlformats.org/officeDocument/2006/relationships/hyperlink" Target="https://home.nps.gov/subjects/travelroute66/index.htm" TargetMode="External"/><Relationship Id="rId12" Type="http://schemas.openxmlformats.org/officeDocument/2006/relationships/hyperlink" Target="https://www.nps.gov/places/harvey-house-railroad-depot.htm" TargetMode="External"/><Relationship Id="rId13" Type="http://schemas.openxmlformats.org/officeDocument/2006/relationships/hyperlink" Target="https://route66ca.org/harvey-house-barstow/" TargetMode="External"/><Relationship Id="rId14" Type="http://schemas.openxmlformats.org/officeDocument/2006/relationships/hyperlink" Target="https://savingplaces.org/stories/recovering-lgbt-history-along-route-66" TargetMode="External"/><Relationship Id="rId15" Type="http://schemas.openxmlformats.org/officeDocument/2006/relationships/hyperlink" Target="https://www.visitalbuquerque.org/route-66-centennial/learn/stories/lgbtq-pride-on-route-6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