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Weekend Collector Packs for Supporting Disabled Gay Artists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Pride with purpose: shoppers are snapping up discounted Leather Legends collector packs this weekend, a limited-time buy that supports disabled gay artists and includes illustrated stories, audio narration and high-res artworks , handy if you want art for screens, posters or a thoughtful gift.</w:t>
      </w:r>
      <w:r/>
    </w:p>
    <w:p>
      <w:r/>
      <w:r>
        <w:t>Essential Takeaways</w:t>
      </w:r>
      <w:r/>
      <w:r/>
    </w:p>
    <w:p>
      <w:pPr>
        <w:pStyle w:val="ListBullet"/>
        <w:spacing w:line="240" w:lineRule="auto"/>
        <w:ind w:left="720"/>
      </w:pPr>
      <w:r/>
      <w:r>
        <w:rPr>
          <w:b/>
        </w:rPr>
        <w:t>Huge short-term discount:</w:t>
      </w:r>
      <w:r>
        <w:t xml:space="preserve"> Leather Legends pack reduced to roughly $2.50 for the 48-hour Pride weekend sale.</w:t>
      </w:r>
      <w:r/>
    </w:p>
    <w:p>
      <w:pPr>
        <w:pStyle w:val="ListBullet"/>
        <w:spacing w:line="240" w:lineRule="auto"/>
        <w:ind w:left="720"/>
      </w:pPr>
      <w:r/>
      <w:r>
        <w:rPr>
          <w:b/>
        </w:rPr>
        <w:t>What’s included:</w:t>
      </w:r>
      <w:r>
        <w:t xml:space="preserve"> nine-page illustrated story, MP3 narration, MP4 cinematic video, and ten high-resolution leather-themed artworks.</w:t>
      </w:r>
      <w:r/>
    </w:p>
    <w:p>
      <w:pPr>
        <w:pStyle w:val="ListBullet"/>
        <w:spacing w:line="240" w:lineRule="auto"/>
        <w:ind w:left="720"/>
      </w:pPr>
      <w:r/>
      <w:r>
        <w:rPr>
          <w:b/>
        </w:rPr>
        <w:t>Member benefit:</w:t>
      </w:r>
      <w:r>
        <w:t xml:space="preserve"> paid Substack subscribers can claim the full pack free from the Members Freebies section.</w:t>
      </w:r>
      <w:r/>
    </w:p>
    <w:p>
      <w:pPr>
        <w:pStyle w:val="ListBullet"/>
        <w:spacing w:line="240" w:lineRule="auto"/>
        <w:ind w:left="720"/>
      </w:pPr>
      <w:r/>
      <w:r>
        <w:rPr>
          <w:b/>
        </w:rPr>
        <w:t>Practical use:</w:t>
      </w:r>
      <w:r>
        <w:t xml:space="preserve"> artworks are supplied for personal printing and screensavers, with a sturdy, high-res look.</w:t>
      </w:r>
      <w:r/>
    </w:p>
    <w:p>
      <w:pPr>
        <w:pStyle w:val="ListBullet"/>
        <w:spacing w:line="240" w:lineRule="auto"/>
        <w:ind w:left="720"/>
      </w:pPr>
      <w:r/>
      <w:r>
        <w:rPr>
          <w:b/>
        </w:rPr>
        <w:t>Community impact:</w:t>
      </w:r>
      <w:r>
        <w:t xml:space="preserve"> purchases and subscriptions fund a collective of disabled gay creators, keeping new projects coming.</w:t>
      </w:r>
      <w:r/>
      <w:r/>
    </w:p>
    <w:p>
      <w:pPr>
        <w:pStyle w:val="Heading2"/>
      </w:pPr>
      <w:r>
        <w:t>Why this Pride sale matters now</w:t>
      </w:r>
      <w:r/>
    </w:p>
    <w:p>
      <w:r/>
      <w:r>
        <w:t>Shoppers have been gravitating towards buys that feel meaningful as well as fun, and this Pride weekend drop lands in that sweet spot. The Leather Legends pack is cheap enough to impulse-grab yet connected to a clear cause: proceeds go to disabled gay artists. That combination , low price, instant download and a community promise , explains the attention.</w:t>
      </w:r>
      <w:r/>
    </w:p>
    <w:p>
      <w:r/>
      <w:r>
        <w:t>The timing is neat, too. Limited-time offers trigger action, and here you’ve got content that’s ready to use immediately: a story to read, narration to play and artwork to pin on your screen. If you want to support creators without a long-term commitment, this is a tidy, one-off way to do it.</w:t>
      </w:r>
      <w:r/>
    </w:p>
    <w:p>
      <w:pPr>
        <w:pStyle w:val="Heading2"/>
      </w:pPr>
      <w:r>
        <w:t>What you actually get and how it feels</w:t>
      </w:r>
      <w:r/>
    </w:p>
    <w:p>
      <w:r/>
      <w:r>
        <w:t>Open the pack and the story reads like a compact zine: nine illustrated pages that feel tactile even on screen. The audio narration and video add a cinematic layer, and the artwork files are high resolution, so they look sharp on monitors or when printed as posters.</w:t>
      </w:r>
      <w:r/>
    </w:p>
    <w:p>
      <w:r/>
      <w:r>
        <w:t>Owners report the images have a bold, tactile vibe , leather tones, strong silhouettes , which works well for screensavers or home prints. Remember the license: personal printing is fine, but commercial reuse isn’t included, so check the terms if you’re planning posters for sale.</w:t>
      </w:r>
      <w:r/>
    </w:p>
    <w:p>
      <w:pPr>
        <w:pStyle w:val="Heading2"/>
      </w:pPr>
      <w:r>
        <w:t>How to grab the freebie if you’re already a subscriber</w:t>
      </w:r>
      <w:r/>
    </w:p>
    <w:p>
      <w:r/>
      <w:r>
        <w:t>If you’re a paid subscriber to the Substack, the pack may already be waiting for you at no extra cost. Head to the Freebies Members section and look for the founding-members post to unlock freebies and hidden packs. It’s a neat perk: you pay once for membership and then collect curated content over time.</w:t>
      </w:r>
      <w:r/>
    </w:p>
    <w:p>
      <w:r/>
      <w:r>
        <w:t>For non-members, the sale price makes joining tempting, but weigh it up. Subscriptions unlock future releases and discounts across curated artwork stores, so if you like discovering new pieces regularly, membership can pay back quickly.</w:t>
      </w:r>
      <w:r/>
    </w:p>
    <w:p>
      <w:pPr>
        <w:pStyle w:val="Heading2"/>
      </w:pPr>
      <w:r>
        <w:t>Comparing this offer to other Pride merch</w:t>
      </w:r>
      <w:r/>
    </w:p>
    <w:p>
      <w:r/>
      <w:r>
        <w:t>There’s a lot of Pride merch around , tees, pins, prints , but this pack is content-first rather than product-first. That matters if you prefer something digital and immediate over a physical item that ships. Compared with marketplace prints or mass-produced swag, this feels more boutique and artist-led.</w:t>
      </w:r>
      <w:r/>
    </w:p>
    <w:p>
      <w:r/>
      <w:r>
        <w:t>If you’re browsing other shops, check the creator links and where proceeds go. Some platforms donate to large charities, others funnel money straight back to independent makers. This pack falls into the latter camp, which many buyers prefer for direct impact.</w:t>
      </w:r>
      <w:r/>
    </w:p>
    <w:p>
      <w:pPr>
        <w:pStyle w:val="Heading2"/>
      </w:pPr>
      <w:r>
        <w:t>Quick tips before you buy</w:t>
      </w:r>
      <w:r/>
      <w:r/>
    </w:p>
    <w:p>
      <w:pPr>
        <w:pStyle w:val="ListBullet"/>
        <w:spacing w:line="240" w:lineRule="auto"/>
        <w:ind w:left="720"/>
      </w:pPr>
      <w:r/>
      <w:r>
        <w:t>If you’re a paid Substack subscriber, claim the pack for free in the Members Freebies section to save money and support the creators.</w:t>
      </w:r>
      <w:r/>
    </w:p>
    <w:p>
      <w:pPr>
        <w:pStyle w:val="ListBullet"/>
        <w:spacing w:line="240" w:lineRule="auto"/>
        <w:ind w:left="720"/>
      </w:pPr>
      <w:r/>
      <w:r>
        <w:t>Double-check the licensing if you plan to print large or use images publicly; personal printing is covered, commercial use likely isn’t.</w:t>
      </w:r>
      <w:r/>
    </w:p>
    <w:p>
      <w:pPr>
        <w:pStyle w:val="ListBullet"/>
        <w:spacing w:line="240" w:lineRule="auto"/>
        <w:ind w:left="720"/>
      </w:pPr>
      <w:r/>
      <w:r>
        <w:t>Grab the download promptly; time-limited sales can vanish at midnight and some links change after promotions end.</w:t>
      </w:r>
      <w:r/>
    </w:p>
    <w:p>
      <w:pPr>
        <w:pStyle w:val="ListBullet"/>
        <w:spacing w:line="240" w:lineRule="auto"/>
        <w:ind w:left="720"/>
      </w:pPr>
      <w:r/>
      <w:r>
        <w:t>Consider a small additional tip via the artist’s PayPal or store pages if you want to boost support beyond the sale price.</w:t>
      </w:r>
      <w:r/>
      <w:r/>
    </w:p>
    <w:p>
      <w:r/>
      <w:r>
        <w:t>It’s a compact, feel-good purchase that’s cheap, cheerful and directly helpful to artists , a small buy that sends a meaningful signal this Pride.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1">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10">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https://theartofgaystyle.substack.com/p/pride-weekend-special-11th-july-2026</w:t>
        </w:r>
      </w:hyperlink>
      <w:r>
        <w:t xml:space="preserve"> - Please view link - unable to able to access data</w:t>
      </w:r>
      <w:r/>
    </w:p>
    <w:p>
      <w:pPr>
        <w:pStyle w:val="ListNumber"/>
        <w:spacing w:line="240" w:lineRule="auto"/>
        <w:ind w:left="720"/>
      </w:pPr>
      <w:r/>
      <w:hyperlink r:id="rId10">
        <w:r>
          <w:rPr>
            <w:color w:val="0000EE"/>
            <w:u w:val="single"/>
          </w:rPr>
          <w:t>https://payhip.com/b/BEeXg</w:t>
        </w:r>
      </w:hyperlink>
      <w:r>
        <w:t xml:space="preserve"> - The Art of Gay Style's Pride Weekend Special offers the Leather Legends Collector’s Pack at a 75% discount, reducing the price from $9.99 to $2.50. This limited-time offer includes a 9-page illustrated story, full audio narration in MP3 and MP4 formats, and 10 high-resolution gay leather artworks suitable for personal printing. The promotion is available to all readers, with paid Substack subscribers receiving the full pack for free. The offer is valid from July 11th to July 12th, 2026, and can be accessed through the provided link.</w:t>
      </w:r>
      <w:r/>
    </w:p>
    <w:p>
      <w:pPr>
        <w:pStyle w:val="ListNumber"/>
        <w:spacing w:line="240" w:lineRule="auto"/>
        <w:ind w:left="720"/>
      </w:pPr>
      <w:r/>
      <w:hyperlink r:id="rId11">
        <w:r>
          <w:rPr>
            <w:color w:val="0000EE"/>
            <w:u w:val="single"/>
          </w:rPr>
          <w:t>https://theartofgaystyle.substack.com/s/founding-members-free-music-and-books</w:t>
        </w:r>
      </w:hyperlink>
      <w:r>
        <w:t xml:space="preserve"> - Paid subscribers of The Art of Gay Style can access exclusive content, including the Leather Legends Collector’s Pack, for free. To obtain this, subscribers should visit the 'FREEBIES Members' section and look for the post titled 'Founding Members Free Music and Books'. This initiative is part of the benefits offered to paid subscribers, providing access to hidden collector’s image packs, curated artwork sets, discounts on gay leather art, and free downloadable images, books, music, and content packs available only in the members’ resource section.</w:t>
      </w:r>
      <w:r/>
    </w:p>
    <w:p>
      <w:pPr>
        <w:pStyle w:val="ListNumber"/>
        <w:spacing w:line="240" w:lineRule="auto"/>
        <w:ind w:left="720"/>
      </w:pPr>
      <w:r/>
      <w:hyperlink r:id="rId13">
        <w:r>
          <w:rPr>
            <w:color w:val="0000EE"/>
            <w:u w:val="single"/>
          </w:rPr>
          <w:t>https://alpha-dom.pixels.com</w:t>
        </w:r>
      </w:hyperlink>
      <w:r>
        <w:t xml:space="preserve"> - Alpha Dom offers a range of gay leather clothing, art, and gifts. Their collection includes various items suitable for personal use or as gifts, catering to those interested in gay leather culture. The website provides a diverse selection of products, allowing customers to explore and purchase items that align with their interests and style preferences.</w:t>
      </w:r>
      <w:r/>
    </w:p>
    <w:p>
      <w:pPr>
        <w:pStyle w:val="ListNumber"/>
        <w:spacing w:line="240" w:lineRule="auto"/>
        <w:ind w:left="720"/>
      </w:pPr>
      <w:r/>
      <w:hyperlink r:id="rId15">
        <w:r>
          <w:rPr>
            <w:color w:val="0000EE"/>
            <w:u w:val="single"/>
          </w:rPr>
          <w:t>https://www.redbubble.com/people/ItsAKinkThing/shop</w:t>
        </w:r>
      </w:hyperlink>
      <w:r>
        <w:t xml:space="preserve"> - Redbubble hosts a shop by ItsAKinkThing, featuring a variety of products related to gay leather culture. The shop offers unique designs on items such as clothing, accessories, and home décor, allowing customers to express their identity and support the community through their purchases.</w:t>
      </w:r>
      <w:r/>
    </w:p>
    <w:p>
      <w:pPr>
        <w:pStyle w:val="ListNumber"/>
        <w:spacing w:line="240" w:lineRule="auto"/>
        <w:ind w:left="720"/>
      </w:pPr>
      <w:r/>
      <w:hyperlink r:id="rId12">
        <w:r>
          <w:rPr>
            <w:color w:val="0000EE"/>
            <w:u w:val="single"/>
          </w:rPr>
          <w:t>https://iconiclgbtq-shop.fourthwall.com</w:t>
        </w:r>
      </w:hyperlink>
      <w:r>
        <w:t xml:space="preserve"> - Iconic LGBTQ Shop offers a selection of products celebrating gay and queer culture. Their range includes clothing, art, and other items that reflect the spirit and style of the LGBTQ community, providing customers with unique and meaningful products to express their identity.</w:t>
      </w:r>
      <w:r/>
    </w:p>
    <w:p>
      <w:pPr>
        <w:pStyle w:val="ListNumber"/>
        <w:spacing w:line="240" w:lineRule="auto"/>
        <w:ind w:left="720"/>
      </w:pPr>
      <w:r/>
      <w:hyperlink r:id="rId14">
        <w:r>
          <w:rPr>
            <w:color w:val="0000EE"/>
            <w:u w:val="single"/>
          </w:rPr>
          <w:t>https://www.paypal.com/paypalme/ArtOfGayStyle</w:t>
        </w:r>
      </w:hyperlink>
      <w:r>
        <w:t xml:space="preserve"> - Support The Art of Gay Style by making a donation through their PayPal link. Contributions help fund the creation of content, including artwork, articles, and other resources that celebrate gay and queer culture. Donors can choose the amount they wish to contribute, supporting the ongoing work of the collective.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artofgaystyle.substack.com/p/pride-weekend-special-11th-july-2026" TargetMode="External"/><Relationship Id="rId10" Type="http://schemas.openxmlformats.org/officeDocument/2006/relationships/hyperlink" Target="https://payhip.com/b/BEeXg" TargetMode="External"/><Relationship Id="rId11" Type="http://schemas.openxmlformats.org/officeDocument/2006/relationships/hyperlink" Target="https://theartofgaystyle.substack.com/s/founding-members-free-music-and-books" TargetMode="External"/><Relationship Id="rId12" Type="http://schemas.openxmlformats.org/officeDocument/2006/relationships/hyperlink" Target="https://iconiclgbtq-shop.fourthwall.com" TargetMode="External"/><Relationship Id="rId13" Type="http://schemas.openxmlformats.org/officeDocument/2006/relationships/hyperlink" Target="https://alpha-dom.pixels.com" TargetMode="External"/><Relationship Id="rId14" Type="http://schemas.openxmlformats.org/officeDocument/2006/relationships/hyperlink" Target="https://www.paypal.com/paypalme/ArtOfGayStyle" TargetMode="External"/><Relationship Id="rId15" Type="http://schemas.openxmlformats.org/officeDocument/2006/relationships/hyperlink" Target="https://www.redbubble.com/people/ItsAKinkThing/sho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