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Queer Books Coming July–December 2026: A Midyear Preview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Browse a brisk list of 250+ queer books headed for late‑2026 release , readers and bookshops are already circling titles, from debut novels and memoirs to must‑read YA and speculative queer fiction, so you can plan your TBR, preorder favourites, or book your autumn reading group picks.</w:t>
      </w:r>
      <w:r/>
    </w:p>
    <w:p>
      <w:r/>
      <w:r>
        <w:t>Essential Takeaways</w:t>
      </w:r>
      <w:r/>
      <w:r/>
    </w:p>
    <w:p>
      <w:pPr>
        <w:pStyle w:val="ListBullet"/>
        <w:spacing w:line="240" w:lineRule="auto"/>
        <w:ind w:left="720"/>
      </w:pPr>
      <w:r/>
      <w:r>
        <w:rPr>
          <w:b/>
        </w:rPr>
        <w:t>Big fall season:</w:t>
      </w:r>
      <w:r>
        <w:t xml:space="preserve"> The second half of 2026 lists 250+ queer titles, with most announcements clustering as publishers finalise schedules.</w:t>
      </w:r>
      <w:r/>
    </w:p>
    <w:p>
      <w:pPr>
        <w:pStyle w:val="ListBullet"/>
        <w:spacing w:line="240" w:lineRule="auto"/>
        <w:ind w:left="720"/>
      </w:pPr>
      <w:r/>
      <w:r>
        <w:rPr>
          <w:b/>
        </w:rPr>
        <w:t>Wide range:</w:t>
      </w:r>
      <w:r>
        <w:t xml:space="preserve"> Expect literary fiction, romance, YA, memoir, and speculative work , something for gentle moods and loud, brassy reads.</w:t>
      </w:r>
      <w:r/>
    </w:p>
    <w:p>
      <w:pPr>
        <w:pStyle w:val="ListBullet"/>
        <w:spacing w:line="240" w:lineRule="auto"/>
        <w:ind w:left="720"/>
      </w:pPr>
      <w:r/>
      <w:r>
        <w:rPr>
          <w:b/>
        </w:rPr>
        <w:t>Debuts and names:</w:t>
      </w:r>
      <w:r>
        <w:t xml:space="preserve"> The slate mixes promising debuts with established queer voices, so you’ll spot fresh talent and reliable favourites.</w:t>
      </w:r>
      <w:r/>
    </w:p>
    <w:p>
      <w:pPr>
        <w:pStyle w:val="ListBullet"/>
        <w:spacing w:line="240" w:lineRule="auto"/>
        <w:ind w:left="720"/>
      </w:pPr>
      <w:r/>
      <w:r>
        <w:rPr>
          <w:b/>
        </w:rPr>
        <w:t>Practical tip:</w:t>
      </w:r>
      <w:r>
        <w:t xml:space="preserve"> Use spreadsheets and preorder alerts to snag signed copies or indie bookstore exclusives; many titles announce close to publication.</w:t>
      </w:r>
      <w:r/>
    </w:p>
    <w:p>
      <w:pPr>
        <w:pStyle w:val="ListBullet"/>
        <w:spacing w:line="240" w:lineRule="auto"/>
        <w:ind w:left="720"/>
      </w:pPr>
      <w:r/>
      <w:r>
        <w:rPr>
          <w:b/>
        </w:rPr>
        <w:t>Emotional cue:</w:t>
      </w:r>
      <w:r>
        <w:t xml:space="preserve"> Anticipation is real , this season feels especially celebratory and diverse, from tender coming‑of‑age stories to furious, funny essays.</w:t>
      </w:r>
      <w:r/>
      <w:r/>
    </w:p>
    <w:p>
      <w:pPr>
        <w:pStyle w:val="Heading2"/>
      </w:pPr>
      <w:r>
        <w:t>Why late 2026 looks stacked for queer readers</w:t>
      </w:r>
      <w:r/>
    </w:p>
    <w:p>
      <w:r/>
      <w:r>
        <w:t>Publishers always save heftier lists for autumn, and queer literature is no exception; fall festivals, awards season and holiday buying make it a prime window. That’s why the second half of 2026 already contains hundreds of entries even before every jacket copy is finalised. You can almost smell the new‑paper tang and stickered club editions coming. If you love discovering new perspectives, this period is where many buzzy debuts and mid‑career reinventions land.</w:t>
      </w:r>
      <w:r/>
    </w:p>
    <w:p>
      <w:pPr>
        <w:pStyle w:val="Heading2"/>
      </w:pPr>
      <w:r>
        <w:t>What kinds of queer books are trending this season</w:t>
      </w:r>
      <w:r/>
    </w:p>
    <w:p>
      <w:r/>
      <w:r>
        <w:t>Expect a blend: quiet, intimate memoirs sit beside high‑concept speculative fiction and heartforward romances. There’s a notable appetite for stories that explore identity with humour and rage in equal measure, and for YA that treats coming‑out arcs with nuance. Industry observers say the variety reflects readers’ tastes for both comfort and bold experimentation, so whether you want softness or a sharp rethink of genre, the list has you covered.</w:t>
      </w:r>
      <w:r/>
    </w:p>
    <w:p>
      <w:pPr>
        <w:pStyle w:val="Heading2"/>
      </w:pPr>
      <w:r>
        <w:t>How to use the spreadsheet and curate your TBR</w:t>
      </w:r>
      <w:r/>
    </w:p>
    <w:p>
      <w:r/>
      <w:r>
        <w:t>A spreadsheet of 250+ titles is a reader’s dream and a little overwhelming. Sort by genre, release month, or author to make decisions faster. Flag debuts for discovery, and highlight likely gifts for the holidays. Preorder alerts and indie bookshop lists are your friends , signed editions or early reads can vanish quickly during fall. And if you’re in a reading group, pick a mix of accessible and provocative titles so conversation stays lively.</w:t>
      </w:r>
      <w:r/>
    </w:p>
    <w:p>
      <w:pPr>
        <w:pStyle w:val="Heading2"/>
      </w:pPr>
      <w:r>
        <w:t>Where to look for dependable recommendations</w:t>
      </w:r>
      <w:r/>
    </w:p>
    <w:p>
      <w:r/>
      <w:r>
        <w:t>Longstanding outlets and community lists will keep updating through the summer. Blogs and indie reviewers often surface gems closer to release, while curated lists collect titles by theme or mood. Library and bookstore staff picks are helpful if you want to avoid spoilers and hear quick, human takes. For those tracking releases closely, check festival programmes and publisher newsletters for surprise announcements.</w:t>
      </w:r>
      <w:r/>
    </w:p>
    <w:p>
      <w:pPr>
        <w:pStyle w:val="Heading2"/>
      </w:pPr>
      <w:r>
        <w:t>Why this period matters for queer publishing overall</w:t>
      </w:r>
      <w:r/>
    </w:p>
    <w:p>
      <w:r/>
      <w:r>
        <w:t>This late‑year rush isn’t just sales strategy; it’s visibility. More queer books in high‑profile slots means better chances for award attention, media coverage, and placement in holiday gift guides. That amplifies voices that might otherwise be niche. Readers benefit: more variety, more access, and more opportunities to support writers directly through preorders and local bookshop purchases.</w:t>
      </w:r>
      <w:r/>
    </w:p>
    <w:p>
      <w:r/>
      <w:r>
        <w:t>It's a small change that can make your autumn reading feel deliberately queer and deliciously varied.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9">
        <w:r>
          <w:rPr>
            <w:color w:val="0000EE"/>
            <w:u w:val="single"/>
          </w:rPr>
          <w:t>[1]</w:t>
        </w:r>
      </w:hyperlink>
      <w:r>
        <w:t xml:space="preserve">, </w:t>
      </w:r>
      <w:hyperlink r:id="rId12">
        <w:r>
          <w:rPr>
            <w:color w:val="0000EE"/>
            <w:u w:val="single"/>
          </w:rPr>
          <w:t>[5]</w:t>
        </w:r>
      </w:hyperlink>
      <w:r>
        <w:t xml:space="preserve">- Paragraph 3: </w:t>
      </w:r>
      <w:hyperlink r:id="rId9">
        <w:r>
          <w:rPr>
            <w:color w:val="0000EE"/>
            <w:u w:val="single"/>
          </w:rPr>
          <w:t>[1]</w:t>
        </w:r>
      </w:hyperlink>
      <w:r>
        <w:t xml:space="preserve">, </w:t>
      </w:r>
      <w:hyperlink r:id="rId13">
        <w:r>
          <w:rPr>
            <w:color w:val="0000EE"/>
            <w:u w:val="single"/>
          </w:rPr>
          <w:t>[6]</w:t>
        </w:r>
      </w:hyperlink>
      <w:r>
        <w:t xml:space="preserve">- Paragraph 4: </w:t>
      </w:r>
      <w:hyperlink r:id="rId10">
        <w:r>
          <w:rPr>
            <w:color w:val="0000EE"/>
            <w:u w:val="single"/>
          </w:rPr>
          <w:t>[2]</w:t>
        </w:r>
      </w:hyperlink>
      <w:r>
        <w:t xml:space="preserve">, </w:t>
      </w:r>
      <w:hyperlink r:id="rId14">
        <w:r>
          <w:rPr>
            <w:color w:val="0000EE"/>
            <w:u w:val="single"/>
          </w:rPr>
          <w:t>[3]</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https://bookriot.com/new-lgbtq-books-out-in-the-rest-of-2026/</w:t>
        </w:r>
      </w:hyperlink>
      <w:r>
        <w:t xml:space="preserve"> - Please view link - unable to able to access data</w:t>
      </w:r>
      <w:r/>
    </w:p>
    <w:p>
      <w:pPr>
        <w:pStyle w:val="ListNumber"/>
        <w:spacing w:line="240" w:lineRule="auto"/>
        <w:ind w:left="720"/>
      </w:pPr>
      <w:r/>
      <w:hyperlink r:id="rId10">
        <w:r>
          <w:rPr>
            <w:color w:val="0000EE"/>
            <w:u w:val="single"/>
          </w:rPr>
          <w:t>https://bookishbeck.com/2026/07/03/more-most-anticipated-books-for-the-second-half-of-2026/</w:t>
        </w:r>
      </w:hyperlink>
      <w:r>
        <w:t xml:space="preserve"> - Rebecca Foster's article highlights a dozen highly anticipated books set for release in the latter half of 2026. The list spans various genres, including fiction, non-fiction, and science fiction, with UK publication dates provided where available. Notable mentions include 'Heartstopper: Volume 6' by Alice Oseman, 'The New People' by Andrea Uptmore, and 'Under Story' by Chloe Benjamin. The article offers brief descriptions and cover images for each title, providing readers with a comprehensive overview of upcoming releases.</w:t>
      </w:r>
      <w:r/>
    </w:p>
    <w:p>
      <w:pPr>
        <w:pStyle w:val="ListNumber"/>
        <w:spacing w:line="240" w:lineRule="auto"/>
        <w:ind w:left="720"/>
      </w:pPr>
      <w:r/>
      <w:hyperlink r:id="rId14">
        <w:r>
          <w:rPr>
            <w:color w:val="0000EE"/>
            <w:u w:val="single"/>
          </w:rPr>
          <w:t>https://www.queerty.com/our-most-anticipated-lgbtq-books-of-2026-from-bro-fantasies-to-inspiration-prn-to-cher-20260103/</w:t>
        </w:r>
      </w:hyperlink>
      <w:r>
        <w:t xml:space="preserve"> - Queerty's article presents a curated list of the most anticipated LGBTQ+ books for 2026, featuring a diverse range of genres and themes. Highlights include David Archuleta's memoir 'Devout', which delves into his journey of reconciling his queerness with his Mormon upbringing, and other works that explore various facets of LGBTQ+ experiences. The article provides insights into each book's premise and its significance within the LGBTQ+ literary landscape.</w:t>
      </w:r>
      <w:r/>
    </w:p>
    <w:p>
      <w:pPr>
        <w:pStyle w:val="ListNumber"/>
        <w:spacing w:line="240" w:lineRule="auto"/>
        <w:ind w:left="720"/>
      </w:pPr>
      <w:r/>
      <w:hyperlink r:id="rId11">
        <w:r>
          <w:rPr>
            <w:color w:val="0000EE"/>
            <w:u w:val="single"/>
          </w:rPr>
          <w:t>https://bookriot.com/new-lgbtq-books-july-2026/</w:t>
        </w:r>
      </w:hyperlink>
      <w:r>
        <w:t xml:space="preserve"> - Book Riot's article showcases 18 must-read LGBTQ books released in July 2026. The selection includes the final installment of the 'Heartstopper' series by Alice Oseman, a sapphic literary fiction novel, and a cozy folk horror M/M romance. Each book is accompanied by a brief description, highlighting its unique contribution to LGBTQ literature and its appeal to diverse reader interests.</w:t>
      </w:r>
      <w:r/>
    </w:p>
    <w:p>
      <w:pPr>
        <w:pStyle w:val="ListNumber"/>
        <w:spacing w:line="240" w:lineRule="auto"/>
        <w:ind w:left="720"/>
      </w:pPr>
      <w:r/>
      <w:hyperlink r:id="rId12">
        <w:r>
          <w:rPr>
            <w:color w:val="0000EE"/>
            <w:u w:val="single"/>
          </w:rPr>
          <w:t>https://bookriot.com/new-queer-books-february-2026/</w:t>
        </w:r>
      </w:hyperlink>
      <w:r>
        <w:t xml:space="preserve"> - Book Riot's article features 13 exciting new queer books released in February 2026. The selection includes a trans Dorian Gray retelling, a new F/F romance by Ashley Herring Blake, and a lesbian sci-fi heist by Makana Yamamoto. Each book is accompanied by a brief description, emphasizing its unique contribution to queer literature and its appeal to diverse reader interests.</w:t>
      </w:r>
      <w:r/>
    </w:p>
    <w:p>
      <w:pPr>
        <w:pStyle w:val="ListNumber"/>
        <w:spacing w:line="240" w:lineRule="auto"/>
        <w:ind w:left="720"/>
      </w:pPr>
      <w:r/>
      <w:hyperlink r:id="rId13">
        <w:r>
          <w:rPr>
            <w:color w:val="0000EE"/>
            <w:u w:val="single"/>
          </w:rPr>
          <w:t>https://bookfinity.com/explore/Reader-Type-Recommendations/2026/a/1110/Spring-Book-Releases-for-Woke-Up-Like-This-Reader-Type-2026</w:t>
        </w:r>
      </w:hyperlink>
      <w:r>
        <w:t xml:space="preserve"> - Bookfinity's article highlights spring 2026 book releases that centre on powerful LGBTQIA and diverse voices. These new releases focus on identity, love, and belonging, offering both fiction and memoir that feel authentic and timely. The stories are recommended for readers who are socially aware, woke, nonbinary, or LGBTQ+, providing meaningful reading experiences.</w:t>
      </w:r>
      <w:r/>
    </w:p>
    <w:p>
      <w:pPr>
        <w:pStyle w:val="ListNumber"/>
        <w:spacing w:line="240" w:lineRule="auto"/>
        <w:ind w:left="720"/>
      </w:pPr>
      <w:r/>
      <w:hyperlink r:id="rId15">
        <w:r>
          <w:rPr>
            <w:color w:val="0000EE"/>
            <w:u w:val="single"/>
          </w:rPr>
          <w:t>https://glbtrt.ala.org/rainbowbooks/</w:t>
        </w:r>
      </w:hyperlink>
      <w:r>
        <w:t xml:space="preserve"> - The American Library Association's Rainbow Round Table presents the 2026 Rainbow Book List, featuring over 160 titles published between July 1, 2024, and December 31, 2025. This curated selection celebrates the lives, experiences, and families of LGBTQIA+ youth, spanning from birth through age 18. The list serves as a resource for librarians, educators, caregivers, LGBTQIA+ individuals, and community allies in identifying high-quality books that reflect and affirm diverse genders and sexual identities.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bookriot.com/new-lgbtq-books-out-in-the-rest-of-2026/" TargetMode="External"/><Relationship Id="rId10" Type="http://schemas.openxmlformats.org/officeDocument/2006/relationships/hyperlink" Target="https://bookishbeck.com/2026/07/03/more-most-anticipated-books-for-the-second-half-of-2026/" TargetMode="External"/><Relationship Id="rId11" Type="http://schemas.openxmlformats.org/officeDocument/2006/relationships/hyperlink" Target="https://bookriot.com/new-lgbtq-books-july-2026/" TargetMode="External"/><Relationship Id="rId12" Type="http://schemas.openxmlformats.org/officeDocument/2006/relationships/hyperlink" Target="https://bookriot.com/new-queer-books-february-2026/" TargetMode="External"/><Relationship Id="rId13" Type="http://schemas.openxmlformats.org/officeDocument/2006/relationships/hyperlink" Target="https://bookfinity.com/explore/Reader-Type-Recommendations/2026/a/1110/Spring-Book-Releases-for-Woke-Up-Like-This-Reader-Type-2026" TargetMode="External"/><Relationship Id="rId14" Type="http://schemas.openxmlformats.org/officeDocument/2006/relationships/hyperlink" Target="https://www.queerty.com/our-most-anticipated-lgbtq-books-of-2026-from-bro-fantasies-to-inspiration-prn-to-cher-20260103/" TargetMode="External"/><Relationship Id="rId15" Type="http://schemas.openxmlformats.org/officeDocument/2006/relationships/hyperlink" Target="https://glbtrt.ala.org/rainbowbook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