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Liverpool Pride 2026 Plans: March Route, Opening Party and How to Join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are gearing up as Liverpool’s Pride returns with a community-first weekend; organisers Sahir and LCR Pride Foundation have teamed up to deliver a walking-only march, a star-studded Official Opening Party at M&amp;S Bank Arena, and new accessible, alcohol-free options that put local voices front and centre.</w:t>
      </w:r>
      <w:r/>
    </w:p>
    <w:p>
      <w:r/>
      <w:r>
        <w:t>Essential Takeaways</w:t>
      </w:r>
      <w:r/>
      <w:r/>
    </w:p>
    <w:p>
      <w:pPr>
        <w:pStyle w:val="ListBullet"/>
        <w:spacing w:line="240" w:lineRule="auto"/>
        <w:ind w:left="720"/>
      </w:pPr>
      <w:r/>
      <w:r>
        <w:rPr>
          <w:b/>
        </w:rPr>
        <w:t>Walking-only march:</w:t>
      </w:r>
      <w:r>
        <w:t xml:space="preserve"> The Pride March follows a new route from Houghton Street via Church Street and Paradise Street to Lord Street, with no vehicles or floats for 2026. </w:t>
      </w:r>
      <w:r/>
    </w:p>
    <w:p>
      <w:pPr>
        <w:pStyle w:val="ListBullet"/>
        <w:spacing w:line="240" w:lineRule="auto"/>
        <w:ind w:left="720"/>
      </w:pPr>
      <w:r/>
      <w:r>
        <w:rPr>
          <w:b/>
        </w:rPr>
        <w:t>Big opening party:</w:t>
      </w:r>
      <w:r>
        <w:t xml:space="preserve"> M&amp;S Bank Arena hosts an Official Opening Party featuring Sugababes, Beth Ditto, RuPaul’s Drag Race stars and local favourites. </w:t>
      </w:r>
      <w:r/>
    </w:p>
    <w:p>
      <w:pPr>
        <w:pStyle w:val="ListBullet"/>
        <w:spacing w:line="240" w:lineRule="auto"/>
        <w:ind w:left="720"/>
      </w:pPr>
      <w:r/>
      <w:r>
        <w:rPr>
          <w:b/>
        </w:rPr>
        <w:t>Community-led planning:</w:t>
      </w:r>
      <w:r>
        <w:t xml:space="preserve"> Sahir will coordinate the festival while LCR Pride Foundation leads the march and community stalls, backed by a new community forum. </w:t>
      </w:r>
      <w:r/>
    </w:p>
    <w:p>
      <w:pPr>
        <w:pStyle w:val="ListBullet"/>
        <w:spacing w:line="240" w:lineRule="auto"/>
        <w:ind w:left="720"/>
      </w:pPr>
      <w:r/>
      <w:r>
        <w:rPr>
          <w:b/>
        </w:rPr>
        <w:t>Accessible options:</w:t>
      </w:r>
      <w:r>
        <w:t xml:space="preserve"> Sahir’s Access Pride returns with alcohol-free, inclusive programming at The Brink, welcoming diverse attendees. </w:t>
      </w:r>
      <w:r/>
    </w:p>
    <w:p>
      <w:pPr>
        <w:pStyle w:val="ListBullet"/>
        <w:spacing w:line="240" w:lineRule="auto"/>
        <w:ind w:left="720"/>
      </w:pPr>
      <w:r/>
      <w:r>
        <w:rPr>
          <w:b/>
        </w:rPr>
        <w:t>How to join:</w:t>
      </w:r>
      <w:r>
        <w:t xml:space="preserve"> Registrations for groups and individuals are open, with a voluntary small donation option to support delivery.</w:t>
      </w:r>
      <w:r/>
      <w:r/>
    </w:p>
    <w:p>
      <w:pPr>
        <w:pStyle w:val="Heading2"/>
      </w:pPr>
      <w:r>
        <w:t>A march that puts people first , and keeps the streets flowing</w:t>
      </w:r>
      <w:r/>
    </w:p>
    <w:p>
      <w:r/>
      <w:r>
        <w:t>The headline change for 2026 is simple and tangible: the march will be walking-only, with a route redesigned to avoid the heavy road closures of past years and make the city centre more accessible. That means a quieter, more human feel , you’ll hear thousands of feet rather than engines, and see more faces than floats. Organisers say this was shaped by community feedback and logistics work aimed at improving access for people with mobility needs and reducing disruption. It’s the sort of choice that shifts Pride away from spectacle and towards participation. If you’re planning to take part, register as a group so you can march together, or sign up solo and slot into a community section. Think about comfortable footwear, water, and a small sun hat if the weather behaves itself.</w:t>
      </w:r>
      <w:r/>
    </w:p>
    <w:p>
      <w:pPr>
        <w:pStyle w:val="Heading2"/>
      </w:pPr>
      <w:r>
        <w:t>M&amp;S Bank Arena Opening Party: pop big names and local talent</w:t>
      </w:r>
      <w:r/>
    </w:p>
    <w:p>
      <w:r/>
      <w:r>
        <w:t>Liverpool’s Pride has gone large on entertainment this year, with the M&amp;S Bank Arena billed as the place to kick off the weekend. Sugababes will headline a greatest-hits set, Beth Ditto plays her first solo Liverpool show, and drag stars including Bimini and Tia Kofi will add theatrical sparkle. Expect a mix of disco, live vocals and club energy from acts like Horse Meat Disco and House Gospel Choir. The opening ceremony itself is curated to showcase dozens of local performers and voices, blending community creativity with stadium-level production. That balance signals organisers’ intent to celebrate local talent while drawing national attention. Tickets will be at a premium, so if you want to be on that dancefloor or catch intimate performances, book early and check for any accessible seating options when you buy.</w:t>
      </w:r>
      <w:r/>
    </w:p>
    <w:p>
      <w:pPr>
        <w:pStyle w:val="Heading2"/>
      </w:pPr>
      <w:r>
        <w:t>Sahir and LCR Pride Foundation: a partnership with practical purpose</w:t>
      </w:r>
      <w:r/>
    </w:p>
    <w:p>
      <w:r/>
      <w:r>
        <w:t>After Sahir stepped in to deliver Pride previously, the two organisations formalised a partnership to run Liverpool’s Pride together. Sahir will coordinate the overall festival delivery while LCR Pride Foundation focuses on the march and community engagement. A new community forum is being set up to ensure LGBTQ+ groups across the city shape future plans, not just attend them. That community-led framework matters: it means decisions about routes, accessibility and programming are informed by lived experience rather than top-down logistics. For anyone who’s volunteered at past events, this is a chance to feed in ideas and practical know-how , organisers have explicitly invited local voices.</w:t>
      </w:r>
      <w:r/>
    </w:p>
    <w:p>
      <w:pPr>
        <w:pStyle w:val="Heading2"/>
      </w:pPr>
      <w:r>
        <w:t>Access Pride and alcohol-free spaces , inclusion in practice</w:t>
      </w:r>
      <w:r/>
    </w:p>
    <w:p>
      <w:r/>
      <w:r>
        <w:t>Sahir is bringing back Access Pride and alcohol-free options, including events at The Brink and a return of accessible, sober-friendly programming. These spaces tend to feel quieter, more intimate, and better suited to families, neurodiverse people and anyone who prefers to avoid alcohol. Providing alcohol-free options is more than tokenism; it widens who can celebrate safely and comfortably. Expect workshops, daytime performances and social spaces designed for conversation rather than late-night clubbing. If you need quieter zones, relaxed-entry times or sensory-friendly areas, check event listings in advance , many organisers publish specific accessibility details now, and seats or slots can fill fast.</w:t>
      </w:r>
      <w:r/>
    </w:p>
    <w:p>
      <w:pPr>
        <w:pStyle w:val="Heading2"/>
      </w:pPr>
      <w:r>
        <w:t>Local businesses and fundraising , small events, big impact</w:t>
      </w:r>
      <w:r/>
    </w:p>
    <w:p>
      <w:r/>
      <w:r>
        <w:t>From Peaches and Cream’s Pride Masterclass &amp; Party to smaller popup events across Liverpool One and beyond, local retailers are pitching in with fundraising and community nights. These events often combine tutorials, performances and giveaways, with proceeds going to LGBTQ+ youth charities. That grassroots energy keeps Pride connected to the city’s year-round support networks and makes it easy to contribute without queuing for the arena. If you want to help, buy a ticket to a charity masterclass, pick up limited-edition merch, or donate when you register for the march. It’s also a nice way to discover local queer-owned businesses and feel part of the weekend in a low-key, meaningful way.</w:t>
      </w:r>
      <w:r/>
    </w:p>
    <w:p>
      <w:r/>
      <w:r>
        <w:t>It's a weekend that’s been rethought to be more inclusive, more community-driven, and a bit more human , book early, plan for comfort, and go ready to be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[2]</w:t>
        </w:r>
      </w:hyperlink>
      <w:r>
        <w:t xml:space="preserve">- Paragraph 2: </w:t>
      </w:r>
      <w:hyperlink r:id="rId11">
        <w:r>
          <w:rPr>
            <w:color w:val="0000EE"/>
            <w:u w:val="single"/>
          </w:rPr>
          <w:t>[2]</w:t>
        </w:r>
      </w:hyperlink>
      <w:r>
        <w:t xml:space="preserve">, </w:t>
      </w:r>
      <w:hyperlink r:id="rId10">
        <w:r>
          <w:rPr>
            <w:color w:val="0000EE"/>
            <w:u w:val="single"/>
          </w:rPr>
          <w:t>[6]</w:t>
        </w:r>
      </w:hyperlink>
      <w:r>
        <w:t xml:space="preserve">- Paragraph 3: </w:t>
      </w:r>
      <w:hyperlink r:id="rId10">
        <w:r>
          <w:rPr>
            <w:color w:val="0000EE"/>
            <w:u w:val="single"/>
          </w:rPr>
          <w:t>[6]</w:t>
        </w:r>
      </w:hyperlink>
      <w:r>
        <w:t xml:space="preserve">, </w:t>
      </w:r>
      <w:hyperlink r:id="rId12">
        <w:r>
          <w:rPr>
            <w:color w:val="0000EE"/>
            <w:u w:val="single"/>
          </w:rPr>
          <w:t>[3]</w:t>
        </w:r>
      </w:hyperlink>
      <w:r>
        <w:t xml:space="preserve">- Paragraph 4: </w:t>
      </w:r>
      <w:hyperlink r:id="rId13">
        <w:r>
          <w:rPr>
            <w:color w:val="0000EE"/>
            <w:u w:val="single"/>
          </w:rPr>
          <w:t>[4]</w:t>
        </w:r>
      </w:hyperlink>
      <w:r>
        <w:t xml:space="preserve">, </w:t>
      </w:r>
      <w:hyperlink r:id="rId14">
        <w:r>
          <w:rPr>
            <w:color w:val="0000EE"/>
            <w:u w:val="single"/>
          </w:rPr>
          <w:t>[7]</w:t>
        </w:r>
      </w:hyperlink>
      <w:r>
        <w:t xml:space="preserve">- Paragraph 5: </w:t>
      </w:r>
      <w:hyperlink r:id="rId15">
        <w:r>
          <w:rPr>
            <w:color w:val="0000EE"/>
            <w:u w:val="single"/>
          </w:rPr>
          <w:t>[5]</w:t>
        </w:r>
      </w:hyperlink>
      <w:r>
        <w:t xml:space="preserve">, </w:t>
      </w:r>
      <w:hyperlink r:id="rId10">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https://www.liverpoolecho.co.uk/whats-on/whats-on-news/thousands-take-over-liverpool-city-34251721</w:t>
        </w:r>
      </w:hyperlink>
      <w:r>
        <w:t xml:space="preserve"> - Please view link - unable to able to access data</w:t>
      </w:r>
      <w:r/>
    </w:p>
    <w:p>
      <w:pPr>
        <w:pStyle w:val="ListNumber"/>
        <w:spacing w:line="240" w:lineRule="auto"/>
        <w:ind w:left="720"/>
      </w:pPr>
      <w:r/>
      <w:hyperlink r:id="rId11">
        <w:r>
          <w:rPr>
            <w:color w:val="0000EE"/>
            <w:u w:val="single"/>
          </w:rPr>
          <w:t>https://www.mandsbankarena.com/media-centre/latest-press-releases/2026/liverpool-s-pride-reveals-2026-march-route-through-the-heart-of-the-city/</w:t>
        </w:r>
      </w:hyperlink>
      <w:r>
        <w:t xml:space="preserve"> - Liverpool's Pride 2026 has unveiled the official route for its Pride March, scheduled for Saturday, 25 July 2026. The march will commence at Houghton Street, in front of St John's Beacon, proceeding through Church Street and Paradise Street, and concluding on Lord Street. This year's route is designed to enhance accessibility by eliminating the need for road closures previously used, focusing on community participation and collective visibility.</w:t>
      </w:r>
      <w:r/>
    </w:p>
    <w:p>
      <w:pPr>
        <w:pStyle w:val="ListNumber"/>
        <w:spacing w:line="240" w:lineRule="auto"/>
        <w:ind w:left="720"/>
      </w:pPr>
      <w:r/>
      <w:hyperlink r:id="rId12">
        <w:r>
          <w:rPr>
            <w:color w:val="0000EE"/>
            <w:u w:val="single"/>
          </w:rPr>
          <w:t>https://www.mandsbankarena.com/media-centre/latest-press-releases/2026/liverpool-s-pride-unveils-powerful-opening-ceremony-celebrating-the-city-s-lgbtqplus-community/</w:t>
        </w:r>
      </w:hyperlink>
      <w:r>
        <w:t xml:space="preserve"> - Liverpool's Pride 2026 has announced a dynamic Opening Ceremony to kick off the Pride weekend. Curated by local creatives Debbie Darling and Jester Boy, the ceremony will showcase a vibrant lineup of performers from the region, including Debbie Darling, Lady Sian, Jester Boy, Regina McQueen, and others. The event aims to highlight Liverpool's LGBTQ+ community talent and set an energetic tone for the festivities.</w:t>
      </w:r>
      <w:r/>
    </w:p>
    <w:p>
      <w:pPr>
        <w:pStyle w:val="ListNumber"/>
        <w:spacing w:line="240" w:lineRule="auto"/>
        <w:ind w:left="720"/>
      </w:pPr>
      <w:r/>
      <w:hyperlink r:id="rId13">
        <w:r>
          <w:rPr>
            <w:color w:val="0000EE"/>
            <w:u w:val="single"/>
          </w:rPr>
          <w:t>https://www.sahir.org.uk/sahir-house-announces-access-pride-2026-liverpools-inclusive-alcohol-free-lgbtq-celebration-returns-to-the-brink/</w:t>
        </w:r>
      </w:hyperlink>
      <w:r>
        <w:t xml:space="preserve"> - Sahir House, a Liverpool-based LGBTQ+ health and wellbeing charity, has announced the return of Access Pride, the city's only fully accessible, sober Pride event. Scheduled for Saturday, 25 July 2026, at The Brink on Parr Street, the event aims to provide an inclusive and welcoming space for the LGBTQ+ community, building on the success of its inaugural pilot event.</w:t>
      </w:r>
      <w:r/>
    </w:p>
    <w:p>
      <w:pPr>
        <w:pStyle w:val="ListNumber"/>
        <w:spacing w:line="240" w:lineRule="auto"/>
        <w:ind w:left="720"/>
      </w:pPr>
      <w:r/>
      <w:hyperlink r:id="rId15">
        <w:r>
          <w:rPr>
            <w:color w:val="0000EE"/>
            <w:u w:val="single"/>
          </w:rPr>
          <w:t>https://www.liverpool-one.com/whats-on/pride/</w:t>
        </w:r>
      </w:hyperlink>
      <w:r>
        <w:t xml:space="preserve"> - Liverpool ONE is celebrating Pride 2026 with a series of events from Friday, 24 July to Saturday, 25 July. The main Pride March will take place on Saturday, 25 July, with participants marching through the city centre. Additionally, the Community Expo in the LEX will bring together charities, community groups, traders, and brands. The official Liverpool Pride Opening Party on Friday, 24 July, at the M&amp;S Bank Arena features headliners Sugababes, Beth Ditto, Bimini, Horse Meat Disco, Tia Kofi, and more.</w:t>
      </w:r>
      <w:r/>
    </w:p>
    <w:p>
      <w:pPr>
        <w:pStyle w:val="ListNumber"/>
        <w:spacing w:line="240" w:lineRule="auto"/>
        <w:ind w:left="720"/>
      </w:pPr>
      <w:r/>
      <w:hyperlink r:id="rId10">
        <w:r>
          <w:rPr>
            <w:color w:val="0000EE"/>
            <w:u w:val="single"/>
          </w:rPr>
          <w:t>https://www.visitliverpool.com/blog/post/liverpools-pride-2026-announces-huge-opening-party/</w:t>
        </w:r>
      </w:hyperlink>
      <w:r>
        <w:t xml:space="preserve"> - Liverpool's Pride 2026 has announced a significant Opening Party to commence the Pride weekend. Organised by Sahir House, the event will feature headliners Sugababes and Beth Ditto, along with drag superstars Bimini and Tia Kofi. The Opening Party aims to set the tone for a vibrant and inclusive Pride celebration, with proceeds supporting the vital work of Sahir House for the LGBTQ+ community.</w:t>
      </w:r>
      <w:r/>
    </w:p>
    <w:p>
      <w:pPr>
        <w:pStyle w:val="ListNumber"/>
        <w:spacing w:line="240" w:lineRule="auto"/>
        <w:ind w:left="720"/>
      </w:pPr>
      <w:r/>
      <w:hyperlink r:id="rId14">
        <w:r>
          <w:rPr>
            <w:color w:val="0000EE"/>
            <w:u w:val="single"/>
          </w:rPr>
          <w:t>https://www.sahir.org.uk/liverpools-pride-2026-opening-party/</w:t>
        </w:r>
      </w:hyperlink>
      <w:r>
        <w:t xml:space="preserve"> - Sahir House has unveiled the first wave of artists for Liverpool's Pride 2026 Official Opening Party at the M&amp;S Bank Arena. The event will feature Sugababes, Beth Ditto, Tia Kofi, and local stars Tyler DaClaire, Pam Sandwich, and Debbie Darling. The Opening Party is set to be a high-energy celebration of unity, inclusion, and community, marking the start of Liverpool's Pride weekend.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verpoolecho.co.uk/whats-on/whats-on-news/thousands-take-over-liverpool-city-34251721" TargetMode="External"/><Relationship Id="rId10" Type="http://schemas.openxmlformats.org/officeDocument/2006/relationships/hyperlink" Target="https://www.visitliverpool.com/blog/post/liverpools-pride-2026-announces-huge-opening-party/" TargetMode="External"/><Relationship Id="rId11" Type="http://schemas.openxmlformats.org/officeDocument/2006/relationships/hyperlink" Target="https://www.mandsbankarena.com/media-centre/latest-press-releases/2026/liverpool-s-pride-reveals-2026-march-route-through-the-heart-of-the-city/" TargetMode="External"/><Relationship Id="rId12" Type="http://schemas.openxmlformats.org/officeDocument/2006/relationships/hyperlink" Target="https://www.mandsbankarena.com/media-centre/latest-press-releases/2026/liverpool-s-pride-unveils-powerful-opening-ceremony-celebrating-the-city-s-lgbtqplus-community/" TargetMode="External"/><Relationship Id="rId13" Type="http://schemas.openxmlformats.org/officeDocument/2006/relationships/hyperlink" Target="https://www.sahir.org.uk/sahir-house-announces-access-pride-2026-liverpools-inclusive-alcohol-free-lgbtq-celebration-returns-to-the-brink/" TargetMode="External"/><Relationship Id="rId14" Type="http://schemas.openxmlformats.org/officeDocument/2006/relationships/hyperlink" Target="https://www.sahir.org.uk/liverpools-pride-2026-opening-party/" TargetMode="External"/><Relationship Id="rId15" Type="http://schemas.openxmlformats.org/officeDocument/2006/relationships/hyperlink" Target="https://www.liverpool-one.com/whats-on/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