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Heartstopper Vol. 6 Guide: Read Before Heartstopper Forever Hits Netflix</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Grab your tissues and a cosy blanket: fans are revisiting Heartstopper Vol. 6 ahead of the Heartstopper Forever film release, and here’s what to know about the final graphic-novel instalment, how it ties into the upcoming movie, and smart ways to savour the story.</w:t>
      </w:r>
      <w:r/>
    </w:p>
    <w:p>
      <w:r/>
      <w:r>
        <w:t>Essential Takeaways</w:t>
      </w:r>
      <w:r/>
      <w:r/>
    </w:p>
    <w:p>
      <w:pPr>
        <w:pStyle w:val="ListBullet"/>
        <w:spacing w:line="240" w:lineRule="auto"/>
        <w:ind w:left="720"/>
      </w:pPr>
      <w:r/>
      <w:r>
        <w:rPr>
          <w:b/>
        </w:rPr>
        <w:t>Final instalment:</w:t>
      </w:r>
      <w:r>
        <w:t xml:space="preserve"> Heartstopper Vol. 6 wraps Alice Oseman’s bestselling queer coming-of-age tale, closing major character arcs. </w:t>
      </w:r>
      <w:r/>
    </w:p>
    <w:p>
      <w:pPr>
        <w:pStyle w:val="ListBullet"/>
        <w:spacing w:line="240" w:lineRule="auto"/>
        <w:ind w:left="720"/>
      </w:pPr>
      <w:r/>
      <w:r>
        <w:rPr>
          <w:b/>
        </w:rPr>
        <w:t>Big emotional beats:</w:t>
      </w:r>
      <w:r>
        <w:t xml:space="preserve"> Expect a bittersweet tone as Nick heads to college and Charlie pursues Head Boy, with the pair facing tough decisions. </w:t>
      </w:r>
      <w:r/>
    </w:p>
    <w:p>
      <w:pPr>
        <w:pStyle w:val="ListBullet"/>
        <w:spacing w:line="240" w:lineRule="auto"/>
        <w:ind w:left="720"/>
      </w:pPr>
      <w:r/>
      <w:r>
        <w:rPr>
          <w:b/>
        </w:rPr>
        <w:t>Film tie-in:</w:t>
      </w:r>
      <w:r>
        <w:t xml:space="preserve"> Netflix’s Heartstopper Forever adapts the saga for screens, timed right after the book’s release for maximum fan impact. </w:t>
      </w:r>
      <w:r/>
    </w:p>
    <w:p>
      <w:pPr>
        <w:pStyle w:val="ListBullet"/>
        <w:spacing w:line="240" w:lineRule="auto"/>
        <w:ind w:left="720"/>
      </w:pPr>
      <w:r/>
      <w:r>
        <w:rPr>
          <w:b/>
        </w:rPr>
        <w:t>Where to buy:</w:t>
      </w:r>
      <w:r>
        <w:t xml:space="preserve"> Vol. 6 is widely available from mainstream retailers; owning the graphic novel adds texture the film can’t fully capture. </w:t>
      </w:r>
      <w:r/>
    </w:p>
    <w:p>
      <w:pPr>
        <w:pStyle w:val="ListBullet"/>
        <w:spacing w:line="240" w:lineRule="auto"/>
        <w:ind w:left="720"/>
      </w:pPr>
      <w:r/>
      <w:r>
        <w:rPr>
          <w:b/>
        </w:rPr>
        <w:t>Reading tips:</w:t>
      </w:r>
      <w:r>
        <w:t xml:space="preserve"> Read slowly, savour the art, and maybe keep tissues handy , happy tears are a likely outcome.</w:t>
      </w:r>
      <w:r/>
      <w:r/>
    </w:p>
    <w:p>
      <w:pPr>
        <w:pStyle w:val="Heading2"/>
      </w:pPr>
      <w:r>
        <w:t>Why Heartstopper Vol. 6 matters now</w:t>
      </w:r>
      <w:r/>
    </w:p>
    <w:p>
      <w:r/>
      <w:r>
        <w:t>This final volume lands when fans are already buzzing: Netflix’s Heartstopper Forever is due to arrive shortly, so rereading Vol. 6 feels like prepping for a reunion. The book’s softer, intimate art and quiet gestures convey feelings a screen adaptation might compress, so turning the page gives you time with every look and pause. If you love tactile moments , the rustle of paper, the close-up of a shy smile , the graphic novel is where the emotion really lives.</w:t>
      </w:r>
      <w:r/>
    </w:p>
    <w:p>
      <w:pPr>
        <w:pStyle w:val="Heading2"/>
      </w:pPr>
      <w:r>
        <w:t>What happens without spoiling everything</w:t>
      </w:r>
      <w:r/>
    </w:p>
    <w:p>
      <w:r/>
      <w:r>
        <w:t>Alice Oseman closes multiple threads with a thoughtful, sometimes awkward maturity. Nick and Charlie are at a crossroads: one’s off to university, one’s chasing school leadership, and both have to imagine life without the constant comfort of each other. It’s a study in young love stretching toward adulthood, full of small gestures and big conversations. Expect scenes that feel quietly devastating and quietly hopeful in equal measure.</w:t>
      </w:r>
      <w:r/>
    </w:p>
    <w:p>
      <w:pPr>
        <w:pStyle w:val="Heading2"/>
      </w:pPr>
      <w:r>
        <w:t>How the book complements the Netflix film</w:t>
      </w:r>
      <w:r/>
    </w:p>
    <w:p>
      <w:r/>
      <w:r>
        <w:t>According to streaming coverage, the film adapts the series finale around the same timeline the book hits shelves, so you’ll get two complementary experiences. The movie will give you sweeping, cinematic affection , the soundtrack, performances and pacing , while the graphic novel offers the micro-moments: the single-panel glances, the pacing of silence, the visual jokes. Watch the film first for immediacy, or read the book first if you want the source-layered emotions; both routes work.</w:t>
      </w:r>
      <w:r/>
    </w:p>
    <w:p>
      <w:pPr>
        <w:pStyle w:val="Heading2"/>
      </w:pPr>
      <w:r>
        <w:t>Which edition to pick and where to start</w:t>
      </w:r>
      <w:r/>
    </w:p>
    <w:p>
      <w:r/>
      <w:r>
        <w:t>Most readers grab the trade paperback for the full-colour experience, and major retailers stock Vol. 6. If you collect, consider special editions or signed copies when available. For newcomers, start at Vol. 1 and binge through: Heartstopper’s warmth builds slowly, and the characters’ history makes the final volume land harder and better. If you’re short on time, a careful read of Vol. 6 alone still lands emotionally, but you’ll miss some sweet callbacks.</w:t>
      </w:r>
      <w:r/>
    </w:p>
    <w:p>
      <w:pPr>
        <w:pStyle w:val="Heading2"/>
      </w:pPr>
      <w:r>
        <w:t>Reading tips for maximum impact</w:t>
      </w:r>
      <w:r/>
    </w:p>
    <w:p>
      <w:r/>
      <w:r>
        <w:t>Treat this like a finale night. Dim the lights, put on a mellow playlist, and give yourself uninterrupted time , the panels reward slow reading. Share it with a friend who knows the characters, or keep it private and savour the internal reaction. And yes, tissues are practical: the book is engineered for tears and smiles in equal measure.</w:t>
      </w:r>
      <w:r/>
    </w:p>
    <w:p>
      <w:r/>
      <w:r>
        <w:t>It’s a small ritual that enhances what’s already a beloved queer saga , worth doing before Heartstopper Forever arrives.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1">
        <w:r>
          <w:rPr>
            <w:color w:val="0000EE"/>
            <w:u w:val="single"/>
          </w:rPr>
          <w:t>[3]</w:t>
        </w:r>
      </w:hyperlink>
      <w:r>
        <w:t xml:space="preserve">, </w:t>
      </w:r>
      <w:hyperlink r:id="rId13">
        <w:r>
          <w:rPr>
            <w:color w:val="0000EE"/>
            <w:u w:val="single"/>
          </w:rPr>
          <w:t>[5]</w:t>
        </w:r>
      </w:hyperlink>
      <w:r>
        <w:t xml:space="preserve">- Paragraph 4: </w:t>
      </w:r>
      <w:hyperlink r:id="rId12">
        <w:r>
          <w:rPr>
            <w:color w:val="0000EE"/>
            <w:u w:val="single"/>
          </w:rPr>
          <w:t>[4]</w:t>
        </w:r>
      </w:hyperlink>
      <w:r>
        <w:t xml:space="preserve">, </w:t>
      </w:r>
      <w:hyperlink r:id="rId11">
        <w:r>
          <w:rPr>
            <w:color w:val="0000EE"/>
            <w:u w:val="single"/>
          </w:rPr>
          <w:t>[3]</w:t>
        </w:r>
      </w:hyperlink>
      <w:r>
        <w:t xml:space="preserve">- Paragraph 5: </w:t>
      </w:r>
      <w:hyperlink r:id="rId11">
        <w:r>
          <w:rPr>
            <w:color w:val="0000EE"/>
            <w:u w:val="single"/>
          </w:rPr>
          <w:t>[3]</w:t>
        </w:r>
      </w:hyperlink>
      <w:r>
        <w:t xml:space="preserve">,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https://www.queerty.com/heartstopper-pee-wee-bebe-rexhas-dad-10-things-were-obsessed-with-this-week-20260711/</w:t>
        </w:r>
      </w:hyperlink>
      <w:r>
        <w:t xml:space="preserve"> - Please view link - unable to able to access data</w:t>
      </w:r>
      <w:r/>
    </w:p>
    <w:p>
      <w:pPr>
        <w:pStyle w:val="ListNumber"/>
        <w:spacing w:line="240" w:lineRule="auto"/>
        <w:ind w:left="720"/>
      </w:pPr>
      <w:r/>
      <w:hyperlink r:id="rId9">
        <w:r>
          <w:rPr>
            <w:color w:val="0000EE"/>
            <w:u w:val="single"/>
          </w:rPr>
          <w:t>https://www.queerty.com/heartstopper-pee-wee-bebe-rexhas-dad-10-things-were-obsessed-with-this-week-20260711/</w:t>
        </w:r>
      </w:hyperlink>
      <w:r>
        <w:t xml:space="preserve"> - Queerty's article highlights ten LGBTQ+ entertainment and pop culture topics, including the release of 'Heartstopper Vol. 6' by Alice Oseman, the upcoming Netflix film 'Heartstopper Forever,' a bold art print from LGBTQ Outpost, and a Pee-wee Herman-inspired bomber jacket from Bull Airs. The piece also touches on Bebe Rexha's father's 1980s photos and other trending topics in the LGBTQ+ community.</w:t>
      </w:r>
      <w:r/>
    </w:p>
    <w:p>
      <w:pPr>
        <w:pStyle w:val="ListNumber"/>
        <w:spacing w:line="240" w:lineRule="auto"/>
        <w:ind w:left="720"/>
      </w:pPr>
      <w:r/>
      <w:hyperlink r:id="rId11">
        <w:r>
          <w:rPr>
            <w:color w:val="0000EE"/>
            <w:u w:val="single"/>
          </w:rPr>
          <w:t>https://aliceoseman.com/graphic-novel/heartstopper-volume-six/</w:t>
        </w:r>
      </w:hyperlink>
      <w:r>
        <w:t xml:space="preserve"> - Alice Oseman's official website provides details about 'Heartstopper Volume Six,' the final installment in the bestselling LGBTQ+ graphic novel series. The book follows Nick and Charlie as they navigate their relationship amidst new challenges, including Nick's college plans and Charlie's bid to become Head Boy. The volume is available for purchase through various retailers.</w:t>
      </w:r>
      <w:r/>
    </w:p>
    <w:p>
      <w:pPr>
        <w:pStyle w:val="ListNumber"/>
        <w:spacing w:line="240" w:lineRule="auto"/>
        <w:ind w:left="720"/>
      </w:pPr>
      <w:r/>
      <w:hyperlink r:id="rId12">
        <w:r>
          <w:rPr>
            <w:color w:val="0000EE"/>
            <w:u w:val="single"/>
          </w:rPr>
          <w:t>https://en.wikipedia.org/wiki/Heartstopper_%28graphic_novel%29</w:t>
        </w:r>
      </w:hyperlink>
      <w:r>
        <w:t xml:space="preserve"> - The Wikipedia page for 'Heartstopper' offers an overview of the British webcomic and graphic novel series by Alice Oseman. It details the story of Nick and Charlie, two teenage boys who meet at school and fall in love, exploring themes of romance, friendship, identity, and mental health. The series has been adapted into a Netflix television series and has received critical acclaim for its inclusive portrayal of LGBTQ+ youth.</w:t>
      </w:r>
      <w:r/>
    </w:p>
    <w:p>
      <w:pPr>
        <w:pStyle w:val="ListNumber"/>
        <w:spacing w:line="240" w:lineRule="auto"/>
        <w:ind w:left="720"/>
      </w:pPr>
      <w:r/>
      <w:hyperlink r:id="rId13">
        <w:r>
          <w:rPr>
            <w:color w:val="0000EE"/>
            <w:u w:val="single"/>
          </w:rPr>
          <w:t>https://en.wikipedia.org/wiki/Heartstopper_Forever</w:t>
        </w:r>
      </w:hyperlink>
      <w:r>
        <w:t xml:space="preserve"> - This Wikipedia entry discusses 'Heartstopper Forever,' the upcoming television film and series finale of the 'Heartstopper' series. Written by Alice Oseman and directed by Wash Westmoreland, the film adapts the sixth volume of Oseman's graphic novel series and is set to be released on Netflix on July 17, 2026. Kit Connor and Joe Locke reprise their roles as Nick Nelson and Charlie Spring, respectively.</w:t>
      </w:r>
      <w:r/>
    </w:p>
    <w:p>
      <w:pPr>
        <w:pStyle w:val="ListNumber"/>
        <w:spacing w:line="240" w:lineRule="auto"/>
        <w:ind w:left="720"/>
      </w:pPr>
      <w:r/>
      <w:hyperlink r:id="rId14">
        <w:r>
          <w:rPr>
            <w:color w:val="0000EE"/>
            <w:u w:val="single"/>
          </w:rPr>
          <w:t>https://mouthybroad.co/products/if-youre-homophobic-get-the-fuck-out-of-my-house-unframed-art-print</w:t>
        </w:r>
      </w:hyperlink>
      <w:r>
        <w:t xml:space="preserve"> - Mouthy Broad's product page features an unframed art print with the bold statement 'If You're Homophobic Get The Fuck Out Of My House.' The print is available in multiple sizes and is part of a collection that combines art with activism, with a portion of sales supporting nonprofits dedicated to LGBTQ+ causes.</w:t>
      </w:r>
      <w:r/>
    </w:p>
    <w:p>
      <w:pPr>
        <w:pStyle w:val="ListNumber"/>
        <w:spacing w:line="240" w:lineRule="auto"/>
        <w:ind w:left="720"/>
      </w:pPr>
      <w:r/>
      <w:hyperlink r:id="rId10">
        <w:r>
          <w:rPr>
            <w:color w:val="0000EE"/>
            <w:u w:val="single"/>
          </w:rPr>
          <w:t>https://www.techradar.com/streaming/netflix/netflix-has-shared-the-highly-anticipated-trailer-for-heartstopper-forever-and-the-final-installment-has-an-interactive-feature-for-fans-to-enjoy</w:t>
        </w:r>
      </w:hyperlink>
      <w:r>
        <w:t xml:space="preserve"> - TechRadar reports on Netflix's release of the trailer for 'Heartstopper Forever,' the final installment of the 'Heartstopper' series. The article highlights the film's release date of July 17, 2026, and discusses the interactive feature that allows fans to download high-quality clips from the trailer for easy editing, supporting fan edits on platforms like TikTok and Instagram.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heartstopper-pee-wee-bebe-rexhas-dad-10-things-were-obsessed-with-this-week-20260711/" TargetMode="External"/><Relationship Id="rId10" Type="http://schemas.openxmlformats.org/officeDocument/2006/relationships/hyperlink" Target="https://www.techradar.com/streaming/netflix/netflix-has-shared-the-highly-anticipated-trailer-for-heartstopper-forever-and-the-final-installment-has-an-interactive-feature-for-fans-to-enjoy" TargetMode="External"/><Relationship Id="rId11" Type="http://schemas.openxmlformats.org/officeDocument/2006/relationships/hyperlink" Target="https://aliceoseman.com/graphic-novel/heartstopper-volume-six/" TargetMode="External"/><Relationship Id="rId12" Type="http://schemas.openxmlformats.org/officeDocument/2006/relationships/hyperlink" Target="https://en.wikipedia.org/wiki/Heartstopper_%28graphic_novel%29" TargetMode="External"/><Relationship Id="rId13" Type="http://schemas.openxmlformats.org/officeDocument/2006/relationships/hyperlink" Target="https://en.wikipedia.org/wiki/Heartstopper_Forever" TargetMode="External"/><Relationship Id="rId14" Type="http://schemas.openxmlformats.org/officeDocument/2006/relationships/hyperlink" Target="https://mouthybroad.co/products/if-youre-homophobic-get-the-fuck-out-of-my-house-unframed-art-pr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