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Leather Art Packs for Collectors and Supporters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a vivid collector’s pack that channels Tom of Finland energy, bold visuals, unapologetic masculinity and vintage-inspired storytelling, available as a free perk for paid Substack members who want art, merch and a way to back queer creators.</w:t>
      </w:r>
      <w:r/>
    </w:p>
    <w:p>
      <w:r/>
      <w:r>
        <w:t>Essential Takeaways</w:t>
      </w:r>
      <w:r/>
      <w:r/>
    </w:p>
    <w:p>
      <w:pPr>
        <w:pStyle w:val="ListBullet"/>
        <w:spacing w:line="240" w:lineRule="auto"/>
        <w:ind w:left="720"/>
      </w:pPr>
      <w:r/>
      <w:r>
        <w:rPr>
          <w:b/>
        </w:rPr>
        <w:t>Free for members:</w:t>
      </w:r>
      <w:r>
        <w:t xml:space="preserve"> Paid Substack members can claim the Leather Legends collector’s pack at no cost by entering 0 at checkout.</w:t>
      </w:r>
      <w:r/>
    </w:p>
    <w:p>
      <w:pPr>
        <w:pStyle w:val="ListBullet"/>
        <w:spacing w:line="240" w:lineRule="auto"/>
        <w:ind w:left="720"/>
      </w:pPr>
      <w:r/>
      <w:r>
        <w:rPr>
          <w:b/>
        </w:rPr>
        <w:t>What’s inside:</w:t>
      </w:r>
      <w:r>
        <w:t xml:space="preserve"> The pack focuses on gay leather art and Tom of Finland–inspired visuals, plus links to clothing and gift outlets.</w:t>
      </w:r>
      <w:r/>
    </w:p>
    <w:p>
      <w:pPr>
        <w:pStyle w:val="ListBullet"/>
        <w:spacing w:line="240" w:lineRule="auto"/>
        <w:ind w:left="720"/>
      </w:pPr>
      <w:r/>
      <w:r>
        <w:rPr>
          <w:b/>
        </w:rPr>
        <w:t>Where to buy merch:</w:t>
      </w:r>
      <w:r>
        <w:t xml:space="preserve"> Official storefronts include Alpha-Dom, Redbubble and Iconic LGBTQ on Fourthwall, with varied prints and apparel.</w:t>
      </w:r>
      <w:r/>
    </w:p>
    <w:p>
      <w:pPr>
        <w:pStyle w:val="ListBullet"/>
        <w:spacing w:line="240" w:lineRule="auto"/>
        <w:ind w:left="720"/>
      </w:pPr>
      <w:r/>
      <w:r>
        <w:rPr>
          <w:b/>
        </w:rPr>
        <w:t>Community impact:</w:t>
      </w:r>
      <w:r>
        <w:t xml:space="preserve"> Membership supports gay and disabled artists producing videos, articles and artwork for the LGBTQ+ community.</w:t>
      </w:r>
      <w:r/>
    </w:p>
    <w:p>
      <w:pPr>
        <w:pStyle w:val="ListBullet"/>
        <w:spacing w:line="240" w:lineRule="auto"/>
        <w:ind w:left="720"/>
      </w:pPr>
      <w:r/>
      <w:r>
        <w:rPr>
          <w:b/>
        </w:rPr>
        <w:t>Who it’s for:</w:t>
      </w:r>
      <w:r>
        <w:t xml:space="preserve"> Adults only, this is an uncensored celebration of leather culture for collectors and fans.</w:t>
      </w:r>
      <w:r/>
      <w:r/>
    </w:p>
    <w:p>
      <w:pPr>
        <w:pStyle w:val="Heading2"/>
      </w:pPr>
      <w:r>
        <w:t>Why this Leather Legends pack matters now</w:t>
      </w:r>
      <w:r/>
    </w:p>
    <w:p>
      <w:r/>
      <w:r>
        <w:t>Collectors and fans are returning to tactile art and limited-edition packs, and this Leather Legends release taps that appetite with a sensory-rich promise: bold imagery and vintage styling you can actually wear. The pack is being offered as an exclusive perk for paid members of a niche Substack, which matters because it ties direct support to artists’ livelihoods. For anyone who remembers the subcultural thrill of discovering a rare print, this is the same buzz, but packaged and ready to display.</w:t>
      </w:r>
      <w:r/>
    </w:p>
    <w:p>
      <w:pPr>
        <w:pStyle w:val="Heading2"/>
      </w:pPr>
      <w:r>
        <w:t>How to claim the free collector’s edition</w:t>
      </w:r>
      <w:r/>
    </w:p>
    <w:p>
      <w:r/>
      <w:r>
        <w:t>Claiming the pack is straightforward: become a paid member of the Substack, visit the pack page, add it to your cart and enter zero as the price. It’s a neat way to reward subscribers and get physical or digital content without a surcharge. If you can’t see the perk, you’re likely not in the paid tier yet, so join via the Substack About page and you’ll unlock access. It’s simple, transparent, and feels like a small membership win.</w:t>
      </w:r>
      <w:r/>
    </w:p>
    <w:p>
      <w:pPr>
        <w:pStyle w:val="Heading2"/>
      </w:pPr>
      <w:r>
        <w:t>Where to find the merch and prints</w:t>
      </w:r>
      <w:r/>
    </w:p>
    <w:p>
      <w:r/>
      <w:r>
        <w:t>Beyond the pack, the creators sell work across a few storefronts. Alpha-Dom hosts prints and art pieces aimed at collectors; Redbubble offers apparel and gift-friendly items from contributors; and Fourthwall’s Iconic LGBTQ shop carries curated merchandise too. Each platform has a different vibe, Alpha-Dom leans collector, Redbubble suits casual wearers, and Fourthwall works well for curated runs, so pick the place that matches whether you want a framed print or a statement T-shirt.</w:t>
      </w:r>
      <w:r/>
    </w:p>
    <w:p>
      <w:pPr>
        <w:pStyle w:val="Heading2"/>
      </w:pPr>
      <w:r>
        <w:t>Why supporting paid membership helps artists</w:t>
      </w:r>
      <w:r/>
    </w:p>
    <w:p>
      <w:r/>
      <w:r>
        <w:t>This setup isn’t just marketing, paid subscriptions funnel money directly to the people making the content. The Substack explicitly highlights that membership fees help uplift gay and disabled artists creating videos, articles and artwork. That’s important in a scene where niche creators often struggle to monetise work sustainably. Supporting membership means you get perks and you’re funding someone’s ability to keep producing unapologetic, culturally specific art.</w:t>
      </w:r>
      <w:r/>
    </w:p>
    <w:p>
      <w:pPr>
        <w:pStyle w:val="Heading2"/>
      </w:pPr>
      <w:r>
        <w:t>Practical tips for collectors and buyers</w:t>
      </w:r>
      <w:r/>
    </w:p>
    <w:p>
      <w:r/>
      <w:r>
        <w:t>Decide what you want first, a limited print, wearable art, or a digital pack, and choose the storefront accordingly. Check print dimensions and material descriptions on Alpha-Dom before framing, and inspect Redbubble product mockups if you’re ordering clothing. If you’re buying as a gift, note that the pack is adults-only and explicitly uncensored. Finally, keep receipts and screenshots after checkout; that helps if a perk link disappears or is gated to members only.</w:t>
      </w:r>
      <w:r/>
    </w:p>
    <w:p>
      <w:r/>
      <w:r>
        <w:t>It’s a small change that can make collecting feel more purposeful and support creators you care about.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https://theartofgaystyle.substack.com/p/paid-substack-members-leather-legends</w:t>
        </w:r>
      </w:hyperlink>
      <w:r>
        <w:t xml:space="preserve"> - Please view link - unable to able to access data</w:t>
      </w:r>
      <w:r/>
    </w:p>
    <w:p>
      <w:pPr>
        <w:pStyle w:val="ListNumber"/>
        <w:spacing w:line="240" w:lineRule="auto"/>
        <w:ind w:left="720"/>
      </w:pPr>
      <w:r/>
      <w:hyperlink r:id="rId10">
        <w:r>
          <w:rPr>
            <w:color w:val="0000EE"/>
            <w:u w:val="single"/>
          </w:rPr>
          <w:t>https://alpha-dom.pixels.com</w:t>
        </w:r>
      </w:hyperlink>
      <w:r>
        <w:t xml:space="preserve"> - Alpha Dom Art offers a diverse collection of gay leather clothing, art, and gifts, including limited edition t-shirts and framed prints inspired by Tom of Finland's legacy and vintage masculinity. Their designs feature bold storytelling and unapologetic masculinity, appealing to fans of gay leather art and queer erotic freedom. The collection includes various apparel and art pieces that celebrate leather culture and queer heritage.</w:t>
      </w:r>
      <w:r/>
    </w:p>
    <w:p>
      <w:pPr>
        <w:pStyle w:val="ListNumber"/>
        <w:spacing w:line="240" w:lineRule="auto"/>
        <w:ind w:left="720"/>
      </w:pPr>
      <w:r/>
      <w:hyperlink r:id="rId11">
        <w:r>
          <w:rPr>
            <w:color w:val="0000EE"/>
            <w:u w:val="single"/>
          </w:rPr>
          <w:t>https://www.redbubble.com/people/ItsAKinkThing/shop</w:t>
        </w:r>
      </w:hyperlink>
      <w:r>
        <w:t xml:space="preserve"> - Redbubble hosts a shop by ItsAKinkThing, featuring a range of gay leather clothing, art, and gifts. The designs are inspired by Tom of Finland's legacy and vintage masculinity, offering bold storytelling and unapologetic masculinity. The collection includes various apparel and art pieces that celebrate leather culture and queer heritage, appealing to fans of gay leather art and queer erotic freedom.</w:t>
      </w:r>
      <w:r/>
    </w:p>
    <w:p>
      <w:pPr>
        <w:pStyle w:val="ListNumber"/>
        <w:spacing w:line="240" w:lineRule="auto"/>
        <w:ind w:left="720"/>
      </w:pPr>
      <w:r/>
      <w:hyperlink r:id="rId14">
        <w:r>
          <w:rPr>
            <w:color w:val="0000EE"/>
            <w:u w:val="single"/>
          </w:rPr>
          <w:t>https://iconiclgbtq-shop.fourthwall.com</w:t>
        </w:r>
      </w:hyperlink>
      <w:r>
        <w:t xml:space="preserve"> - Iconic LGBTQ's shop on Fourthwall offers a selection of gay leather clothing, art, and gifts. The designs are inspired by Tom of Finland's legacy and vintage masculinity, featuring bold storytelling and unapologetic masculinity. The collection includes various apparel and art pieces that celebrate leather culture and queer heritage, appealing to fans of gay leather art and queer erotic freedom.</w:t>
      </w:r>
      <w:r/>
    </w:p>
    <w:p>
      <w:pPr>
        <w:pStyle w:val="ListNumber"/>
        <w:spacing w:line="240" w:lineRule="auto"/>
        <w:ind w:left="720"/>
      </w:pPr>
      <w:r/>
      <w:hyperlink r:id="rId12">
        <w:r>
          <w:rPr>
            <w:color w:val="0000EE"/>
            <w:u w:val="single"/>
          </w:rPr>
          <w:t>https://theartofgaystyle.substack.com/about</w:t>
        </w:r>
      </w:hyperlink>
      <w:r>
        <w:t xml:space="preserve"> - The Art of Gay Style's 'About' page provides information about their mission to uplift gay disabled artists creating videos, articles, and artwork for the community. They offer a platform for gay leather, erotica, kink, and fetish artists to showcase their work and connect with lovers of leather lifestyle, kink, and BLUF culture. The page encourages readers to support their content and join their community.</w:t>
      </w:r>
      <w:r/>
    </w:p>
    <w:p>
      <w:pPr>
        <w:pStyle w:val="ListNumber"/>
        <w:spacing w:line="240" w:lineRule="auto"/>
        <w:ind w:left="720"/>
      </w:pPr>
      <w:r/>
      <w:hyperlink r:id="rId15">
        <w:r>
          <w:rPr>
            <w:color w:val="0000EE"/>
            <w:u w:val="single"/>
          </w:rPr>
          <w:t>https://leatherdaddystore.com</w:t>
        </w:r>
      </w:hyperlink>
      <w:r>
        <w:t xml:space="preserve"> - Leather Daddy Store is a hub for leather art, Tom of Finland-inspired culture, queer erotic artwork, and the leather daddy lifestyle. The site explores Folsom Street Fair history, Mr. International Leather events, LGBTQ blogs, gay leather videos, and exclusive collectibles like puzzles, t-shirts, and more. It serves as a resource for those interested in leather culture and queer heritage.</w:t>
      </w:r>
      <w:r/>
    </w:p>
    <w:p>
      <w:pPr>
        <w:pStyle w:val="ListNumber"/>
        <w:spacing w:line="240" w:lineRule="auto"/>
        <w:ind w:left="720"/>
      </w:pPr>
      <w:r/>
      <w:hyperlink r:id="rId13">
        <w:r>
          <w:rPr>
            <w:color w:val="0000EE"/>
            <w:u w:val="single"/>
          </w:rPr>
          <w:t>https://www.foundmyself.com/AlphaDomArtIconicLGBTQ</w:t>
        </w:r>
      </w:hyperlink>
      <w:r>
        <w:t xml:space="preserve"> - Found Myself offers limited edition signed prints of Alpha Dom Art's works, including designs inspired by Tom of Finland's legacy and vintage masculinity. The prints are available in a strictly limited run of just 10 signed editions worldwide, ensuring exclusivity for collectors. The collection features bold storytelling and unapologetic masculinity, appealing to fans of gay leather art and queer erotic freedom.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artofgaystyle.substack.com/p/paid-substack-members-leather-legends" TargetMode="External"/><Relationship Id="rId10" Type="http://schemas.openxmlformats.org/officeDocument/2006/relationships/hyperlink" Target="https://alpha-dom.pixels.com" TargetMode="External"/><Relationship Id="rId11" Type="http://schemas.openxmlformats.org/officeDocument/2006/relationships/hyperlink" Target="https://www.redbubble.com/people/ItsAKinkThing/shop" TargetMode="External"/><Relationship Id="rId12" Type="http://schemas.openxmlformats.org/officeDocument/2006/relationships/hyperlink" Target="https://theartofgaystyle.substack.com/about" TargetMode="External"/><Relationship Id="rId13" Type="http://schemas.openxmlformats.org/officeDocument/2006/relationships/hyperlink" Target="https://www.foundmyself.com/AlphaDomArtIconicLGBTQ" TargetMode="External"/><Relationship Id="rId14" Type="http://schemas.openxmlformats.org/officeDocument/2006/relationships/hyperlink" Target="https://iconiclgbtq-shop.fourthwall.com" TargetMode="External"/><Relationship Id="rId15" Type="http://schemas.openxmlformats.org/officeDocument/2006/relationships/hyperlink" Target="https://leatherdaddystor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