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Dyke March Moments Kick Off San Diego Pride Week with Energy and Inclusivity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Bursting onto Hillcrest, the Dyke March revived a vivid, messy celebration that blended history and youthful joy, drawing several hundred people who said the inclusive, intersectional gathering mattered , and that it set a lively tone for San Diego Pride Week.</w:t>
      </w:r>
      <w:r/>
      <w:r/>
    </w:p>
    <w:p>
      <w:pPr>
        <w:pStyle w:val="ListBullet"/>
        <w:spacing w:line="240" w:lineRule="auto"/>
        <w:ind w:left="720"/>
      </w:pPr>
      <w:r/>
      <w:r>
        <w:rPr>
          <w:b/>
        </w:rPr>
        <w:t>Big turnout:</w:t>
      </w:r>
      <w:r>
        <w:t xml:space="preserve"> Several hundred marchers filled University Avenue at one point, wrapping around blocks and flowing into an afterparty at Gossip Grill, lively and loud. </w:t>
      </w:r>
      <w:r/>
    </w:p>
    <w:p>
      <w:pPr>
        <w:pStyle w:val="ListBullet"/>
        <w:spacing w:line="240" w:lineRule="auto"/>
        <w:ind w:left="720"/>
      </w:pPr>
      <w:r/>
      <w:r>
        <w:rPr>
          <w:b/>
        </w:rPr>
        <w:t>Generational mix:</w:t>
      </w:r>
      <w:r>
        <w:t xml:space="preserve"> Elders who remember the 1990s event marched alongside first-timers and teenagers, creating a warm, intergenerational energy. </w:t>
      </w:r>
      <w:r/>
    </w:p>
    <w:p>
      <w:pPr>
        <w:pStyle w:val="ListBullet"/>
        <w:spacing w:line="240" w:lineRule="auto"/>
        <w:ind w:left="720"/>
      </w:pPr>
      <w:r/>
      <w:r>
        <w:rPr>
          <w:b/>
        </w:rPr>
        <w:t>Inclusive vibe:</w:t>
      </w:r>
      <w:r>
        <w:t xml:space="preserve"> Signs, parasols and Pride flags marked a diverse crowd , lesbians, trans and nonbinary people, gender-expansive folks and allies. The feel was open and welcoming. </w:t>
      </w:r>
      <w:r/>
    </w:p>
    <w:p>
      <w:pPr>
        <w:pStyle w:val="ListBullet"/>
        <w:spacing w:line="240" w:lineRule="auto"/>
        <w:ind w:left="720"/>
      </w:pPr>
      <w:r/>
      <w:r>
        <w:rPr>
          <w:b/>
        </w:rPr>
        <w:t>Tradition and flare:</w:t>
      </w:r>
      <w:r>
        <w:t xml:space="preserve"> A motorcycle contingent bookended the march, adding a thunderous, festive note that tied past to present. </w:t>
      </w:r>
      <w:r/>
    </w:p>
    <w:p>
      <w:pPr>
        <w:pStyle w:val="ListBullet"/>
        <w:spacing w:line="240" w:lineRule="auto"/>
        <w:ind w:left="720"/>
      </w:pPr>
      <w:r/>
      <w:r>
        <w:rPr>
          <w:b/>
        </w:rPr>
        <w:t>Practical note:</w:t>
      </w:r>
      <w:r>
        <w:t xml:space="preserve"> The march kicked off a week of Pride events, with the main parade scheduled for Saturday, July 18 , a great chance to join in if you missed the march.</w:t>
      </w:r>
      <w:r/>
      <w:r/>
    </w:p>
    <w:p>
      <w:pPr>
        <w:pStyle w:val="Heading2"/>
      </w:pPr>
      <w:r>
        <w:t>A return with colour and noise , what it felt like on the street</w:t>
      </w:r>
      <w:r/>
    </w:p>
    <w:p>
      <w:r/>
      <w:r>
        <w:t>The march came down University Avenue like a wave of colour, flags snapping, voices chanting and parasols twirling in the sun. People laughed, hugged and danced in the road; there was a pleasantly messy, DIY feel that made the event feel spontaneous and authentic. According to local reports, the scene echoed older Pride traditions while feeling freshly youthful, a reminder that community rituals keep evolving.</w:t>
      </w:r>
      <w:r/>
    </w:p>
    <w:p>
      <w:pPr>
        <w:pStyle w:val="Heading2"/>
      </w:pPr>
      <w:r>
        <w:t>Why organisers said inclusivity was central</w:t>
      </w:r>
      <w:r/>
    </w:p>
    <w:p>
      <w:r/>
      <w:r>
        <w:t>Organisers framed “Dyke” as an expansive energy rather than a limiting label, emphasising courage, resistance and refusal to be erased. That messaging seemed to land: marchers and volunteers described the event as intentionally intersectional, with different ages, ethnicities and gender identities visibly present. For many attendees, that promise of openness was the main draw , people said they chose this march specifically because it felt like everyone could belong.</w:t>
      </w:r>
      <w:r/>
    </w:p>
    <w:p>
      <w:pPr>
        <w:pStyle w:val="Heading2"/>
      </w:pPr>
      <w:r>
        <w:t>Generations, memories and new faces</w:t>
      </w:r>
      <w:r/>
    </w:p>
    <w:p>
      <w:r/>
      <w:r>
        <w:t>Some participants remembered the Dyke March from its 1990s roots, while many others , including plenty of first-timers , said they were experiencing a Dyke March for the first time. That mix gave the procession a bittersweet, hopeful tone: older marchers recalling hard-won visibility, younger ones adding fresh energy and different priorities. The feeling was less about nostalgia and more about continuity, a shared thread across decades.</w:t>
      </w:r>
      <w:r/>
    </w:p>
    <w:p>
      <w:pPr>
        <w:pStyle w:val="Heading2"/>
      </w:pPr>
      <w:r>
        <w:t>Motorcycles, music and where to go next</w:t>
      </w:r>
      <w:r/>
    </w:p>
    <w:p>
      <w:r/>
      <w:r>
        <w:t>The motorcycle contingent, both preceding and following the crowd, lent a rollicking, theatrical atmosphere that drew cheers and applause. After the march, people flowed into Gossip Grill for an afterparty, suggesting Pride in San Diego remains as much about community spaces as public protest. If you missed the Saturday march, organisers pointed attendees toward a packed week of events, culminating in the big parade on July 18.</w:t>
      </w:r>
      <w:r/>
    </w:p>
    <w:p>
      <w:pPr>
        <w:pStyle w:val="Heading2"/>
      </w:pPr>
      <w:r>
        <w:t>How to take part safely and thoughtfully</w:t>
      </w:r>
      <w:r/>
    </w:p>
    <w:p>
      <w:r/>
      <w:r>
        <w:t>If you plan to join future marches or Pride events, bring water, sunscreen and comfortable shoes , these are streetside celebrations, often long and hot. Respect personal boundaries in photos, pace yourself through back-to-back events, and consider volunteering if you want a fuller way to contribute. Most importantly, follow local organisers’ guidance about meeting points and accessibility options so everyone can participate.</w:t>
      </w:r>
      <w:r/>
    </w:p>
    <w:p>
      <w:r/>
      <w:r>
        <w:t>It's a small change of rhythm for the week, but the Dyke March made the start of Pride feel brighter and more inclusive.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3">
        <w:r>
          <w:rPr>
            <w:color w:val="0000EE"/>
            <w:u w:val="single"/>
          </w:rPr>
          <w:t>[7]</w:t>
        </w:r>
      </w:hyperlink>
      <w:r>
        <w:t xml:space="preserve">- Paragraph 4: </w:t>
      </w:r>
      <w:hyperlink r:id="rId9">
        <w:r>
          <w:rPr>
            <w:color w:val="0000EE"/>
            <w:u w:val="single"/>
          </w:rPr>
          <w:t>[1]</w:t>
        </w:r>
      </w:hyperlink>
      <w:r>
        <w:t xml:space="preserve">, </w:t>
      </w:r>
      <w:hyperlink r:id="rId14">
        <w:r>
          <w:rPr>
            <w:color w:val="0000EE"/>
            <w:u w:val="single"/>
          </w:rPr>
          <w:t>[5]</w:t>
        </w:r>
      </w:hyperlink>
      <w:r>
        <w:t xml:space="preserve">- Paragraph 5: </w:t>
      </w:r>
      <w:hyperlink r:id="rId15">
        <w:r>
          <w:rPr>
            <w:color w:val="0000EE"/>
            <w:u w:val="single"/>
          </w:rPr>
          <w:t>[3]</w:t>
        </w:r>
      </w:hyperlink>
      <w:r>
        <w:t xml:space="preserve">, </w:t>
      </w:r>
      <w:hyperlink r:id="rId12">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https://timesofsandiego.com/arts/2026/07/11/dyke-march-san-diego-pride/</w:t>
        </w:r>
      </w:hyperlink>
      <w:r>
        <w:t xml:space="preserve"> - Please view link - unable to able to access data</w:t>
      </w:r>
      <w:r/>
    </w:p>
    <w:p>
      <w:pPr>
        <w:pStyle w:val="ListNumber"/>
        <w:spacing w:line="240" w:lineRule="auto"/>
        <w:ind w:left="720"/>
      </w:pPr>
      <w:r/>
      <w:hyperlink r:id="rId10">
        <w:r>
          <w:rPr>
            <w:color w:val="0000EE"/>
            <w:u w:val="single"/>
          </w:rPr>
          <w:t>https://www.axios.com/local/san-diego/2026/07/09/dyke-march-kicks-off-san-diego-pride-week</w:t>
        </w:r>
      </w:hyperlink>
      <w:r>
        <w:t xml:space="preserve"> - The Dyke March in San Diego marked the beginning of Pride Week, returning after a long hiatus. The event took place in Hillcrest, with participants marching to reclaim the term 'dyke' as an empowering identity. The march was the first of several events leading up to San Diego's major Pride parade and festival.</w:t>
      </w:r>
      <w:r/>
    </w:p>
    <w:p>
      <w:pPr>
        <w:pStyle w:val="ListNumber"/>
        <w:spacing w:line="240" w:lineRule="auto"/>
        <w:ind w:left="720"/>
      </w:pPr>
      <w:r/>
      <w:hyperlink r:id="rId15">
        <w:r>
          <w:rPr>
            <w:color w:val="0000EE"/>
            <w:u w:val="single"/>
          </w:rPr>
          <w:t>https://www.sdccd.edu/about/pride.aspx</w:t>
        </w:r>
      </w:hyperlink>
      <w:r>
        <w:t xml:space="preserve"> - The San Diego Community College District announced its participation in the annual San Diego Pride Parade on Saturday, July 18, 2026. The district has been marching under its banner for over 40 years, with this being the eighth year marching together as a contingent. Members of the district’s Board of Trustees and representatives from every college will participate in the celebration.</w:t>
      </w:r>
      <w:r/>
    </w:p>
    <w:p>
      <w:pPr>
        <w:pStyle w:val="ListNumber"/>
        <w:spacing w:line="240" w:lineRule="auto"/>
        <w:ind w:left="720"/>
      </w:pPr>
      <w:r/>
      <w:hyperlink r:id="rId11">
        <w:r>
          <w:rPr>
            <w:color w:val="0000EE"/>
            <w:u w:val="single"/>
          </w:rPr>
          <w:t>https://sdpride.org/pride/</w:t>
        </w:r>
      </w:hyperlink>
      <w:r>
        <w:t xml:space="preserve"> - San Diego Pride 2026 is scheduled from July 11 to July 19, 2026. The Dyke March, a community-centered event, will kick off San Diego Pride Week on Saturday, July 11, 2026, at 11 AM. The march celebrates queer women, lesbians, Trans women, gender-expansive communities, and everyone who feels aligned with Dyke energy.</w:t>
      </w:r>
      <w:r/>
    </w:p>
    <w:p>
      <w:pPr>
        <w:pStyle w:val="ListNumber"/>
        <w:spacing w:line="240" w:lineRule="auto"/>
        <w:ind w:left="720"/>
      </w:pPr>
      <w:r/>
      <w:hyperlink r:id="rId14">
        <w:r>
          <w:rPr>
            <w:color w:val="0000EE"/>
            <w:u w:val="single"/>
          </w:rPr>
          <w:t>https://www.sheppard.com/news-and-events/events/2026-san-diego-pride-parade</w:t>
        </w:r>
      </w:hyperlink>
      <w:r>
        <w:t xml:space="preserve"> - Sheppard is hosting an event for the 2026 San Diego Pride Parade on July 18, 2026. The event includes a pre-parade brunch at Cocina De Barrio in Hillcrest, followed by watching the parade from a pop-up tent near the corner of Sixth Avenue and Balboa Drive. The parade begins at 10:00 a.m. at the Hillcrest Pride Flag at University Ave. and Normal St.</w:t>
      </w:r>
      <w:r/>
    </w:p>
    <w:p>
      <w:pPr>
        <w:pStyle w:val="ListNumber"/>
        <w:spacing w:line="240" w:lineRule="auto"/>
        <w:ind w:left="720"/>
      </w:pPr>
      <w:r/>
      <w:hyperlink r:id="rId12">
        <w:r>
          <w:rPr>
            <w:color w:val="0000EE"/>
            <w:u w:val="single"/>
          </w:rPr>
          <w:t>https://www.thedykemarch.org/march-info</w:t>
        </w:r>
      </w:hyperlink>
      <w:r>
        <w:t xml:space="preserve"> - The San Francisco Dyke March is scheduled for Saturday, June 27, 2026. The event includes a Trans Ally March starting at 10:00 am from the Embarcadero and ending at Civic Center at the People’s March Stage. After the speaker represents on stage, the team will head to 18th and Dolores to set up for the SFDM Rally beginning at approximately 12:30 pm.</w:t>
      </w:r>
      <w:r/>
    </w:p>
    <w:p>
      <w:pPr>
        <w:pStyle w:val="ListNumber"/>
        <w:spacing w:line="240" w:lineRule="auto"/>
        <w:ind w:left="720"/>
      </w:pPr>
      <w:r/>
      <w:hyperlink r:id="rId13">
        <w:r>
          <w:rPr>
            <w:color w:val="0000EE"/>
            <w:u w:val="single"/>
          </w:rPr>
          <w:t>https://www.nycdykemarch.com/</w:t>
        </w:r>
      </w:hyperlink>
      <w:r>
        <w:t xml:space="preserve"> - The NYC Dyke March is a protest march, not a parade, organized by and for the Dyke community to fight for collective rights, safety, and visibility. The march is committed to accessibility, offering resources such as sighted guides, wheelchairs, ASL interpretation, and transportation assistance for disabled and chronically ill dykes who wish to participate.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imesofsandiego.com/arts/2026/07/11/dyke-march-san-diego-pride/" TargetMode="External"/><Relationship Id="rId10" Type="http://schemas.openxmlformats.org/officeDocument/2006/relationships/hyperlink" Target="https://www.axios.com/local/san-diego/2026/07/09/dyke-march-kicks-off-san-diego-pride-week" TargetMode="External"/><Relationship Id="rId11" Type="http://schemas.openxmlformats.org/officeDocument/2006/relationships/hyperlink" Target="https://sdpride.org/pride/" TargetMode="External"/><Relationship Id="rId12" Type="http://schemas.openxmlformats.org/officeDocument/2006/relationships/hyperlink" Target="https://www.thedykemarch.org/march-info" TargetMode="External"/><Relationship Id="rId13" Type="http://schemas.openxmlformats.org/officeDocument/2006/relationships/hyperlink" Target="https://www.nycdykemarch.com/" TargetMode="External"/><Relationship Id="rId14" Type="http://schemas.openxmlformats.org/officeDocument/2006/relationships/hyperlink" Target="https://www.sheppard.com/news-and-events/events/2026-san-diego-pride-parade" TargetMode="External"/><Relationship Id="rId15" Type="http://schemas.openxmlformats.org/officeDocument/2006/relationships/hyperlink" Target="https://www.sdccd.edu/about/pride.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